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57DB3" w14:textId="77777777" w:rsidR="005D7765" w:rsidRPr="00C15401" w:rsidRDefault="0093767E" w:rsidP="00C15401">
      <w:pPr>
        <w:bidi/>
        <w:spacing w:before="320" w:after="80"/>
        <w:jc w:val="both"/>
        <w:rPr>
          <w:rFonts w:ascii="Tahoma" w:hAnsi="Tahoma" w:cs="Tahoma"/>
        </w:rPr>
      </w:pPr>
      <w:r w:rsidRPr="00C15401">
        <w:rPr>
          <w:rFonts w:ascii="Tahoma" w:eastAsia="DejaVu Sans" w:hAnsi="Tahoma" w:cs="Tahoma"/>
          <w:b/>
          <w:sz w:val="46"/>
        </w:rPr>
        <w:t>رکورد</w:t>
      </w:r>
      <w:r w:rsidRPr="00C15401">
        <w:rPr>
          <w:rFonts w:ascii="Tahoma" w:eastAsia="DejaVu Sans" w:hAnsi="Tahoma" w:cs="Tahoma"/>
          <w:b/>
          <w:sz w:val="46"/>
        </w:rPr>
        <w:t xml:space="preserve"> </w:t>
      </w:r>
      <w:r w:rsidRPr="00C15401">
        <w:rPr>
          <w:rFonts w:ascii="Tahoma" w:eastAsia="DejaVu Sans" w:hAnsi="Tahoma" w:cs="Tahoma"/>
          <w:b/>
          <w:sz w:val="46"/>
        </w:rPr>
        <w:t>معماری</w:t>
      </w:r>
    </w:p>
    <w:p w14:paraId="33541678" w14:textId="77777777" w:rsidR="005D7765" w:rsidRPr="00C15401" w:rsidRDefault="0093767E" w:rsidP="00C15401">
      <w:pPr>
        <w:bidi/>
        <w:spacing w:after="320"/>
        <w:jc w:val="both"/>
        <w:rPr>
          <w:rFonts w:ascii="Tahoma" w:hAnsi="Tahoma" w:cs="Tahoma"/>
        </w:rPr>
      </w:pPr>
      <w:r w:rsidRPr="00C15401">
        <w:rPr>
          <w:rFonts w:ascii="Tahoma" w:eastAsia="DejaVu Sans" w:hAnsi="Tahoma" w:cs="Tahoma"/>
          <w:b/>
          <w:color w:val="1F4D78"/>
          <w:sz w:val="30"/>
        </w:rPr>
        <w:t>System05 | Universal Node and Node Capability Module (NCM)</w:t>
      </w:r>
    </w:p>
    <w:p w14:paraId="3BEEB649" w14:textId="77777777" w:rsidR="005D7765" w:rsidRPr="00C15401" w:rsidRDefault="0093767E" w:rsidP="00C15401">
      <w:pPr>
        <w:bidi/>
        <w:spacing w:after="40"/>
        <w:jc w:val="both"/>
        <w:rPr>
          <w:rFonts w:ascii="Tahoma" w:hAnsi="Tahoma" w:cs="Tahoma"/>
        </w:rPr>
      </w:pPr>
      <w:r w:rsidRPr="00C15401">
        <w:rPr>
          <w:rFonts w:ascii="Tahoma" w:eastAsia="DejaVu Sans" w:hAnsi="Tahoma" w:cs="Tahoma"/>
          <w:b/>
        </w:rPr>
        <w:t>شناسه</w:t>
      </w:r>
      <w:r w:rsidRPr="00C15401">
        <w:rPr>
          <w:rFonts w:ascii="Tahoma" w:eastAsia="DejaVu Sans" w:hAnsi="Tahoma" w:cs="Tahoma"/>
          <w:b/>
        </w:rPr>
        <w:t xml:space="preserve"> </w:t>
      </w:r>
      <w:r w:rsidRPr="00C15401">
        <w:rPr>
          <w:rFonts w:ascii="Tahoma" w:eastAsia="DejaVu Sans" w:hAnsi="Tahoma" w:cs="Tahoma"/>
          <w:b/>
        </w:rPr>
        <w:t>سند</w:t>
      </w:r>
      <w:r w:rsidRPr="00C15401">
        <w:rPr>
          <w:rFonts w:ascii="Tahoma" w:eastAsia="DejaVu Sans" w:hAnsi="Tahoma" w:cs="Tahoma"/>
          <w:b/>
        </w:rPr>
        <w:t xml:space="preserve">: </w:t>
      </w:r>
      <w:r w:rsidRPr="00C15401">
        <w:rPr>
          <w:rFonts w:ascii="Tahoma" w:eastAsia="DejaVu Sans" w:hAnsi="Tahoma" w:cs="Tahoma"/>
        </w:rPr>
        <w:t>S05-ADR-NODE-NCM-001</w:t>
      </w:r>
    </w:p>
    <w:p w14:paraId="4FD3ED4E" w14:textId="77777777" w:rsidR="005D7765" w:rsidRPr="00C15401" w:rsidRDefault="0093767E" w:rsidP="00C15401">
      <w:pPr>
        <w:bidi/>
        <w:spacing w:after="40"/>
        <w:jc w:val="both"/>
        <w:rPr>
          <w:rFonts w:ascii="Tahoma" w:hAnsi="Tahoma" w:cs="Tahoma"/>
        </w:rPr>
      </w:pPr>
      <w:r w:rsidRPr="00C15401">
        <w:rPr>
          <w:rFonts w:ascii="Tahoma" w:eastAsia="DejaVu Sans" w:hAnsi="Tahoma" w:cs="Tahoma"/>
          <w:b/>
        </w:rPr>
        <w:t>عنوان</w:t>
      </w:r>
      <w:r w:rsidRPr="00C15401">
        <w:rPr>
          <w:rFonts w:ascii="Tahoma" w:eastAsia="DejaVu Sans" w:hAnsi="Tahoma" w:cs="Tahoma"/>
          <w:b/>
        </w:rPr>
        <w:t xml:space="preserve">: </w:t>
      </w:r>
      <w:r w:rsidRPr="00C15401">
        <w:rPr>
          <w:rFonts w:ascii="Tahoma" w:eastAsia="DejaVu Sans" w:hAnsi="Tahoma" w:cs="Tahoma"/>
        </w:rPr>
        <w:t>جمع</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w:t>
      </w:r>
      <w:r w:rsidRPr="00C15401">
        <w:rPr>
          <w:rFonts w:ascii="Tahoma" w:eastAsia="DejaVu Sans" w:hAnsi="Tahoma" w:cs="Tahoma"/>
        </w:rPr>
        <w:t>تصمیم</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درباره</w:t>
      </w:r>
      <w:r w:rsidRPr="00C15401">
        <w:rPr>
          <w:rFonts w:ascii="Tahoma" w:eastAsia="DejaVu Sans" w:hAnsi="Tahoma" w:cs="Tahoma"/>
        </w:rPr>
        <w:t xml:space="preserve"> Universal Node </w:t>
      </w:r>
      <w:r w:rsidRPr="00C15401">
        <w:rPr>
          <w:rFonts w:ascii="Tahoma" w:eastAsia="DejaVu Sans" w:hAnsi="Tahoma" w:cs="Tahoma"/>
        </w:rPr>
        <w:t>و</w:t>
      </w:r>
      <w:r w:rsidRPr="00C15401">
        <w:rPr>
          <w:rFonts w:ascii="Tahoma" w:eastAsia="DejaVu Sans" w:hAnsi="Tahoma" w:cs="Tahoma"/>
        </w:rPr>
        <w:t xml:space="preserve"> NCM</w:t>
      </w:r>
    </w:p>
    <w:p w14:paraId="10439A90" w14:textId="77777777" w:rsidR="005D7765" w:rsidRPr="00C15401" w:rsidRDefault="0093767E" w:rsidP="00C15401">
      <w:pPr>
        <w:bidi/>
        <w:spacing w:after="40"/>
        <w:jc w:val="both"/>
        <w:rPr>
          <w:rFonts w:ascii="Tahoma" w:hAnsi="Tahoma" w:cs="Tahoma"/>
        </w:rPr>
      </w:pPr>
      <w:r w:rsidRPr="00C15401">
        <w:rPr>
          <w:rFonts w:ascii="Tahoma" w:eastAsia="DejaVu Sans" w:hAnsi="Tahoma" w:cs="Tahoma"/>
          <w:b/>
        </w:rPr>
        <w:t>تاریخ</w:t>
      </w:r>
      <w:r w:rsidRPr="00C15401">
        <w:rPr>
          <w:rFonts w:ascii="Tahoma" w:eastAsia="DejaVu Sans" w:hAnsi="Tahoma" w:cs="Tahoma"/>
          <w:b/>
        </w:rPr>
        <w:t xml:space="preserve">: </w:t>
      </w:r>
      <w:r w:rsidRPr="00C15401">
        <w:rPr>
          <w:rFonts w:ascii="Tahoma" w:eastAsia="DejaVu Sans" w:hAnsi="Tahoma" w:cs="Tahoma"/>
        </w:rPr>
        <w:t>2026-07-26</w:t>
      </w:r>
    </w:p>
    <w:p w14:paraId="0C8D35E5" w14:textId="77777777" w:rsidR="005D7765" w:rsidRPr="00C15401" w:rsidRDefault="0093767E" w:rsidP="00C15401">
      <w:pPr>
        <w:bidi/>
        <w:spacing w:after="40"/>
        <w:jc w:val="both"/>
        <w:rPr>
          <w:rFonts w:ascii="Tahoma" w:hAnsi="Tahoma" w:cs="Tahoma"/>
        </w:rPr>
      </w:pPr>
      <w:r w:rsidRPr="00C15401">
        <w:rPr>
          <w:rFonts w:ascii="Tahoma" w:eastAsia="DejaVu Sans" w:hAnsi="Tahoma" w:cs="Tahoma"/>
          <w:b/>
        </w:rPr>
        <w:t>وضعیت</w:t>
      </w:r>
      <w:r w:rsidRPr="00C15401">
        <w:rPr>
          <w:rFonts w:ascii="Tahoma" w:eastAsia="DejaVu Sans" w:hAnsi="Tahoma" w:cs="Tahoma"/>
          <w:b/>
        </w:rPr>
        <w:t xml:space="preserve">: </w:t>
      </w:r>
      <w:r w:rsidRPr="00C15401">
        <w:rPr>
          <w:rFonts w:ascii="Tahoma" w:eastAsia="DejaVu Sans" w:hAnsi="Tahoma" w:cs="Tahoma"/>
        </w:rPr>
        <w:t xml:space="preserve">Working Baseline — </w:t>
      </w:r>
      <w:r w:rsidRPr="00C15401">
        <w:rPr>
          <w:rFonts w:ascii="Tahoma" w:eastAsia="DejaVu Sans" w:hAnsi="Tahoma" w:cs="Tahoma"/>
        </w:rPr>
        <w:t>مبنای</w:t>
      </w:r>
      <w:r w:rsidRPr="00C15401">
        <w:rPr>
          <w:rFonts w:ascii="Tahoma" w:eastAsia="DejaVu Sans" w:hAnsi="Tahoma" w:cs="Tahoma"/>
        </w:rPr>
        <w:t xml:space="preserve"> </w:t>
      </w:r>
      <w:r w:rsidRPr="00C15401">
        <w:rPr>
          <w:rFonts w:ascii="Tahoma" w:eastAsia="DejaVu Sans" w:hAnsi="Tahoma" w:cs="Tahoma"/>
        </w:rPr>
        <w:t>ادامه</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نیازمند</w:t>
      </w:r>
      <w:r w:rsidRPr="00C15401">
        <w:rPr>
          <w:rFonts w:ascii="Tahoma" w:eastAsia="DejaVu Sans" w:hAnsi="Tahoma" w:cs="Tahoma"/>
        </w:rPr>
        <w:t xml:space="preserve"> </w:t>
      </w:r>
      <w:r w:rsidRPr="00C15401">
        <w:rPr>
          <w:rFonts w:ascii="Tahoma" w:eastAsia="DejaVu Sans" w:hAnsi="Tahoma" w:cs="Tahoma"/>
        </w:rPr>
        <w:t>راستی</w:t>
      </w:r>
      <w:r w:rsidRPr="00C15401">
        <w:rPr>
          <w:rFonts w:ascii="Tahoma" w:eastAsia="DejaVu Sans" w:hAnsi="Tahoma" w:cs="Tahoma"/>
        </w:rPr>
        <w:t>‌</w:t>
      </w:r>
      <w:r w:rsidRPr="00C15401">
        <w:rPr>
          <w:rFonts w:ascii="Tahoma" w:eastAsia="DejaVu Sans" w:hAnsi="Tahoma" w:cs="Tahoma"/>
        </w:rPr>
        <w:t>آزمایی</w:t>
      </w:r>
      <w:r w:rsidRPr="00C15401">
        <w:rPr>
          <w:rFonts w:ascii="Tahoma" w:eastAsia="DejaVu Sans" w:hAnsi="Tahoma" w:cs="Tahoma"/>
        </w:rPr>
        <w:t xml:space="preserve"> </w:t>
      </w:r>
      <w:r w:rsidRPr="00C15401">
        <w:rPr>
          <w:rFonts w:ascii="Tahoma" w:eastAsia="DejaVu Sans" w:hAnsi="Tahoma" w:cs="Tahoma"/>
        </w:rPr>
        <w:t>مهندسی</w:t>
      </w:r>
    </w:p>
    <w:p w14:paraId="205952C8" w14:textId="77777777" w:rsidR="005D7765" w:rsidRPr="00C15401" w:rsidRDefault="0093767E" w:rsidP="00C15401">
      <w:pPr>
        <w:bidi/>
        <w:spacing w:after="40"/>
        <w:jc w:val="both"/>
        <w:rPr>
          <w:rFonts w:ascii="Tahoma" w:hAnsi="Tahoma" w:cs="Tahoma"/>
        </w:rPr>
      </w:pPr>
      <w:r w:rsidRPr="00C15401">
        <w:rPr>
          <w:rFonts w:ascii="Tahoma" w:eastAsia="DejaVu Sans" w:hAnsi="Tahoma" w:cs="Tahoma"/>
          <w:b/>
        </w:rPr>
        <w:t>هم</w:t>
      </w:r>
      <w:r w:rsidRPr="00C15401">
        <w:rPr>
          <w:rFonts w:ascii="Tahoma" w:eastAsia="DejaVu Sans" w:hAnsi="Tahoma" w:cs="Tahoma"/>
          <w:b/>
        </w:rPr>
        <w:t>‌</w:t>
      </w:r>
      <w:r w:rsidRPr="00C15401">
        <w:rPr>
          <w:rFonts w:ascii="Tahoma" w:eastAsia="DejaVu Sans" w:hAnsi="Tahoma" w:cs="Tahoma"/>
          <w:b/>
        </w:rPr>
        <w:t>راستایی</w:t>
      </w:r>
      <w:r w:rsidRPr="00C15401">
        <w:rPr>
          <w:rFonts w:ascii="Tahoma" w:eastAsia="DejaVu Sans" w:hAnsi="Tahoma" w:cs="Tahoma"/>
          <w:b/>
        </w:rPr>
        <w:t xml:space="preserve">: </w:t>
      </w:r>
      <w:r w:rsidRPr="00C15401">
        <w:rPr>
          <w:rFonts w:ascii="Tahoma" w:eastAsia="DejaVu Sans" w:hAnsi="Tahoma" w:cs="Tahoma"/>
        </w:rPr>
        <w:t xml:space="preserve">S05-CON-001 </w:t>
      </w:r>
      <w:r w:rsidRPr="00C15401">
        <w:rPr>
          <w:rFonts w:ascii="Tahoma" w:eastAsia="DejaVu Sans" w:hAnsi="Tahoma" w:cs="Tahoma"/>
        </w:rPr>
        <w:t>و</w:t>
      </w:r>
      <w:r w:rsidRPr="00C15401">
        <w:rPr>
          <w:rFonts w:ascii="Tahoma" w:eastAsia="DejaVu Sans" w:hAnsi="Tahoma" w:cs="Tahoma"/>
        </w:rPr>
        <w:t xml:space="preserve"> S05-CON-002</w:t>
      </w:r>
    </w:p>
    <w:p w14:paraId="1DC98C2A" w14:textId="77777777" w:rsidR="005D7765" w:rsidRPr="00C15401" w:rsidRDefault="005D7765" w:rsidP="00C15401">
      <w:pPr>
        <w:bidi/>
        <w:spacing w:after="40"/>
        <w:jc w:val="both"/>
        <w:rPr>
          <w:rFonts w:ascii="Tahoma" w:hAnsi="Tahoma" w:cs="Tahoma"/>
        </w:rPr>
      </w:pPr>
    </w:p>
    <w:p w14:paraId="5812E200" w14:textId="77777777" w:rsidR="005D7765" w:rsidRPr="00C15401" w:rsidRDefault="0093767E" w:rsidP="00C15401">
      <w:pPr>
        <w:keepLines/>
        <w:shd w:val="clear" w:color="auto" w:fill="F4F6F9"/>
        <w:bidi/>
        <w:spacing w:before="80" w:after="160"/>
        <w:ind w:left="144" w:right="144"/>
        <w:jc w:val="both"/>
        <w:rPr>
          <w:rFonts w:ascii="Tahoma" w:hAnsi="Tahoma" w:cs="Tahoma"/>
        </w:rPr>
      </w:pPr>
      <w:r w:rsidRPr="00C15401">
        <w:rPr>
          <w:rFonts w:ascii="Tahoma" w:eastAsia="DejaVu Sans" w:hAnsi="Tahoma" w:cs="Tahoma"/>
          <w:b/>
          <w:color w:val="1F4D78"/>
        </w:rPr>
        <w:t>تصمیم</w:t>
      </w:r>
      <w:r w:rsidRPr="00C15401">
        <w:rPr>
          <w:rFonts w:ascii="Tahoma" w:eastAsia="DejaVu Sans" w:hAnsi="Tahoma" w:cs="Tahoma"/>
          <w:b/>
          <w:color w:val="1F4D78"/>
        </w:rPr>
        <w:t xml:space="preserve"> </w:t>
      </w:r>
      <w:r w:rsidRPr="00C15401">
        <w:rPr>
          <w:rFonts w:ascii="Tahoma" w:eastAsia="DejaVu Sans" w:hAnsi="Tahoma" w:cs="Tahoma"/>
          <w:b/>
          <w:color w:val="1F4D78"/>
        </w:rPr>
        <w:t>مرکزی</w:t>
      </w:r>
      <w:r w:rsidRPr="00C15401">
        <w:rPr>
          <w:rFonts w:ascii="Tahoma" w:eastAsia="DejaVu Sans" w:hAnsi="Tahoma" w:cs="Tahoma"/>
          <w:b/>
          <w:color w:val="1F4D78"/>
        </w:rPr>
        <w:t xml:space="preserve">: </w:t>
      </w:r>
      <w:r w:rsidRPr="00C15401">
        <w:rPr>
          <w:rFonts w:ascii="Tahoma" w:eastAsia="DejaVu Sans" w:hAnsi="Tahoma" w:cs="Tahoma"/>
        </w:rPr>
        <w:t xml:space="preserve">Universal Node </w:t>
      </w:r>
      <w:r w:rsidRPr="00C15401">
        <w:rPr>
          <w:rFonts w:ascii="Tahoma" w:eastAsia="DejaVu Sans" w:hAnsi="Tahoma" w:cs="Tahoma"/>
        </w:rPr>
        <w:t>زیرساخت</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بلندعمر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پایدار</w:t>
      </w:r>
      <w:r w:rsidRPr="00C15401">
        <w:rPr>
          <w:rFonts w:ascii="Tahoma" w:eastAsia="DejaVu Sans" w:hAnsi="Tahoma" w:cs="Tahoma"/>
        </w:rPr>
        <w:t xml:space="preserve"> System05 </w:t>
      </w:r>
      <w:r w:rsidRPr="00C15401">
        <w:rPr>
          <w:rFonts w:ascii="Tahoma" w:eastAsia="DejaVu Sans" w:hAnsi="Tahoma" w:cs="Tahoma"/>
        </w:rPr>
        <w:t>است؛</w:t>
      </w:r>
      <w:r w:rsidRPr="00C15401">
        <w:rPr>
          <w:rFonts w:ascii="Tahoma" w:eastAsia="DejaVu Sans" w:hAnsi="Tahoma" w:cs="Tahoma"/>
        </w:rPr>
        <w:t xml:space="preserve"> NCM </w:t>
      </w:r>
      <w:r w:rsidRPr="00C15401">
        <w:rPr>
          <w:rFonts w:ascii="Tahoma" w:eastAsia="DejaVu Sans" w:hAnsi="Tahoma" w:cs="Tahoma"/>
        </w:rPr>
        <w:t>لایه</w:t>
      </w:r>
      <w:r w:rsidRPr="00C15401">
        <w:rPr>
          <w:rFonts w:ascii="Tahoma" w:eastAsia="DejaVu Sans" w:hAnsi="Tahoma" w:cs="Tahoma"/>
        </w:rPr>
        <w:t xml:space="preserve"> </w:t>
      </w:r>
      <w:r w:rsidRPr="00C15401">
        <w:rPr>
          <w:rFonts w:ascii="Tahoma" w:eastAsia="DejaVu Sans" w:hAnsi="Tahoma" w:cs="Tahoma"/>
        </w:rPr>
        <w:t>فعال،</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ارتقا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نسل</w:t>
      </w:r>
      <w:r w:rsidRPr="00C15401">
        <w:rPr>
          <w:rFonts w:ascii="Tahoma" w:eastAsia="DejaVu Sans" w:hAnsi="Tahoma" w:cs="Tahoma"/>
        </w:rPr>
        <w:t>‌</w:t>
      </w:r>
      <w:r w:rsidRPr="00C15401">
        <w:rPr>
          <w:rFonts w:ascii="Tahoma" w:eastAsia="DejaVu Sans" w:hAnsi="Tahoma" w:cs="Tahoma"/>
        </w:rPr>
        <w:t>پذیر</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Node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چندین</w:t>
      </w:r>
      <w:r w:rsidRPr="00C15401">
        <w:rPr>
          <w:rFonts w:ascii="Tahoma" w:eastAsia="DejaVu Sans" w:hAnsi="Tahoma" w:cs="Tahoma"/>
        </w:rPr>
        <w:t xml:space="preserve"> </w:t>
      </w:r>
      <w:r w:rsidRPr="00C15401">
        <w:rPr>
          <w:rFonts w:ascii="Tahoma" w:eastAsia="DejaVu Sans" w:hAnsi="Tahoma" w:cs="Tahoma"/>
        </w:rPr>
        <w:t>دهه</w:t>
      </w:r>
      <w:r w:rsidRPr="00C15401">
        <w:rPr>
          <w:rFonts w:ascii="Tahoma" w:eastAsia="DejaVu Sans" w:hAnsi="Tahoma" w:cs="Tahoma"/>
        </w:rPr>
        <w:t xml:space="preserve">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بماند،</w:t>
      </w:r>
      <w:r w:rsidRPr="00C15401">
        <w:rPr>
          <w:rFonts w:ascii="Tahoma" w:eastAsia="DejaVu Sans" w:hAnsi="Tahoma" w:cs="Tahoma"/>
        </w:rPr>
        <w:t xml:space="preserve"> </w:t>
      </w:r>
      <w:r w:rsidRPr="00C15401">
        <w:rPr>
          <w:rFonts w:ascii="Tahoma" w:eastAsia="DejaVu Sans" w:hAnsi="Tahoma" w:cs="Tahoma"/>
        </w:rPr>
        <w:t>درحالی</w:t>
      </w:r>
      <w:r w:rsidRPr="00C15401">
        <w:rPr>
          <w:rFonts w:ascii="Tahoma" w:eastAsia="DejaVu Sans" w:hAnsi="Tahoma" w:cs="Tahoma"/>
        </w:rPr>
        <w:t>‌</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طریق</w:t>
      </w:r>
      <w:r w:rsidRPr="00C15401">
        <w:rPr>
          <w:rFonts w:ascii="Tahoma" w:eastAsia="DejaVu Sans" w:hAnsi="Tahoma" w:cs="Tahoma"/>
        </w:rPr>
        <w:t xml:space="preserve"> </w:t>
      </w:r>
      <w:r w:rsidRPr="00C15401">
        <w:rPr>
          <w:rFonts w:ascii="Tahoma" w:eastAsia="DejaVu Sans" w:hAnsi="Tahoma" w:cs="Tahoma"/>
        </w:rPr>
        <w:t>نسل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متوالی</w:t>
      </w:r>
      <w:r w:rsidRPr="00C15401">
        <w:rPr>
          <w:rFonts w:ascii="Tahoma" w:eastAsia="DejaVu Sans" w:hAnsi="Tahoma" w:cs="Tahoma"/>
        </w:rPr>
        <w:t xml:space="preserve"> NCM </w:t>
      </w:r>
      <w:r w:rsidRPr="00C15401">
        <w:rPr>
          <w:rFonts w:ascii="Tahoma" w:eastAsia="DejaVu Sans" w:hAnsi="Tahoma" w:cs="Tahoma"/>
        </w:rPr>
        <w:t>رشد</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کنند</w:t>
      </w:r>
      <w:r w:rsidRPr="00C15401">
        <w:rPr>
          <w:rFonts w:ascii="Tahoma" w:eastAsia="DejaVu Sans" w:hAnsi="Tahoma" w:cs="Tahoma"/>
        </w:rPr>
        <w:t>.</w:t>
      </w:r>
    </w:p>
    <w:p w14:paraId="6775036C"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هدف</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جایگاه</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رکورد</w:t>
      </w:r>
    </w:p>
    <w:p w14:paraId="0F1135E1" w14:textId="77777777" w:rsidR="005D7765" w:rsidRPr="00C15401" w:rsidRDefault="0093767E" w:rsidP="00C15401">
      <w:pPr>
        <w:bidi/>
        <w:jc w:val="both"/>
        <w:rPr>
          <w:rFonts w:ascii="Tahoma" w:hAnsi="Tahoma" w:cs="Tahoma"/>
        </w:rPr>
      </w:pP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رکورد،</w:t>
      </w:r>
      <w:r w:rsidRPr="00C15401">
        <w:rPr>
          <w:rFonts w:ascii="Tahoma" w:eastAsia="DejaVu Sans" w:hAnsi="Tahoma" w:cs="Tahoma"/>
        </w:rPr>
        <w:t xml:space="preserve"> </w:t>
      </w:r>
      <w:r w:rsidRPr="00C15401">
        <w:rPr>
          <w:rFonts w:ascii="Tahoma" w:eastAsia="DejaVu Sans" w:hAnsi="Tahoma" w:cs="Tahoma"/>
        </w:rPr>
        <w:t>تمام</w:t>
      </w:r>
      <w:r w:rsidRPr="00C15401">
        <w:rPr>
          <w:rFonts w:ascii="Tahoma" w:eastAsia="DejaVu Sans" w:hAnsi="Tahoma" w:cs="Tahoma"/>
        </w:rPr>
        <w:t xml:space="preserve"> </w:t>
      </w:r>
      <w:r w:rsidRPr="00C15401">
        <w:rPr>
          <w:rFonts w:ascii="Tahoma" w:eastAsia="DejaVu Sans" w:hAnsi="Tahoma" w:cs="Tahoma"/>
        </w:rPr>
        <w:t>تصمیم</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اصولی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جلسه</w:t>
      </w:r>
      <w:r w:rsidRPr="00C15401">
        <w:rPr>
          <w:rFonts w:ascii="Tahoma" w:eastAsia="DejaVu Sans" w:hAnsi="Tahoma" w:cs="Tahoma"/>
        </w:rPr>
        <w:t xml:space="preserve"> </w:t>
      </w:r>
      <w:r w:rsidRPr="00C15401">
        <w:rPr>
          <w:rFonts w:ascii="Tahoma" w:eastAsia="DejaVu Sans" w:hAnsi="Tahoma" w:cs="Tahoma"/>
        </w:rPr>
        <w:t>کاری</w:t>
      </w:r>
      <w:r w:rsidRPr="00C15401">
        <w:rPr>
          <w:rFonts w:ascii="Tahoma" w:eastAsia="DejaVu Sans" w:hAnsi="Tahoma" w:cs="Tahoma"/>
        </w:rPr>
        <w:t xml:space="preserve"> </w:t>
      </w:r>
      <w:r w:rsidRPr="00C15401">
        <w:rPr>
          <w:rFonts w:ascii="Tahoma" w:eastAsia="DejaVu Sans" w:hAnsi="Tahoma" w:cs="Tahoma"/>
        </w:rPr>
        <w:t>امروز</w:t>
      </w:r>
      <w:r w:rsidRPr="00C15401">
        <w:rPr>
          <w:rFonts w:ascii="Tahoma" w:eastAsia="DejaVu Sans" w:hAnsi="Tahoma" w:cs="Tahoma"/>
        </w:rPr>
        <w:t xml:space="preserve"> </w:t>
      </w:r>
      <w:r w:rsidRPr="00C15401">
        <w:rPr>
          <w:rFonts w:ascii="Tahoma" w:eastAsia="DejaVu Sans" w:hAnsi="Tahoma" w:cs="Tahoma"/>
        </w:rPr>
        <w:t>درباره</w:t>
      </w:r>
      <w:r w:rsidRPr="00C15401">
        <w:rPr>
          <w:rFonts w:ascii="Tahoma" w:eastAsia="DejaVu Sans" w:hAnsi="Tahoma" w:cs="Tahoma"/>
        </w:rPr>
        <w:t xml:space="preserve"> Universal Node </w:t>
      </w:r>
      <w:r w:rsidRPr="00C15401">
        <w:rPr>
          <w:rFonts w:ascii="Tahoma" w:eastAsia="DejaVu Sans" w:hAnsi="Tahoma" w:cs="Tahoma"/>
        </w:rPr>
        <w:t>و</w:t>
      </w:r>
      <w:r w:rsidRPr="00C15401">
        <w:rPr>
          <w:rFonts w:ascii="Tahoma" w:eastAsia="DejaVu Sans" w:hAnsi="Tahoma" w:cs="Tahoma"/>
        </w:rPr>
        <w:t xml:space="preserve"> Node Capability Module </w:t>
      </w:r>
      <w:r w:rsidRPr="00C15401">
        <w:rPr>
          <w:rFonts w:ascii="Tahoma" w:eastAsia="DejaVu Sans" w:hAnsi="Tahoma" w:cs="Tahoma"/>
        </w:rPr>
        <w:t>بررسی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پذیرفته</w:t>
      </w:r>
      <w:r w:rsidRPr="00C15401">
        <w:rPr>
          <w:rFonts w:ascii="Tahoma" w:eastAsia="DejaVu Sans" w:hAnsi="Tahoma" w:cs="Tahoma"/>
        </w:rPr>
        <w:t xml:space="preserve"> </w:t>
      </w:r>
      <w:r w:rsidRPr="00C15401">
        <w:rPr>
          <w:rFonts w:ascii="Tahoma" w:eastAsia="DejaVu Sans" w:hAnsi="Tahoma" w:cs="Tahoma"/>
        </w:rPr>
        <w:t>شد،</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متن</w:t>
      </w:r>
      <w:r w:rsidRPr="00C15401">
        <w:rPr>
          <w:rFonts w:ascii="Tahoma" w:eastAsia="DejaVu Sans" w:hAnsi="Tahoma" w:cs="Tahoma"/>
        </w:rPr>
        <w:t xml:space="preserve"> </w:t>
      </w:r>
      <w:r w:rsidRPr="00C15401">
        <w:rPr>
          <w:rFonts w:ascii="Tahoma" w:eastAsia="DejaVu Sans" w:hAnsi="Tahoma" w:cs="Tahoma"/>
        </w:rPr>
        <w:t>یکپارچه</w:t>
      </w:r>
      <w:r w:rsidRPr="00C15401">
        <w:rPr>
          <w:rFonts w:ascii="Tahoma" w:eastAsia="DejaVu Sans" w:hAnsi="Tahoma" w:cs="Tahoma"/>
        </w:rPr>
        <w:t xml:space="preserve"> </w:t>
      </w:r>
      <w:r w:rsidRPr="00C15401">
        <w:rPr>
          <w:rFonts w:ascii="Tahoma" w:eastAsia="DejaVu Sans" w:hAnsi="Tahoma" w:cs="Tahoma"/>
        </w:rPr>
        <w:t>ثبت</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مبنای</w:t>
      </w:r>
      <w:r w:rsidRPr="00C15401">
        <w:rPr>
          <w:rFonts w:ascii="Tahoma" w:eastAsia="DejaVu Sans" w:hAnsi="Tahoma" w:cs="Tahoma"/>
        </w:rPr>
        <w:t xml:space="preserve"> </w:t>
      </w:r>
      <w:r w:rsidRPr="00C15401">
        <w:rPr>
          <w:rFonts w:ascii="Tahoma" w:eastAsia="DejaVu Sans" w:hAnsi="Tahoma" w:cs="Tahoma"/>
        </w:rPr>
        <w:t>ادامه</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تدوین</w:t>
      </w:r>
      <w:r w:rsidRPr="00C15401">
        <w:rPr>
          <w:rFonts w:ascii="Tahoma" w:eastAsia="DejaVu Sans" w:hAnsi="Tahoma" w:cs="Tahoma"/>
        </w:rPr>
        <w:t xml:space="preserve"> </w:t>
      </w:r>
      <w:r w:rsidRPr="00C15401">
        <w:rPr>
          <w:rFonts w:ascii="Tahoma" w:eastAsia="DejaVu Sans" w:hAnsi="Tahoma" w:cs="Tahoma"/>
        </w:rPr>
        <w:t>استانداردها،</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بازگشت</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تصمیم</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اولیه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224CC4F1" w14:textId="77777777" w:rsidR="005D7765" w:rsidRPr="00C15401" w:rsidRDefault="0093767E" w:rsidP="00C15401">
      <w:pPr>
        <w:bidi/>
        <w:jc w:val="both"/>
        <w:rPr>
          <w:rFonts w:ascii="Tahoma" w:hAnsi="Tahoma" w:cs="Tahoma"/>
        </w:rPr>
      </w:pP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متن</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مشخصات</w:t>
      </w:r>
      <w:r w:rsidRPr="00C15401">
        <w:rPr>
          <w:rFonts w:ascii="Tahoma" w:eastAsia="DejaVu Sans" w:hAnsi="Tahoma" w:cs="Tahoma"/>
        </w:rPr>
        <w:t xml:space="preserve"> </w:t>
      </w:r>
      <w:r w:rsidRPr="00C15401">
        <w:rPr>
          <w:rFonts w:ascii="Tahoma" w:eastAsia="DejaVu Sans" w:hAnsi="Tahoma" w:cs="Tahoma"/>
        </w:rPr>
        <w:t>نهایی</w:t>
      </w:r>
      <w:r w:rsidRPr="00C15401">
        <w:rPr>
          <w:rFonts w:ascii="Tahoma" w:eastAsia="DejaVu Sans" w:hAnsi="Tahoma" w:cs="Tahoma"/>
        </w:rPr>
        <w:t xml:space="preserve"> </w:t>
      </w:r>
      <w:r w:rsidRPr="00C15401">
        <w:rPr>
          <w:rFonts w:ascii="Tahoma" w:eastAsia="DejaVu Sans" w:hAnsi="Tahoma" w:cs="Tahoma"/>
        </w:rPr>
        <w:t>محصول</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هندسه</w:t>
      </w:r>
      <w:r w:rsidRPr="00C15401">
        <w:rPr>
          <w:rFonts w:ascii="Tahoma" w:eastAsia="DejaVu Sans" w:hAnsi="Tahoma" w:cs="Tahoma"/>
        </w:rPr>
        <w:t xml:space="preserve"> </w:t>
      </w:r>
      <w:r w:rsidRPr="00C15401">
        <w:rPr>
          <w:rFonts w:ascii="Tahoma" w:eastAsia="DejaVu Sans" w:hAnsi="Tahoma" w:cs="Tahoma"/>
        </w:rPr>
        <w:t>نهایی</w:t>
      </w:r>
      <w:r w:rsidRPr="00C15401">
        <w:rPr>
          <w:rFonts w:ascii="Tahoma" w:eastAsia="DejaVu Sans" w:hAnsi="Tahoma" w:cs="Tahoma"/>
        </w:rPr>
        <w:t xml:space="preserve"> Node</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تلرانس</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ظرفیت</w:t>
      </w:r>
      <w:r w:rsidRPr="00C15401">
        <w:rPr>
          <w:rFonts w:ascii="Tahoma" w:eastAsia="DejaVu Sans" w:hAnsi="Tahoma" w:cs="Tahoma"/>
        </w:rPr>
        <w:t xml:space="preserve"> </w:t>
      </w:r>
      <w:r w:rsidRPr="00C15401">
        <w:rPr>
          <w:rFonts w:ascii="Tahoma" w:eastAsia="DejaVu Sans" w:hAnsi="Tahoma" w:cs="Tahoma"/>
        </w:rPr>
        <w:t>بار،</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توان،</w:t>
      </w:r>
      <w:r w:rsidRPr="00C15401">
        <w:rPr>
          <w:rFonts w:ascii="Tahoma" w:eastAsia="DejaVu Sans" w:hAnsi="Tahoma" w:cs="Tahoma"/>
        </w:rPr>
        <w:t xml:space="preserve"> </w:t>
      </w:r>
      <w:r w:rsidRPr="00C15401">
        <w:rPr>
          <w:rFonts w:ascii="Tahoma" w:eastAsia="DejaVu Sans" w:hAnsi="Tahoma" w:cs="Tahoma"/>
        </w:rPr>
        <w:t>نوع</w:t>
      </w:r>
      <w:r w:rsidRPr="00C15401">
        <w:rPr>
          <w:rFonts w:ascii="Tahoma" w:eastAsia="DejaVu Sans" w:hAnsi="Tahoma" w:cs="Tahoma"/>
        </w:rPr>
        <w:t xml:space="preserve"> </w:t>
      </w:r>
      <w:r w:rsidRPr="00C15401">
        <w:rPr>
          <w:rFonts w:ascii="Tahoma" w:eastAsia="DejaVu Sans" w:hAnsi="Tahoma" w:cs="Tahoma"/>
        </w:rPr>
        <w:t>کانکتورها،</w:t>
      </w:r>
      <w:r w:rsidRPr="00C15401">
        <w:rPr>
          <w:rFonts w:ascii="Tahoma" w:eastAsia="DejaVu Sans" w:hAnsi="Tahoma" w:cs="Tahoma"/>
        </w:rPr>
        <w:t xml:space="preserve"> </w:t>
      </w:r>
      <w:r w:rsidRPr="00C15401">
        <w:rPr>
          <w:rFonts w:ascii="Tahoma" w:eastAsia="DejaVu Sans" w:hAnsi="Tahoma" w:cs="Tahoma"/>
        </w:rPr>
        <w:t>الزامات</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w:t>
      </w:r>
      <w:r w:rsidRPr="00C15401">
        <w:rPr>
          <w:rFonts w:ascii="Tahoma" w:eastAsia="DejaVu Sans" w:hAnsi="Tahoma" w:cs="Tahoma"/>
        </w:rPr>
        <w:t>امنیت</w:t>
      </w:r>
      <w:r w:rsidRPr="00C15401">
        <w:rPr>
          <w:rFonts w:ascii="Tahoma" w:eastAsia="DejaVu Sans" w:hAnsi="Tahoma" w:cs="Tahoma"/>
        </w:rPr>
        <w:t xml:space="preserve"> </w:t>
      </w:r>
      <w:r w:rsidRPr="00C15401">
        <w:rPr>
          <w:rFonts w:ascii="Tahoma" w:eastAsia="DejaVu Sans" w:hAnsi="Tahoma" w:cs="Tahoma"/>
        </w:rPr>
        <w:t>سایبری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روش</w:t>
      </w:r>
      <w:r w:rsidRPr="00C15401">
        <w:rPr>
          <w:rFonts w:ascii="Tahoma" w:eastAsia="DejaVu Sans" w:hAnsi="Tahoma" w:cs="Tahoma"/>
        </w:rPr>
        <w:t xml:space="preserve"> </w:t>
      </w:r>
      <w:r w:rsidRPr="00C15401">
        <w:rPr>
          <w:rFonts w:ascii="Tahoma" w:eastAsia="DejaVu Sans" w:hAnsi="Tahoma" w:cs="Tahoma"/>
        </w:rPr>
        <w:t>صدور</w:t>
      </w:r>
      <w:r w:rsidRPr="00C15401">
        <w:rPr>
          <w:rFonts w:ascii="Tahoma" w:eastAsia="DejaVu Sans" w:hAnsi="Tahoma" w:cs="Tahoma"/>
        </w:rPr>
        <w:t xml:space="preserve"> </w:t>
      </w:r>
      <w:r w:rsidRPr="00C15401">
        <w:rPr>
          <w:rFonts w:ascii="Tahoma" w:eastAsia="DejaVu Sans" w:hAnsi="Tahoma" w:cs="Tahoma"/>
        </w:rPr>
        <w:t>گواهی</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مراحل</w:t>
      </w:r>
      <w:r w:rsidRPr="00C15401">
        <w:rPr>
          <w:rFonts w:ascii="Tahoma" w:eastAsia="DejaVu Sans" w:hAnsi="Tahoma" w:cs="Tahoma"/>
        </w:rPr>
        <w:t xml:space="preserve"> </w:t>
      </w:r>
      <w:r w:rsidRPr="00C15401">
        <w:rPr>
          <w:rFonts w:ascii="Tahoma" w:eastAsia="DejaVu Sans" w:hAnsi="Tahoma" w:cs="Tahoma"/>
        </w:rPr>
        <w:t>بعدی</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تحلیل،</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آزمون</w:t>
      </w:r>
      <w:r w:rsidRPr="00C15401">
        <w:rPr>
          <w:rFonts w:ascii="Tahoma" w:eastAsia="DejaVu Sans" w:hAnsi="Tahoma" w:cs="Tahoma"/>
        </w:rPr>
        <w:t xml:space="preserve"> </w:t>
      </w:r>
      <w:r w:rsidRPr="00C15401">
        <w:rPr>
          <w:rFonts w:ascii="Tahoma" w:eastAsia="DejaVu Sans" w:hAnsi="Tahoma" w:cs="Tahoma"/>
        </w:rPr>
        <w:t>تعیین</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w:t>
      </w:r>
    </w:p>
    <w:p w14:paraId="762C20F9" w14:textId="77777777" w:rsidR="005D7765" w:rsidRPr="00C15401" w:rsidRDefault="0093767E" w:rsidP="00C15401">
      <w:pPr>
        <w:bidi/>
        <w:jc w:val="both"/>
        <w:rPr>
          <w:rFonts w:ascii="Tahoma" w:hAnsi="Tahoma" w:cs="Tahoma"/>
        </w:rPr>
      </w:pPr>
      <w:r w:rsidRPr="00C15401">
        <w:rPr>
          <w:rFonts w:ascii="Tahoma" w:eastAsia="DejaVu Sans" w:hAnsi="Tahoma" w:cs="Tahoma"/>
        </w:rPr>
        <w:t>محتوا</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اصول</w:t>
      </w:r>
      <w:r w:rsidRPr="00C15401">
        <w:rPr>
          <w:rFonts w:ascii="Tahoma" w:eastAsia="DejaVu Sans" w:hAnsi="Tahoma" w:cs="Tahoma"/>
        </w:rPr>
        <w:t xml:space="preserve"> </w:t>
      </w:r>
      <w:r w:rsidRPr="00C15401">
        <w:rPr>
          <w:rFonts w:ascii="Tahoma" w:eastAsia="DejaVu Sans" w:hAnsi="Tahoma" w:cs="Tahoma"/>
        </w:rPr>
        <w:t>اسناد</w:t>
      </w:r>
      <w:r w:rsidRPr="00C15401">
        <w:rPr>
          <w:rFonts w:ascii="Tahoma" w:eastAsia="DejaVu Sans" w:hAnsi="Tahoma" w:cs="Tahoma"/>
        </w:rPr>
        <w:t xml:space="preserve"> </w:t>
      </w:r>
      <w:r w:rsidRPr="00C15401">
        <w:rPr>
          <w:rFonts w:ascii="Tahoma" w:eastAsia="DejaVu Sans" w:hAnsi="Tahoma" w:cs="Tahoma"/>
        </w:rPr>
        <w:t>پایه</w:t>
      </w:r>
      <w:r w:rsidRPr="00C15401">
        <w:rPr>
          <w:rFonts w:ascii="Tahoma" w:eastAsia="DejaVu Sans" w:hAnsi="Tahoma" w:cs="Tahoma"/>
        </w:rPr>
        <w:t xml:space="preserve"> System05 </w:t>
      </w:r>
      <w:r w:rsidRPr="00C15401">
        <w:rPr>
          <w:rFonts w:ascii="Tahoma" w:eastAsia="DejaVu Sans" w:hAnsi="Tahoma" w:cs="Tahoma"/>
        </w:rPr>
        <w:t>هم</w:t>
      </w:r>
      <w:r w:rsidRPr="00C15401">
        <w:rPr>
          <w:rFonts w:ascii="Tahoma" w:eastAsia="DejaVu Sans" w:hAnsi="Tahoma" w:cs="Tahoma"/>
        </w:rPr>
        <w:t>‌</w:t>
      </w:r>
      <w:r w:rsidRPr="00C15401">
        <w:rPr>
          <w:rFonts w:ascii="Tahoma" w:eastAsia="DejaVu Sans" w:hAnsi="Tahoma" w:cs="Tahoma"/>
        </w:rPr>
        <w:t>راستا</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استانداردسازی</w:t>
      </w:r>
      <w:r w:rsidRPr="00C15401">
        <w:rPr>
          <w:rFonts w:ascii="Tahoma" w:eastAsia="DejaVu Sans" w:hAnsi="Tahoma" w:cs="Tahoma"/>
        </w:rPr>
        <w:t xml:space="preserve"> Interface</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جای</w:t>
      </w:r>
      <w:r w:rsidRPr="00C15401">
        <w:rPr>
          <w:rFonts w:ascii="Tahoma" w:eastAsia="DejaVu Sans" w:hAnsi="Tahoma" w:cs="Tahoma"/>
        </w:rPr>
        <w:t xml:space="preserve"> </w:t>
      </w:r>
      <w:r w:rsidRPr="00C15401">
        <w:rPr>
          <w:rFonts w:ascii="Tahoma" w:eastAsia="DejaVu Sans" w:hAnsi="Tahoma" w:cs="Tahoma"/>
        </w:rPr>
        <w:t>محدودکردن</w:t>
      </w:r>
      <w:r w:rsidRPr="00C15401">
        <w:rPr>
          <w:rFonts w:ascii="Tahoma" w:eastAsia="DejaVu Sans" w:hAnsi="Tahoma" w:cs="Tahoma"/>
        </w:rPr>
        <w:t xml:space="preserve"> </w:t>
      </w:r>
      <w:r w:rsidRPr="00C15401">
        <w:rPr>
          <w:rFonts w:ascii="Tahoma" w:eastAsia="DejaVu Sans" w:hAnsi="Tahoma" w:cs="Tahoma"/>
        </w:rPr>
        <w:t>نوآوری؛</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w:t>
      </w:r>
      <w:r w:rsidRPr="00C15401">
        <w:rPr>
          <w:rFonts w:ascii="Tahoma" w:eastAsia="DejaVu Sans" w:hAnsi="Tahoma" w:cs="Tahoma"/>
        </w:rPr>
        <w:t>ماندن</w:t>
      </w:r>
      <w:r w:rsidRPr="00C15401">
        <w:rPr>
          <w:rFonts w:ascii="Tahoma" w:eastAsia="DejaVu Sans" w:hAnsi="Tahoma" w:cs="Tahoma"/>
        </w:rPr>
        <w:t xml:space="preserve"> </w:t>
      </w:r>
      <w:r w:rsidRPr="00C15401">
        <w:rPr>
          <w:rFonts w:ascii="Tahoma" w:eastAsia="DejaVu Sans" w:hAnsi="Tahoma" w:cs="Tahoma"/>
        </w:rPr>
        <w:t>اعضا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تمرکز</w:t>
      </w:r>
      <w:r w:rsidRPr="00C15401">
        <w:rPr>
          <w:rFonts w:ascii="Tahoma" w:eastAsia="DejaVu Sans" w:hAnsi="Tahoma" w:cs="Tahoma"/>
        </w:rPr>
        <w:t xml:space="preserve"> </w:t>
      </w:r>
      <w:r w:rsidRPr="00C15401">
        <w:rPr>
          <w:rFonts w:ascii="Tahoma" w:eastAsia="DejaVu Sans" w:hAnsi="Tahoma" w:cs="Tahoma"/>
        </w:rPr>
        <w:t>پیچیدگی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Interface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هوشمند؛</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بازرسی،</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ارتقا؛</w:t>
      </w:r>
      <w:r w:rsidRPr="00C15401">
        <w:rPr>
          <w:rFonts w:ascii="Tahoma" w:eastAsia="DejaVu Sans" w:hAnsi="Tahoma" w:cs="Tahoma"/>
        </w:rPr>
        <w:t xml:space="preserve"> </w:t>
      </w:r>
      <w:r w:rsidRPr="00C15401">
        <w:rPr>
          <w:rFonts w:ascii="Tahoma" w:eastAsia="DejaVu Sans" w:hAnsi="Tahoma" w:cs="Tahoma"/>
        </w:rPr>
        <w:t>استقلال</w:t>
      </w:r>
      <w:r w:rsidRPr="00C15401">
        <w:rPr>
          <w:rFonts w:ascii="Tahoma" w:eastAsia="DejaVu Sans" w:hAnsi="Tahoma" w:cs="Tahoma"/>
        </w:rPr>
        <w:t xml:space="preserve"> </w:t>
      </w:r>
      <w:r w:rsidRPr="00C15401">
        <w:rPr>
          <w:rFonts w:ascii="Tahoma" w:eastAsia="DejaVu Sans" w:hAnsi="Tahoma" w:cs="Tahoma"/>
        </w:rPr>
        <w:t>ایمنی</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نرم</w:t>
      </w:r>
      <w:r w:rsidRPr="00C15401">
        <w:rPr>
          <w:rFonts w:ascii="Tahoma" w:eastAsia="DejaVu Sans" w:hAnsi="Tahoma" w:cs="Tahoma"/>
        </w:rPr>
        <w:t>‌</w:t>
      </w:r>
      <w:r w:rsidRPr="00C15401">
        <w:rPr>
          <w:rFonts w:ascii="Tahoma" w:eastAsia="DejaVu Sans" w:hAnsi="Tahoma" w:cs="Tahoma"/>
        </w:rPr>
        <w:t>افزار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هوش</w:t>
      </w:r>
      <w:r w:rsidRPr="00C15401">
        <w:rPr>
          <w:rFonts w:ascii="Tahoma" w:eastAsia="DejaVu Sans" w:hAnsi="Tahoma" w:cs="Tahoma"/>
        </w:rPr>
        <w:t xml:space="preserve"> </w:t>
      </w:r>
      <w:r w:rsidRPr="00C15401">
        <w:rPr>
          <w:rFonts w:ascii="Tahoma" w:eastAsia="DejaVu Sans" w:hAnsi="Tahoma" w:cs="Tahoma"/>
        </w:rPr>
        <w:t>مصنوعی؛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پیوستگی</w:t>
      </w:r>
      <w:r w:rsidRPr="00C15401">
        <w:rPr>
          <w:rFonts w:ascii="Tahoma" w:eastAsia="DejaVu Sans" w:hAnsi="Tahoma" w:cs="Tahoma"/>
        </w:rPr>
        <w:t xml:space="preserve"> </w:t>
      </w:r>
      <w:r w:rsidRPr="00C15401">
        <w:rPr>
          <w:rFonts w:ascii="Tahoma" w:eastAsia="DejaVu Sans" w:hAnsi="Tahoma" w:cs="Tahoma"/>
        </w:rPr>
        <w:t>اطلاعات</w:t>
      </w:r>
      <w:r w:rsidRPr="00C15401">
        <w:rPr>
          <w:rFonts w:ascii="Tahoma" w:eastAsia="DejaVu Sans" w:hAnsi="Tahoma" w:cs="Tahoma"/>
        </w:rPr>
        <w:t xml:space="preserve"> </w:t>
      </w:r>
      <w:r w:rsidRPr="00C15401">
        <w:rPr>
          <w:rFonts w:ascii="Tahoma" w:eastAsia="DejaVu Sans" w:hAnsi="Tahoma" w:cs="Tahoma"/>
        </w:rPr>
        <w:t>دیجیتال</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کل</w:t>
      </w:r>
      <w:r w:rsidRPr="00C15401">
        <w:rPr>
          <w:rFonts w:ascii="Tahoma" w:eastAsia="DejaVu Sans" w:hAnsi="Tahoma" w:cs="Tahoma"/>
        </w:rPr>
        <w:t xml:space="preserve"> </w:t>
      </w:r>
      <w:r w:rsidRPr="00C15401">
        <w:rPr>
          <w:rFonts w:ascii="Tahoma" w:eastAsia="DejaVu Sans" w:hAnsi="Tahoma" w:cs="Tahoma"/>
        </w:rPr>
        <w:t>چرخه</w:t>
      </w:r>
      <w:r w:rsidRPr="00C15401">
        <w:rPr>
          <w:rFonts w:ascii="Tahoma" w:eastAsia="DejaVu Sans" w:hAnsi="Tahoma" w:cs="Tahoma"/>
        </w:rPr>
        <w:t xml:space="preserve"> </w:t>
      </w:r>
      <w:r w:rsidRPr="00C15401">
        <w:rPr>
          <w:rFonts w:ascii="Tahoma" w:eastAsia="DejaVu Sans" w:hAnsi="Tahoma" w:cs="Tahoma"/>
        </w:rPr>
        <w:t>عمر</w:t>
      </w:r>
      <w:r w:rsidRPr="00C15401">
        <w:rPr>
          <w:rFonts w:ascii="Tahoma" w:eastAsia="DejaVu Sans" w:hAnsi="Tahoma" w:cs="Tahoma"/>
        </w:rPr>
        <w:t>.</w:t>
      </w:r>
    </w:p>
    <w:p w14:paraId="15F9DEFB"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تز</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مشترک</w:t>
      </w:r>
      <w:r w:rsidRPr="00C15401">
        <w:rPr>
          <w:rFonts w:ascii="Tahoma" w:eastAsia="DejaVu Sans" w:hAnsi="Tahoma" w:cs="Tahoma"/>
        </w:rPr>
        <w:t xml:space="preserve"> Node </w:t>
      </w:r>
      <w:r w:rsidRPr="00C15401">
        <w:rPr>
          <w:rFonts w:ascii="Tahoma" w:eastAsia="DejaVu Sans" w:hAnsi="Tahoma" w:cs="Tahoma"/>
        </w:rPr>
        <w:t>و</w:t>
      </w:r>
      <w:r w:rsidRPr="00C15401">
        <w:rPr>
          <w:rFonts w:ascii="Tahoma" w:eastAsia="DejaVu Sans" w:hAnsi="Tahoma" w:cs="Tahoma"/>
        </w:rPr>
        <w:t xml:space="preserve"> NCM</w:t>
      </w:r>
    </w:p>
    <w:p w14:paraId="2DEBF3AA" w14:textId="77777777" w:rsidR="005D7765" w:rsidRPr="00C15401" w:rsidRDefault="0093767E" w:rsidP="00C15401">
      <w:pPr>
        <w:bidi/>
        <w:jc w:val="both"/>
        <w:rPr>
          <w:rFonts w:ascii="Tahoma" w:hAnsi="Tahoma" w:cs="Tahoma"/>
        </w:rPr>
      </w:pP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مورد</w:t>
      </w:r>
      <w:r w:rsidRPr="00C15401">
        <w:rPr>
          <w:rFonts w:ascii="Tahoma" w:eastAsia="DejaVu Sans" w:hAnsi="Tahoma" w:cs="Tahoma"/>
        </w:rPr>
        <w:t xml:space="preserve"> </w:t>
      </w:r>
      <w:r w:rsidRPr="00C15401">
        <w:rPr>
          <w:rFonts w:ascii="Tahoma" w:eastAsia="DejaVu Sans" w:hAnsi="Tahoma" w:cs="Tahoma"/>
        </w:rPr>
        <w:t>توافق</w:t>
      </w:r>
      <w:r w:rsidRPr="00C15401">
        <w:rPr>
          <w:rFonts w:ascii="Tahoma" w:eastAsia="DejaVu Sans" w:hAnsi="Tahoma" w:cs="Tahoma"/>
        </w:rPr>
        <w:t xml:space="preserve"> </w:t>
      </w:r>
      <w:r w:rsidRPr="00C15401">
        <w:rPr>
          <w:rFonts w:ascii="Tahoma" w:eastAsia="DejaVu Sans" w:hAnsi="Tahoma" w:cs="Tahoma"/>
        </w:rPr>
        <w:t>بر</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تفکیک</w:t>
      </w:r>
      <w:r w:rsidRPr="00C15401">
        <w:rPr>
          <w:rFonts w:ascii="Tahoma" w:eastAsia="DejaVu Sans" w:hAnsi="Tahoma" w:cs="Tahoma"/>
        </w:rPr>
        <w:t xml:space="preserve"> </w:t>
      </w:r>
      <w:r w:rsidRPr="00C15401">
        <w:rPr>
          <w:rFonts w:ascii="Tahoma" w:eastAsia="DejaVu Sans" w:hAnsi="Tahoma" w:cs="Tahoma"/>
        </w:rPr>
        <w:t>روشن</w:t>
      </w:r>
      <w:r w:rsidRPr="00C15401">
        <w:rPr>
          <w:rFonts w:ascii="Tahoma" w:eastAsia="DejaVu Sans" w:hAnsi="Tahoma" w:cs="Tahoma"/>
        </w:rPr>
        <w:t xml:space="preserve"> </w:t>
      </w:r>
      <w:r w:rsidRPr="00C15401">
        <w:rPr>
          <w:rFonts w:ascii="Tahoma" w:eastAsia="DejaVu Sans" w:hAnsi="Tahoma" w:cs="Tahoma"/>
        </w:rPr>
        <w:t>استوار</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دائمی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Universal Node </w:t>
      </w:r>
      <w:r w:rsidRPr="00C15401">
        <w:rPr>
          <w:rFonts w:ascii="Tahoma" w:eastAsia="DejaVu Sans" w:hAnsi="Tahoma" w:cs="Tahoma"/>
        </w:rPr>
        <w:t>متمرکز</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فعال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فناوری</w:t>
      </w:r>
      <w:r w:rsidRPr="00C15401">
        <w:rPr>
          <w:rFonts w:ascii="Tahoma" w:eastAsia="DejaVu Sans" w:hAnsi="Tahoma" w:cs="Tahoma"/>
        </w:rPr>
        <w:t>‌</w:t>
      </w:r>
      <w:r w:rsidRPr="00C15401">
        <w:rPr>
          <w:rFonts w:ascii="Tahoma" w:eastAsia="DejaVu Sans" w:hAnsi="Tahoma" w:cs="Tahoma"/>
        </w:rPr>
        <w:t>پذیر</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تعویض</w:t>
      </w:r>
      <w:r w:rsidRPr="00C15401">
        <w:rPr>
          <w:rFonts w:ascii="Tahoma" w:eastAsia="DejaVu Sans" w:hAnsi="Tahoma" w:cs="Tahoma"/>
        </w:rPr>
        <w:t xml:space="preserve"> NCM </w:t>
      </w:r>
      <w:r w:rsidRPr="00C15401">
        <w:rPr>
          <w:rFonts w:ascii="Tahoma" w:eastAsia="DejaVu Sans" w:hAnsi="Tahoma" w:cs="Tahoma"/>
        </w:rPr>
        <w:t>قرار</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گیرند</w:t>
      </w:r>
      <w:r w:rsidRPr="00C15401">
        <w:rPr>
          <w:rFonts w:ascii="Tahoma" w:eastAsia="DejaVu Sans" w:hAnsi="Tahoma" w:cs="Tahoma"/>
        </w:rPr>
        <w:t>. Engineering Link</w:t>
      </w:r>
      <w:r w:rsidRPr="00C15401">
        <w:rPr>
          <w:rFonts w:ascii="Tahoma" w:eastAsia="DejaVu Sans" w:hAnsi="Tahoma" w:cs="Tahoma"/>
        </w:rPr>
        <w:t>ها،</w:t>
      </w:r>
      <w:r w:rsidRPr="00C15401">
        <w:rPr>
          <w:rFonts w:ascii="Tahoma" w:eastAsia="DejaVu Sans" w:hAnsi="Tahoma" w:cs="Tahoma"/>
        </w:rPr>
        <w:t xml:space="preserve"> Structural Cartridge</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اعضای</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حد</w:t>
      </w:r>
      <w:r w:rsidRPr="00C15401">
        <w:rPr>
          <w:rFonts w:ascii="Tahoma" w:eastAsia="DejaVu Sans" w:hAnsi="Tahoma" w:cs="Tahoma"/>
        </w:rPr>
        <w:t xml:space="preserve"> </w:t>
      </w:r>
      <w:r w:rsidRPr="00C15401">
        <w:rPr>
          <w:rFonts w:ascii="Tahoma" w:eastAsia="DejaVu Sans" w:hAnsi="Tahoma" w:cs="Tahoma"/>
        </w:rPr>
        <w:t>عملی</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 xml:space="preserve"> </w:t>
      </w:r>
      <w:r w:rsidRPr="00C15401">
        <w:rPr>
          <w:rFonts w:ascii="Tahoma" w:eastAsia="DejaVu Sans" w:hAnsi="Tahoma" w:cs="Tahoma"/>
        </w:rPr>
        <w:t>غیرفعال،</w:t>
      </w:r>
      <w:r w:rsidRPr="00C15401">
        <w:rPr>
          <w:rFonts w:ascii="Tahoma" w:eastAsia="DejaVu Sans" w:hAnsi="Tahoma" w:cs="Tahoma"/>
        </w:rPr>
        <w:t xml:space="preserve"> </w:t>
      </w:r>
      <w:r w:rsidRPr="00C15401">
        <w:rPr>
          <w:rFonts w:ascii="Tahoma" w:eastAsia="DejaVu Sans" w:hAnsi="Tahoma" w:cs="Tahoma"/>
        </w:rPr>
        <w:t>مقاوم</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فاقد</w:t>
      </w:r>
      <w:r w:rsidRPr="00C15401">
        <w:rPr>
          <w:rFonts w:ascii="Tahoma" w:eastAsia="DejaVu Sans" w:hAnsi="Tahoma" w:cs="Tahoma"/>
        </w:rPr>
        <w:t xml:space="preserve"> </w:t>
      </w:r>
      <w:r w:rsidRPr="00C15401">
        <w:rPr>
          <w:rFonts w:ascii="Tahoma" w:eastAsia="DejaVu Sans" w:hAnsi="Tahoma" w:cs="Tahoma"/>
        </w:rPr>
        <w:t>الکترونیک</w:t>
      </w:r>
      <w:r w:rsidRPr="00C15401">
        <w:rPr>
          <w:rFonts w:ascii="Tahoma" w:eastAsia="DejaVu Sans" w:hAnsi="Tahoma" w:cs="Tahoma"/>
        </w:rPr>
        <w:t xml:space="preserve"> </w:t>
      </w:r>
      <w:r w:rsidRPr="00C15401">
        <w:rPr>
          <w:rFonts w:ascii="Tahoma" w:eastAsia="DejaVu Sans" w:hAnsi="Tahoma" w:cs="Tahoma"/>
        </w:rPr>
        <w:t>کوتاه</w:t>
      </w:r>
      <w:r w:rsidRPr="00C15401">
        <w:rPr>
          <w:rFonts w:ascii="Tahoma" w:eastAsia="DejaVu Sans" w:hAnsi="Tahoma" w:cs="Tahoma"/>
        </w:rPr>
        <w:t>‌</w:t>
      </w:r>
      <w:r w:rsidRPr="00C15401">
        <w:rPr>
          <w:rFonts w:ascii="Tahoma" w:eastAsia="DejaVu Sans" w:hAnsi="Tahoma" w:cs="Tahoma"/>
        </w:rPr>
        <w:t>عمر</w:t>
      </w:r>
      <w:r w:rsidRPr="00C15401">
        <w:rPr>
          <w:rFonts w:ascii="Tahoma" w:eastAsia="DejaVu Sans" w:hAnsi="Tahoma" w:cs="Tahoma"/>
        </w:rPr>
        <w:t xml:space="preserve">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بمانند</w:t>
      </w:r>
      <w:r w:rsidRPr="00C15401">
        <w:rPr>
          <w:rFonts w:ascii="Tahoma" w:eastAsia="DejaVu Sans" w:hAnsi="Tahoma" w:cs="Tahoma"/>
        </w:rPr>
        <w:t>.</w:t>
      </w:r>
    </w:p>
    <w:p w14:paraId="4FEF883D" w14:textId="77777777" w:rsidR="005D7765" w:rsidRPr="00C15401" w:rsidRDefault="0093767E" w:rsidP="00C15401">
      <w:pPr>
        <w:keepLines/>
        <w:shd w:val="clear" w:color="auto" w:fill="F4F6F9"/>
        <w:bidi/>
        <w:spacing w:before="80" w:after="160"/>
        <w:ind w:left="144" w:right="144"/>
        <w:jc w:val="both"/>
        <w:rPr>
          <w:rFonts w:ascii="Tahoma" w:hAnsi="Tahoma" w:cs="Tahoma"/>
        </w:rPr>
      </w:pPr>
      <w:r w:rsidRPr="00C15401">
        <w:rPr>
          <w:rFonts w:ascii="Tahoma" w:eastAsia="DejaVu Sans" w:hAnsi="Tahoma" w:cs="Tahoma"/>
          <w:b/>
          <w:color w:val="1F4D78"/>
        </w:rPr>
        <w:t>بیان</w:t>
      </w:r>
      <w:r w:rsidRPr="00C15401">
        <w:rPr>
          <w:rFonts w:ascii="Tahoma" w:eastAsia="DejaVu Sans" w:hAnsi="Tahoma" w:cs="Tahoma"/>
          <w:b/>
          <w:color w:val="1F4D78"/>
        </w:rPr>
        <w:t xml:space="preserve"> </w:t>
      </w:r>
      <w:r w:rsidRPr="00C15401">
        <w:rPr>
          <w:rFonts w:ascii="Tahoma" w:eastAsia="DejaVu Sans" w:hAnsi="Tahoma" w:cs="Tahoma"/>
          <w:b/>
          <w:color w:val="1F4D78"/>
        </w:rPr>
        <w:t>ساده</w:t>
      </w:r>
      <w:r w:rsidRPr="00C15401">
        <w:rPr>
          <w:rFonts w:ascii="Tahoma" w:eastAsia="DejaVu Sans" w:hAnsi="Tahoma" w:cs="Tahoma"/>
          <w:b/>
          <w:color w:val="1F4D78"/>
        </w:rPr>
        <w:t xml:space="preserve"> </w:t>
      </w:r>
      <w:r w:rsidRPr="00C15401">
        <w:rPr>
          <w:rFonts w:ascii="Tahoma" w:eastAsia="DejaVu Sans" w:hAnsi="Tahoma" w:cs="Tahoma"/>
          <w:b/>
          <w:color w:val="1F4D78"/>
        </w:rPr>
        <w:t>معماری</w:t>
      </w:r>
      <w:r w:rsidRPr="00C15401">
        <w:rPr>
          <w:rFonts w:ascii="Tahoma" w:eastAsia="DejaVu Sans" w:hAnsi="Tahoma" w:cs="Tahoma"/>
          <w:b/>
          <w:color w:val="1F4D78"/>
        </w:rPr>
        <w:t xml:space="preserve">: </w:t>
      </w:r>
      <w:r w:rsidRPr="00C15401">
        <w:rPr>
          <w:rFonts w:ascii="Tahoma" w:eastAsia="DejaVu Sans" w:hAnsi="Tahoma" w:cs="Tahoma"/>
        </w:rPr>
        <w:t>Node</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استخوان</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w:t>
      </w:r>
      <w:r w:rsidRPr="00C15401">
        <w:rPr>
          <w:rFonts w:ascii="Tahoma" w:eastAsia="DejaVu Sans" w:hAnsi="Tahoma" w:cs="Tahoma"/>
        </w:rPr>
        <w:t>اند؛</w:t>
      </w:r>
      <w:r w:rsidRPr="00C15401">
        <w:rPr>
          <w:rFonts w:ascii="Tahoma" w:eastAsia="DejaVu Sans" w:hAnsi="Tahoma" w:cs="Tahoma"/>
        </w:rPr>
        <w:t xml:space="preserve"> </w:t>
      </w:r>
      <w:r w:rsidRPr="00C15401">
        <w:rPr>
          <w:rFonts w:ascii="Tahoma" w:eastAsia="DejaVu Sans" w:hAnsi="Tahoma" w:cs="Tahoma"/>
        </w:rPr>
        <w:t>اکوسیستم</w:t>
      </w:r>
      <w:r w:rsidRPr="00C15401">
        <w:rPr>
          <w:rFonts w:ascii="Tahoma" w:eastAsia="DejaVu Sans" w:hAnsi="Tahoma" w:cs="Tahoma"/>
        </w:rPr>
        <w:t xml:space="preserve"> NCM </w:t>
      </w:r>
      <w:r w:rsidRPr="00C15401">
        <w:rPr>
          <w:rFonts w:ascii="Tahoma" w:eastAsia="DejaVu Sans" w:hAnsi="Tahoma" w:cs="Tahoma"/>
        </w:rPr>
        <w:t>قلب</w:t>
      </w:r>
      <w:r w:rsidRPr="00C15401">
        <w:rPr>
          <w:rFonts w:ascii="Tahoma" w:eastAsia="DejaVu Sans" w:hAnsi="Tahoma" w:cs="Tahoma"/>
        </w:rPr>
        <w:t xml:space="preserve"> </w:t>
      </w:r>
      <w:r w:rsidRPr="00C15401">
        <w:rPr>
          <w:rFonts w:ascii="Tahoma" w:eastAsia="DejaVu Sans" w:hAnsi="Tahoma" w:cs="Tahoma"/>
        </w:rPr>
        <w:t>عملیاتی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شبکه</w:t>
      </w:r>
      <w:r w:rsidRPr="00C15401">
        <w:rPr>
          <w:rFonts w:ascii="Tahoma" w:eastAsia="DejaVu Sans" w:hAnsi="Tahoma" w:cs="Tahoma"/>
        </w:rPr>
        <w:t xml:space="preserve"> </w:t>
      </w:r>
      <w:r w:rsidRPr="00C15401">
        <w:rPr>
          <w:rFonts w:ascii="Tahoma" w:eastAsia="DejaVu Sans" w:hAnsi="Tahoma" w:cs="Tahoma"/>
        </w:rPr>
        <w:t>عصبی</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NCM-CORE </w:t>
      </w:r>
      <w:r w:rsidRPr="00C15401">
        <w:rPr>
          <w:rFonts w:ascii="Tahoma" w:eastAsia="DejaVu Sans" w:hAnsi="Tahoma" w:cs="Tahoma"/>
        </w:rPr>
        <w:t>مرکز</w:t>
      </w:r>
      <w:r w:rsidRPr="00C15401">
        <w:rPr>
          <w:rFonts w:ascii="Tahoma" w:eastAsia="DejaVu Sans" w:hAnsi="Tahoma" w:cs="Tahoma"/>
        </w:rPr>
        <w:t xml:space="preserve"> </w:t>
      </w:r>
      <w:r w:rsidRPr="00C15401">
        <w:rPr>
          <w:rFonts w:ascii="Tahoma" w:eastAsia="DejaVu Sans" w:hAnsi="Tahoma" w:cs="Tahoma"/>
        </w:rPr>
        <w:t>هماهنگی</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Building BIOS </w:t>
      </w:r>
      <w:r w:rsidRPr="00C15401">
        <w:rPr>
          <w:rFonts w:ascii="Tahoma" w:eastAsia="DejaVu Sans" w:hAnsi="Tahoma" w:cs="Tahoma"/>
        </w:rPr>
        <w:t>حافظه،</w:t>
      </w:r>
      <w:r w:rsidRPr="00C15401">
        <w:rPr>
          <w:rFonts w:ascii="Tahoma" w:eastAsia="DejaVu Sans" w:hAnsi="Tahoma" w:cs="Tahoma"/>
        </w:rPr>
        <w:t xml:space="preserve"> </w:t>
      </w: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پیکربندی</w:t>
      </w:r>
      <w:r w:rsidRPr="00C15401">
        <w:rPr>
          <w:rFonts w:ascii="Tahoma" w:eastAsia="DejaVu Sans" w:hAnsi="Tahoma" w:cs="Tahoma"/>
        </w:rPr>
        <w:t xml:space="preserve"> </w:t>
      </w:r>
      <w:r w:rsidRPr="00C15401">
        <w:rPr>
          <w:rFonts w:ascii="Tahoma" w:eastAsia="DejaVu Sans" w:hAnsi="Tahoma" w:cs="Tahoma"/>
        </w:rPr>
        <w:t>رسمی</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نگه</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دارد</w:t>
      </w:r>
      <w:r w:rsidRPr="00C15401">
        <w:rPr>
          <w:rFonts w:ascii="Tahoma" w:eastAsia="DejaVu Sans" w:hAnsi="Tahoma" w:cs="Tahoma"/>
        </w:rPr>
        <w:t>.</w:t>
      </w:r>
    </w:p>
    <w:p w14:paraId="334A70F1"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lastRenderedPageBreak/>
        <w:t>Universal Node</w:t>
      </w:r>
    </w:p>
    <w:p w14:paraId="49DB8CCA"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نقش</w:t>
      </w:r>
    </w:p>
    <w:p w14:paraId="06B506EA"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Universal Node </w:t>
      </w:r>
      <w:r w:rsidRPr="00C15401">
        <w:rPr>
          <w:rFonts w:ascii="Tahoma" w:eastAsia="DejaVu Sans" w:hAnsi="Tahoma" w:cs="Tahoma"/>
        </w:rPr>
        <w:t>عنصر</w:t>
      </w:r>
      <w:r w:rsidRPr="00C15401">
        <w:rPr>
          <w:rFonts w:ascii="Tahoma" w:eastAsia="DejaVu Sans" w:hAnsi="Tahoma" w:cs="Tahoma"/>
        </w:rPr>
        <w:t xml:space="preserve">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پلتفرم</w:t>
      </w:r>
      <w:r w:rsidRPr="00C15401">
        <w:rPr>
          <w:rFonts w:ascii="Tahoma" w:eastAsia="DejaVu Sans" w:hAnsi="Tahoma" w:cs="Tahoma"/>
        </w:rPr>
        <w:t xml:space="preserve"> System05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اعضای</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Engineering Link</w:t>
      </w:r>
      <w:r w:rsidRPr="00C15401">
        <w:rPr>
          <w:rFonts w:ascii="Tahoma" w:eastAsia="DejaVu Sans" w:hAnsi="Tahoma" w:cs="Tahoma"/>
        </w:rPr>
        <w:t>ها،</w:t>
      </w:r>
      <w:r w:rsidRPr="00C15401">
        <w:rPr>
          <w:rFonts w:ascii="Tahoma" w:eastAsia="DejaVu Sans" w:hAnsi="Tahoma" w:cs="Tahoma"/>
        </w:rPr>
        <w:t xml:space="preserve"> Cartridge</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ابزارها،</w:t>
      </w:r>
      <w:r w:rsidRPr="00C15401">
        <w:rPr>
          <w:rFonts w:ascii="Tahoma" w:eastAsia="DejaVu Sans" w:hAnsi="Tahoma" w:cs="Tahoma"/>
        </w:rPr>
        <w:t xml:space="preserve"> </w:t>
      </w:r>
      <w:r w:rsidRPr="00C15401">
        <w:rPr>
          <w:rFonts w:ascii="Tahoma" w:eastAsia="DejaVu Sans" w:hAnsi="Tahoma" w:cs="Tahoma"/>
        </w:rPr>
        <w:t>ربات</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سامانه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بازرسی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سوابق</w:t>
      </w:r>
      <w:r w:rsidRPr="00C15401">
        <w:rPr>
          <w:rFonts w:ascii="Tahoma" w:eastAsia="DejaVu Sans" w:hAnsi="Tahoma" w:cs="Tahoma"/>
        </w:rPr>
        <w:t xml:space="preserve"> </w:t>
      </w:r>
      <w:r w:rsidRPr="00C15401">
        <w:rPr>
          <w:rFonts w:ascii="Tahoma" w:eastAsia="DejaVu Sans" w:hAnsi="Tahoma" w:cs="Tahoma"/>
        </w:rPr>
        <w:t>دیجیتال</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طریق</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یکدیگر</w:t>
      </w:r>
      <w:r w:rsidRPr="00C15401">
        <w:rPr>
          <w:rFonts w:ascii="Tahoma" w:eastAsia="DejaVu Sans" w:hAnsi="Tahoma" w:cs="Tahoma"/>
        </w:rPr>
        <w:t xml:space="preserve"> </w:t>
      </w:r>
      <w:r w:rsidRPr="00C15401">
        <w:rPr>
          <w:rFonts w:ascii="Tahoma" w:eastAsia="DejaVu Sans" w:hAnsi="Tahoma" w:cs="Tahoma"/>
        </w:rPr>
        <w:t>تعامل</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کنند</w:t>
      </w:r>
      <w:r w:rsidRPr="00C15401">
        <w:rPr>
          <w:rFonts w:ascii="Tahoma" w:eastAsia="DejaVu Sans" w:hAnsi="Tahoma" w:cs="Tahoma"/>
        </w:rPr>
        <w:t xml:space="preserve">. Node </w:t>
      </w:r>
      <w:r w:rsidRPr="00C15401">
        <w:rPr>
          <w:rFonts w:ascii="Tahoma" w:eastAsia="DejaVu Sans" w:hAnsi="Tahoma" w:cs="Tahoma"/>
        </w:rPr>
        <w:t>صرفاً</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قطعه</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بلکه</w:t>
      </w:r>
      <w:r w:rsidRPr="00C15401">
        <w:rPr>
          <w:rFonts w:ascii="Tahoma" w:eastAsia="DejaVu Sans" w:hAnsi="Tahoma" w:cs="Tahoma"/>
        </w:rPr>
        <w:t xml:space="preserve"> </w:t>
      </w:r>
      <w:r w:rsidRPr="00C15401">
        <w:rPr>
          <w:rFonts w:ascii="Tahoma" w:eastAsia="DejaVu Sans" w:hAnsi="Tahoma" w:cs="Tahoma"/>
        </w:rPr>
        <w:t>هسته</w:t>
      </w:r>
      <w:r w:rsidRPr="00C15401">
        <w:rPr>
          <w:rFonts w:ascii="Tahoma" w:eastAsia="DejaVu Sans" w:hAnsi="Tahoma" w:cs="Tahoma"/>
        </w:rPr>
        <w:t xml:space="preserve"> </w:t>
      </w:r>
      <w:r w:rsidRPr="00C15401">
        <w:rPr>
          <w:rFonts w:ascii="Tahoma" w:eastAsia="DejaVu Sans" w:hAnsi="Tahoma" w:cs="Tahoma"/>
        </w:rPr>
        <w:t>هماهنگی</w:t>
      </w:r>
      <w:r w:rsidRPr="00C15401">
        <w:rPr>
          <w:rFonts w:ascii="Tahoma" w:eastAsia="DejaVu Sans" w:hAnsi="Tahoma" w:cs="Tahoma"/>
        </w:rPr>
        <w:t xml:space="preserve"> </w:t>
      </w:r>
      <w:r w:rsidRPr="00C15401">
        <w:rPr>
          <w:rFonts w:ascii="Tahoma" w:eastAsia="DejaVu Sans" w:hAnsi="Tahoma" w:cs="Tahoma"/>
        </w:rPr>
        <w:t>مکانیکی،</w:t>
      </w:r>
      <w:r w:rsidRPr="00C15401">
        <w:rPr>
          <w:rFonts w:ascii="Tahoma" w:eastAsia="DejaVu Sans" w:hAnsi="Tahoma" w:cs="Tahoma"/>
        </w:rPr>
        <w:t xml:space="preserve"> </w:t>
      </w:r>
      <w:r w:rsidRPr="00C15401">
        <w:rPr>
          <w:rFonts w:ascii="Tahoma" w:eastAsia="DejaVu Sans" w:hAnsi="Tahoma" w:cs="Tahoma"/>
        </w:rPr>
        <w:t>هندسی،</w:t>
      </w:r>
      <w:r w:rsidRPr="00C15401">
        <w:rPr>
          <w:rFonts w:ascii="Tahoma" w:eastAsia="DejaVu Sans" w:hAnsi="Tahoma" w:cs="Tahoma"/>
        </w:rPr>
        <w:t xml:space="preserve"> </w:t>
      </w:r>
      <w:r w:rsidRPr="00C15401">
        <w:rPr>
          <w:rFonts w:ascii="Tahoma" w:eastAsia="DejaVu Sans" w:hAnsi="Tahoma" w:cs="Tahoma"/>
        </w:rPr>
        <w:t>بازرسی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توسعه</w:t>
      </w:r>
      <w:r w:rsidRPr="00C15401">
        <w:rPr>
          <w:rFonts w:ascii="Tahoma" w:eastAsia="DejaVu Sans" w:hAnsi="Tahoma" w:cs="Tahoma"/>
        </w:rPr>
        <w:t xml:space="preserve"> </w:t>
      </w:r>
      <w:r w:rsidRPr="00C15401">
        <w:rPr>
          <w:rFonts w:ascii="Tahoma" w:eastAsia="DejaVu Sans" w:hAnsi="Tahoma" w:cs="Tahoma"/>
        </w:rPr>
        <w:t>آینده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محل</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69D6F734" w14:textId="77777777" w:rsidR="005D7765" w:rsidRPr="00C15401" w:rsidRDefault="0093767E" w:rsidP="00C15401">
      <w:pPr>
        <w:bidi/>
        <w:jc w:val="both"/>
        <w:rPr>
          <w:rFonts w:ascii="Tahoma" w:hAnsi="Tahoma" w:cs="Tahoma"/>
        </w:rPr>
      </w:pPr>
      <w:r w:rsidRPr="00C15401">
        <w:rPr>
          <w:rFonts w:ascii="Tahoma" w:eastAsia="DejaVu Sans" w:hAnsi="Tahoma" w:cs="Tahoma"/>
        </w:rPr>
        <w:t>وظایف</w:t>
      </w:r>
      <w:r w:rsidRPr="00C15401">
        <w:rPr>
          <w:rFonts w:ascii="Tahoma" w:eastAsia="DejaVu Sans" w:hAnsi="Tahoma" w:cs="Tahoma"/>
        </w:rPr>
        <w:t xml:space="preserve"> </w:t>
      </w:r>
      <w:r w:rsidRPr="00C15401">
        <w:rPr>
          <w:rFonts w:ascii="Tahoma" w:eastAsia="DejaVu Sans" w:hAnsi="Tahoma" w:cs="Tahoma"/>
        </w:rPr>
        <w:t>پایه</w:t>
      </w:r>
      <w:r w:rsidRPr="00C15401">
        <w:rPr>
          <w:rFonts w:ascii="Tahoma" w:eastAsia="DejaVu Sans" w:hAnsi="Tahoma" w:cs="Tahoma"/>
        </w:rPr>
        <w:t xml:space="preserve"> Node </w:t>
      </w:r>
      <w:r w:rsidRPr="00C15401">
        <w:rPr>
          <w:rFonts w:ascii="Tahoma" w:eastAsia="DejaVu Sans" w:hAnsi="Tahoma" w:cs="Tahoma"/>
        </w:rPr>
        <w:t>شامل</w:t>
      </w:r>
      <w:r w:rsidRPr="00C15401">
        <w:rPr>
          <w:rFonts w:ascii="Tahoma" w:eastAsia="DejaVu Sans" w:hAnsi="Tahoma" w:cs="Tahoma"/>
        </w:rPr>
        <w:t xml:space="preserve"> </w:t>
      </w:r>
      <w:r w:rsidRPr="00C15401">
        <w:rPr>
          <w:rFonts w:ascii="Tahoma" w:eastAsia="DejaVu Sans" w:hAnsi="Tahoma" w:cs="Tahoma"/>
        </w:rPr>
        <w:t>موارد</w:t>
      </w:r>
      <w:r w:rsidRPr="00C15401">
        <w:rPr>
          <w:rFonts w:ascii="Tahoma" w:eastAsia="DejaVu Sans" w:hAnsi="Tahoma" w:cs="Tahoma"/>
        </w:rPr>
        <w:t xml:space="preserve"> </w:t>
      </w:r>
      <w:r w:rsidRPr="00C15401">
        <w:rPr>
          <w:rFonts w:ascii="Tahoma" w:eastAsia="DejaVu Sans" w:hAnsi="Tahoma" w:cs="Tahoma"/>
        </w:rPr>
        <w:t>زیر</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76D66891"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انتقال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 xml:space="preserve"> </w:t>
      </w:r>
      <w:r w:rsidRPr="00C15401">
        <w:rPr>
          <w:rFonts w:ascii="Tahoma" w:eastAsia="DejaVu Sans" w:hAnsi="Tahoma" w:cs="Tahoma"/>
        </w:rPr>
        <w:t>ایمن</w:t>
      </w:r>
      <w:r w:rsidRPr="00C15401">
        <w:rPr>
          <w:rFonts w:ascii="Tahoma" w:eastAsia="DejaVu Sans" w:hAnsi="Tahoma" w:cs="Tahoma"/>
        </w:rPr>
        <w:t xml:space="preserve"> </w:t>
      </w:r>
      <w:r w:rsidRPr="00C15401">
        <w:rPr>
          <w:rFonts w:ascii="Tahoma" w:eastAsia="DejaVu Sans" w:hAnsi="Tahoma" w:cs="Tahoma"/>
        </w:rPr>
        <w:t>نیروها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پیوستگی</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بار؛</w:t>
      </w:r>
    </w:p>
    <w:p w14:paraId="1A768B59"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فراهم</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w:t>
      </w:r>
      <w:r w:rsidRPr="00C15401">
        <w:rPr>
          <w:rFonts w:ascii="Tahoma" w:eastAsia="DejaVu Sans" w:hAnsi="Tahoma" w:cs="Tahoma"/>
        </w:rPr>
        <w:t>سطوح</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هم</w:t>
      </w:r>
      <w:r w:rsidRPr="00C15401">
        <w:rPr>
          <w:rFonts w:ascii="Tahoma" w:eastAsia="DejaVu Sans" w:hAnsi="Tahoma" w:cs="Tahoma"/>
        </w:rPr>
        <w:t>‌</w:t>
      </w:r>
      <w:r w:rsidRPr="00C15401">
        <w:rPr>
          <w:rFonts w:ascii="Tahoma" w:eastAsia="DejaVu Sans" w:hAnsi="Tahoma" w:cs="Tahoma"/>
        </w:rPr>
        <w:t>راستاسازی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هندسه</w:t>
      </w:r>
      <w:r w:rsidRPr="00C15401">
        <w:rPr>
          <w:rFonts w:ascii="Tahoma" w:eastAsia="DejaVu Sans" w:hAnsi="Tahoma" w:cs="Tahoma"/>
        </w:rPr>
        <w:t xml:space="preserve"> </w:t>
      </w:r>
      <w:r w:rsidRPr="00C15401">
        <w:rPr>
          <w:rFonts w:ascii="Tahoma" w:eastAsia="DejaVu Sans" w:hAnsi="Tahoma" w:cs="Tahoma"/>
        </w:rPr>
        <w:t>تکرارپذیر</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مونتاژ</w:t>
      </w:r>
      <w:r w:rsidRPr="00C15401">
        <w:rPr>
          <w:rFonts w:ascii="Tahoma" w:eastAsia="DejaVu Sans" w:hAnsi="Tahoma" w:cs="Tahoma"/>
        </w:rPr>
        <w:t xml:space="preserve"> </w:t>
      </w:r>
      <w:r w:rsidRPr="00C15401">
        <w:rPr>
          <w:rFonts w:ascii="Tahoma" w:eastAsia="DejaVu Sans" w:hAnsi="Tahoma" w:cs="Tahoma"/>
        </w:rPr>
        <w:t>انسانی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رباتیک؛</w:t>
      </w:r>
    </w:p>
    <w:p w14:paraId="50CC94C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پشتیبانی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بازرسی</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جداسازی</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w:t>
      </w:r>
      <w:r w:rsidRPr="00C15401">
        <w:rPr>
          <w:rFonts w:ascii="Tahoma" w:eastAsia="DejaVu Sans" w:hAnsi="Tahoma" w:cs="Tahoma"/>
        </w:rPr>
        <w:t>شده؛</w:t>
      </w:r>
    </w:p>
    <w:p w14:paraId="53752A2E"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حمل</w:t>
      </w:r>
      <w:r w:rsidRPr="00C15401">
        <w:rPr>
          <w:rFonts w:ascii="Tahoma" w:eastAsia="DejaVu Sans" w:hAnsi="Tahoma" w:cs="Tahoma"/>
        </w:rPr>
        <w:t xml:space="preserve"> </w:t>
      </w: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دیجیتال</w:t>
      </w:r>
      <w:r w:rsidRPr="00C15401">
        <w:rPr>
          <w:rFonts w:ascii="Tahoma" w:eastAsia="DejaVu Sans" w:hAnsi="Tahoma" w:cs="Tahoma"/>
        </w:rPr>
        <w:t xml:space="preserve"> </w:t>
      </w:r>
      <w:r w:rsidRPr="00C15401">
        <w:rPr>
          <w:rFonts w:ascii="Tahoma" w:eastAsia="DejaVu Sans" w:hAnsi="Tahoma" w:cs="Tahoma"/>
        </w:rPr>
        <w:t>پایدار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پیوند</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Digital Passport</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تاریخچه</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چرخه</w:t>
      </w:r>
      <w:r w:rsidRPr="00C15401">
        <w:rPr>
          <w:rFonts w:ascii="Tahoma" w:eastAsia="DejaVu Sans" w:hAnsi="Tahoma" w:cs="Tahoma"/>
        </w:rPr>
        <w:t xml:space="preserve"> </w:t>
      </w:r>
      <w:r w:rsidRPr="00C15401">
        <w:rPr>
          <w:rFonts w:ascii="Tahoma" w:eastAsia="DejaVu Sans" w:hAnsi="Tahoma" w:cs="Tahoma"/>
        </w:rPr>
        <w:t>عمر؛</w:t>
      </w:r>
    </w:p>
    <w:p w14:paraId="50DFF8E8"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فراهم</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Interface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ابزار،</w:t>
      </w:r>
      <w:r w:rsidRPr="00C15401">
        <w:rPr>
          <w:rFonts w:ascii="Tahoma" w:eastAsia="DejaVu Sans" w:hAnsi="Tahoma" w:cs="Tahoma"/>
        </w:rPr>
        <w:t xml:space="preserve"> </w:t>
      </w:r>
      <w:r w:rsidRPr="00C15401">
        <w:rPr>
          <w:rFonts w:ascii="Tahoma" w:eastAsia="DejaVu Sans" w:hAnsi="Tahoma" w:cs="Tahoma"/>
        </w:rPr>
        <w:t>ربات،</w:t>
      </w:r>
      <w:r w:rsidRPr="00C15401">
        <w:rPr>
          <w:rFonts w:ascii="Tahoma" w:eastAsia="DejaVu Sans" w:hAnsi="Tahoma" w:cs="Tahoma"/>
        </w:rPr>
        <w:t xml:space="preserve"> </w:t>
      </w:r>
      <w:r w:rsidRPr="00C15401">
        <w:rPr>
          <w:rFonts w:ascii="Tahoma" w:eastAsia="DejaVu Sans" w:hAnsi="Tahoma" w:cs="Tahoma"/>
        </w:rPr>
        <w:t>حسگر،</w:t>
      </w:r>
      <w:r w:rsidRPr="00C15401">
        <w:rPr>
          <w:rFonts w:ascii="Tahoma" w:eastAsia="DejaVu Sans" w:hAnsi="Tahoma" w:cs="Tahoma"/>
        </w:rPr>
        <w:t xml:space="preserve"> </w:t>
      </w:r>
      <w:r w:rsidRPr="00C15401">
        <w:rPr>
          <w:rFonts w:ascii="Tahoma" w:eastAsia="DejaVu Sans" w:hAnsi="Tahoma" w:cs="Tahoma"/>
        </w:rPr>
        <w:t>خدمات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آینده؛</w:t>
      </w:r>
    </w:p>
    <w:p w14:paraId="3B5CC016"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پشتیبانی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الزامات</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پوسته</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خدماتی</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تضعیف</w:t>
      </w:r>
      <w:r w:rsidRPr="00C15401">
        <w:rPr>
          <w:rFonts w:ascii="Tahoma" w:eastAsia="DejaVu Sans" w:hAnsi="Tahoma" w:cs="Tahoma"/>
        </w:rPr>
        <w:t xml:space="preserve"> </w:t>
      </w:r>
      <w:r w:rsidRPr="00C15401">
        <w:rPr>
          <w:rFonts w:ascii="Tahoma" w:eastAsia="DejaVu Sans" w:hAnsi="Tahoma" w:cs="Tahoma"/>
        </w:rPr>
        <w:t>وظیفه</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w:t>
      </w:r>
    </w:p>
    <w:p w14:paraId="7041E3BB"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ساختار</w:t>
      </w:r>
      <w:r w:rsidRPr="00C15401">
        <w:rPr>
          <w:rFonts w:ascii="Tahoma" w:eastAsia="DejaVu Sans" w:hAnsi="Tahoma" w:cs="Tahoma"/>
        </w:rPr>
        <w:t xml:space="preserve"> </w:t>
      </w:r>
      <w:r w:rsidRPr="00C15401">
        <w:rPr>
          <w:rFonts w:ascii="Tahoma" w:eastAsia="DejaVu Sans" w:hAnsi="Tahoma" w:cs="Tahoma"/>
        </w:rPr>
        <w:t>بادوام</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استقلال</w:t>
      </w:r>
      <w:r w:rsidRPr="00C15401">
        <w:rPr>
          <w:rFonts w:ascii="Tahoma" w:eastAsia="DejaVu Sans" w:hAnsi="Tahoma" w:cs="Tahoma"/>
        </w:rPr>
        <w:t xml:space="preserve"> </w:t>
      </w:r>
      <w:r w:rsidRPr="00C15401">
        <w:rPr>
          <w:rFonts w:ascii="Tahoma" w:eastAsia="DejaVu Sans" w:hAnsi="Tahoma" w:cs="Tahoma"/>
        </w:rPr>
        <w:t>ایمنی</w:t>
      </w:r>
    </w:p>
    <w:p w14:paraId="2ACA71AC"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Universal Node </w:t>
      </w:r>
      <w:r w:rsidRPr="00C15401">
        <w:rPr>
          <w:rFonts w:ascii="Tahoma" w:eastAsia="DejaVu Sans" w:hAnsi="Tahoma" w:cs="Tahoma"/>
        </w:rPr>
        <w:t>به</w:t>
      </w:r>
      <w:r w:rsidRPr="00C15401">
        <w:rPr>
          <w:rFonts w:ascii="Tahoma" w:eastAsia="DejaVu Sans" w:hAnsi="Tahoma" w:cs="Tahoma"/>
        </w:rPr>
        <w:t xml:space="preserve"> Structural Layer </w:t>
      </w:r>
      <w:r w:rsidRPr="00C15401">
        <w:rPr>
          <w:rFonts w:ascii="Tahoma" w:eastAsia="DejaVu Sans" w:hAnsi="Tahoma" w:cs="Tahoma"/>
        </w:rPr>
        <w:t>تعلق</w:t>
      </w:r>
      <w:r w:rsidRPr="00C15401">
        <w:rPr>
          <w:rFonts w:ascii="Tahoma" w:eastAsia="DejaVu Sans" w:hAnsi="Tahoma" w:cs="Tahoma"/>
        </w:rPr>
        <w:t xml:space="preserve"> </w:t>
      </w:r>
      <w:r w:rsidRPr="00C15401">
        <w:rPr>
          <w:rFonts w:ascii="Tahoma" w:eastAsia="DejaVu Sans" w:hAnsi="Tahoma" w:cs="Tahoma"/>
        </w:rPr>
        <w:t>دارد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یکی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بلندعمرترین</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فیزیکی</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ایمنی</w:t>
      </w:r>
      <w:r w:rsidRPr="00C15401">
        <w:rPr>
          <w:rFonts w:ascii="Tahoma" w:eastAsia="DejaVu Sans" w:hAnsi="Tahoma" w:cs="Tahoma"/>
        </w:rPr>
        <w:t xml:space="preserve"> </w:t>
      </w:r>
      <w:r w:rsidRPr="00C15401">
        <w:rPr>
          <w:rFonts w:ascii="Tahoma" w:eastAsia="DejaVu Sans" w:hAnsi="Tahoma" w:cs="Tahoma"/>
        </w:rPr>
        <w:t>پایه</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باربری</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NCM</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w:t>
      </w:r>
      <w:r w:rsidRPr="00C15401">
        <w:rPr>
          <w:rFonts w:ascii="Tahoma" w:eastAsia="DejaVu Sans" w:hAnsi="Tahoma" w:cs="Tahoma"/>
        </w:rPr>
        <w:t>شبکه،</w:t>
      </w:r>
      <w:r w:rsidRPr="00C15401">
        <w:rPr>
          <w:rFonts w:ascii="Tahoma" w:eastAsia="DejaVu Sans" w:hAnsi="Tahoma" w:cs="Tahoma"/>
        </w:rPr>
        <w:t xml:space="preserve"> </w:t>
      </w:r>
      <w:r w:rsidRPr="00C15401">
        <w:rPr>
          <w:rFonts w:ascii="Tahoma" w:eastAsia="DejaVu Sans" w:hAnsi="Tahoma" w:cs="Tahoma"/>
        </w:rPr>
        <w:t>نرم</w:t>
      </w:r>
      <w:r w:rsidRPr="00C15401">
        <w:rPr>
          <w:rFonts w:ascii="Tahoma" w:eastAsia="DejaVu Sans" w:hAnsi="Tahoma" w:cs="Tahoma"/>
        </w:rPr>
        <w:t>‌</w:t>
      </w:r>
      <w:r w:rsidRPr="00C15401">
        <w:rPr>
          <w:rFonts w:ascii="Tahoma" w:eastAsia="DejaVu Sans" w:hAnsi="Tahoma" w:cs="Tahoma"/>
        </w:rPr>
        <w:t>افزار،</w:t>
      </w:r>
      <w:r w:rsidRPr="00C15401">
        <w:rPr>
          <w:rFonts w:ascii="Tahoma" w:eastAsia="DejaVu Sans" w:hAnsi="Tahoma" w:cs="Tahoma"/>
        </w:rPr>
        <w:t xml:space="preserve"> Building BIOS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هوش</w:t>
      </w:r>
      <w:r w:rsidRPr="00C15401">
        <w:rPr>
          <w:rFonts w:ascii="Tahoma" w:eastAsia="DejaVu Sans" w:hAnsi="Tahoma" w:cs="Tahoma"/>
        </w:rPr>
        <w:t xml:space="preserve"> </w:t>
      </w:r>
      <w:r w:rsidRPr="00C15401">
        <w:rPr>
          <w:rFonts w:ascii="Tahoma" w:eastAsia="DejaVu Sans" w:hAnsi="Tahoma" w:cs="Tahoma"/>
        </w:rPr>
        <w:t>مصنوعی</w:t>
      </w:r>
      <w:r w:rsidRPr="00C15401">
        <w:rPr>
          <w:rFonts w:ascii="Tahoma" w:eastAsia="DejaVu Sans" w:hAnsi="Tahoma" w:cs="Tahoma"/>
        </w:rPr>
        <w:t xml:space="preserve"> </w:t>
      </w:r>
      <w:r w:rsidRPr="00C15401">
        <w:rPr>
          <w:rFonts w:ascii="Tahoma" w:eastAsia="DejaVu Sans" w:hAnsi="Tahoma" w:cs="Tahoma"/>
        </w:rPr>
        <w:t>وابسته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خرابی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خارج</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NCM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بار</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Node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مختل</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3377AD53" w14:textId="77777777" w:rsidR="005D7765" w:rsidRPr="00C15401" w:rsidRDefault="0093767E" w:rsidP="00C15401">
      <w:pPr>
        <w:bidi/>
        <w:jc w:val="both"/>
        <w:rPr>
          <w:rFonts w:ascii="Tahoma" w:hAnsi="Tahoma" w:cs="Tahoma"/>
        </w:rPr>
      </w:pPr>
      <w:r w:rsidRPr="00C15401">
        <w:rPr>
          <w:rFonts w:ascii="Tahoma" w:eastAsia="DejaVu Sans" w:hAnsi="Tahoma" w:cs="Tahoma"/>
        </w:rPr>
        <w:t>فلسفه</w:t>
      </w:r>
      <w:r w:rsidRPr="00C15401">
        <w:rPr>
          <w:rFonts w:ascii="Tahoma" w:eastAsia="DejaVu Sans" w:hAnsi="Tahoma" w:cs="Tahoma"/>
        </w:rPr>
        <w:t xml:space="preserve"> </w:t>
      </w:r>
      <w:r w:rsidRPr="00C15401">
        <w:rPr>
          <w:rFonts w:ascii="Tahoma" w:eastAsia="DejaVu Sans" w:hAnsi="Tahoma" w:cs="Tahoma"/>
        </w:rPr>
        <w:t>شکست</w:t>
      </w:r>
      <w:r w:rsidRPr="00C15401">
        <w:rPr>
          <w:rFonts w:ascii="Tahoma" w:eastAsia="DejaVu Sans" w:hAnsi="Tahoma" w:cs="Tahoma"/>
        </w:rPr>
        <w:t xml:space="preserve"> </w:t>
      </w:r>
      <w:r w:rsidRPr="00C15401">
        <w:rPr>
          <w:rFonts w:ascii="Tahoma" w:eastAsia="DejaVu Sans" w:hAnsi="Tahoma" w:cs="Tahoma"/>
        </w:rPr>
        <w:t>مورد</w:t>
      </w:r>
      <w:r w:rsidRPr="00C15401">
        <w:rPr>
          <w:rFonts w:ascii="Tahoma" w:eastAsia="DejaVu Sans" w:hAnsi="Tahoma" w:cs="Tahoma"/>
        </w:rPr>
        <w:t xml:space="preserve"> </w:t>
      </w:r>
      <w:r w:rsidRPr="00C15401">
        <w:rPr>
          <w:rFonts w:ascii="Tahoma" w:eastAsia="DejaVu Sans" w:hAnsi="Tahoma" w:cs="Tahoma"/>
        </w:rPr>
        <w:t>توافق</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Node </w:t>
      </w:r>
      <w:r w:rsidRPr="00C15401">
        <w:rPr>
          <w:rFonts w:ascii="Tahoma" w:eastAsia="DejaVu Sans" w:hAnsi="Tahoma" w:cs="Tahoma"/>
        </w:rPr>
        <w:t>آخرین</w:t>
      </w:r>
      <w:r w:rsidRPr="00C15401">
        <w:rPr>
          <w:rFonts w:ascii="Tahoma" w:eastAsia="DejaVu Sans" w:hAnsi="Tahoma" w:cs="Tahoma"/>
        </w:rPr>
        <w:t xml:space="preserve"> </w:t>
      </w:r>
      <w:r w:rsidRPr="00C15401">
        <w:rPr>
          <w:rFonts w:ascii="Tahoma" w:eastAsia="DejaVu Sans" w:hAnsi="Tahoma" w:cs="Tahoma"/>
        </w:rPr>
        <w:t>جزء</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زنجیره</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حد</w:t>
      </w:r>
      <w:r w:rsidRPr="00C15401">
        <w:rPr>
          <w:rFonts w:ascii="Tahoma" w:eastAsia="DejaVu Sans" w:hAnsi="Tahoma" w:cs="Tahoma"/>
        </w:rPr>
        <w:t xml:space="preserve"> </w:t>
      </w:r>
      <w:r w:rsidRPr="00C15401">
        <w:rPr>
          <w:rFonts w:ascii="Tahoma" w:eastAsia="DejaVu Sans" w:hAnsi="Tahoma" w:cs="Tahoma"/>
        </w:rPr>
        <w:t>خرابی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رسد؛</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مانند</w:t>
      </w:r>
      <w:r w:rsidRPr="00C15401">
        <w:rPr>
          <w:rFonts w:ascii="Tahoma" w:eastAsia="DejaVu Sans" w:hAnsi="Tahoma" w:cs="Tahoma"/>
        </w:rPr>
        <w:t xml:space="preserve"> Structural Cartridge </w:t>
      </w:r>
      <w:r w:rsidRPr="00C15401">
        <w:rPr>
          <w:rFonts w:ascii="Tahoma" w:eastAsia="DejaVu Sans" w:hAnsi="Tahoma" w:cs="Tahoma"/>
        </w:rPr>
        <w:t>یا</w:t>
      </w:r>
      <w:r w:rsidRPr="00C15401">
        <w:rPr>
          <w:rFonts w:ascii="Tahoma" w:eastAsia="DejaVu Sans" w:hAnsi="Tahoma" w:cs="Tahoma"/>
        </w:rPr>
        <w:t xml:space="preserve"> Engineering Link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نیاز</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پیش</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آسیب</w:t>
      </w:r>
      <w:r w:rsidRPr="00C15401">
        <w:rPr>
          <w:rFonts w:ascii="Tahoma" w:eastAsia="DejaVu Sans" w:hAnsi="Tahoma" w:cs="Tahoma"/>
        </w:rPr>
        <w:t xml:space="preserve"> </w:t>
      </w:r>
      <w:r w:rsidRPr="00C15401">
        <w:rPr>
          <w:rFonts w:ascii="Tahoma" w:eastAsia="DejaVu Sans" w:hAnsi="Tahoma" w:cs="Tahoma"/>
        </w:rPr>
        <w:t>جبران</w:t>
      </w:r>
      <w:r w:rsidRPr="00C15401">
        <w:rPr>
          <w:rFonts w:ascii="Tahoma" w:eastAsia="DejaVu Sans" w:hAnsi="Tahoma" w:cs="Tahoma"/>
        </w:rPr>
        <w:t>‌</w:t>
      </w:r>
      <w:r w:rsidRPr="00C15401">
        <w:rPr>
          <w:rFonts w:ascii="Tahoma" w:eastAsia="DejaVu Sans" w:hAnsi="Tahoma" w:cs="Tahoma"/>
        </w:rPr>
        <w:t>ناپذیر</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Node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عضو</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وارد</w:t>
      </w:r>
      <w:r w:rsidRPr="00C15401">
        <w:rPr>
          <w:rFonts w:ascii="Tahoma" w:eastAsia="DejaVu Sans" w:hAnsi="Tahoma" w:cs="Tahoma"/>
        </w:rPr>
        <w:t xml:space="preserve"> </w:t>
      </w:r>
      <w:r w:rsidRPr="00C15401">
        <w:rPr>
          <w:rFonts w:ascii="Tahoma" w:eastAsia="DejaVu Sans" w:hAnsi="Tahoma" w:cs="Tahoma"/>
        </w:rPr>
        <w:t>حالت</w:t>
      </w:r>
      <w:r w:rsidRPr="00C15401">
        <w:rPr>
          <w:rFonts w:ascii="Tahoma" w:eastAsia="DejaVu Sans" w:hAnsi="Tahoma" w:cs="Tahoma"/>
        </w:rPr>
        <w:t xml:space="preserve"> </w:t>
      </w:r>
      <w:r w:rsidRPr="00C15401">
        <w:rPr>
          <w:rFonts w:ascii="Tahoma" w:eastAsia="DejaVu Sans" w:hAnsi="Tahoma" w:cs="Tahoma"/>
        </w:rPr>
        <w:t>تسلیم</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خرابی</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هدف</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ترتیب</w:t>
      </w:r>
      <w:r w:rsidRPr="00C15401">
        <w:rPr>
          <w:rFonts w:ascii="Tahoma" w:eastAsia="DejaVu Sans" w:hAnsi="Tahoma" w:cs="Tahoma"/>
        </w:rPr>
        <w:t xml:space="preserve"> </w:t>
      </w:r>
      <w:r w:rsidRPr="00C15401">
        <w:rPr>
          <w:rFonts w:ascii="Tahoma" w:eastAsia="DejaVu Sans" w:hAnsi="Tahoma" w:cs="Tahoma"/>
        </w:rPr>
        <w:t>واقعی</w:t>
      </w:r>
      <w:r w:rsidRPr="00C15401">
        <w:rPr>
          <w:rFonts w:ascii="Tahoma" w:eastAsia="DejaVu Sans" w:hAnsi="Tahoma" w:cs="Tahoma"/>
        </w:rPr>
        <w:t xml:space="preserve"> </w:t>
      </w:r>
      <w:r w:rsidRPr="00C15401">
        <w:rPr>
          <w:rFonts w:ascii="Tahoma" w:eastAsia="DejaVu Sans" w:hAnsi="Tahoma" w:cs="Tahoma"/>
        </w:rPr>
        <w:t>شکست</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w:t>
      </w:r>
      <w:r w:rsidRPr="00C15401">
        <w:rPr>
          <w:rFonts w:ascii="Tahoma" w:eastAsia="DejaVu Sans" w:hAnsi="Tahoma" w:cs="Tahoma"/>
        </w:rPr>
        <w:t>سیستم</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محاسبه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آزمون</w:t>
      </w:r>
      <w:r w:rsidRPr="00C15401">
        <w:rPr>
          <w:rFonts w:ascii="Tahoma" w:eastAsia="DejaVu Sans" w:hAnsi="Tahoma" w:cs="Tahoma"/>
        </w:rPr>
        <w:t xml:space="preserve"> </w:t>
      </w:r>
      <w:r w:rsidRPr="00C15401">
        <w:rPr>
          <w:rFonts w:ascii="Tahoma" w:eastAsia="DejaVu Sans" w:hAnsi="Tahoma" w:cs="Tahoma"/>
        </w:rPr>
        <w:t>تأیید</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w:t>
      </w:r>
    </w:p>
    <w:p w14:paraId="11411AD4" w14:textId="77777777" w:rsidR="005D7765" w:rsidRPr="00C15401" w:rsidRDefault="0093767E" w:rsidP="00C15401">
      <w:pPr>
        <w:keepLines/>
        <w:shd w:val="clear" w:color="auto" w:fill="F4F6F9"/>
        <w:bidi/>
        <w:spacing w:before="80" w:after="160"/>
        <w:ind w:left="144" w:right="144"/>
        <w:jc w:val="both"/>
        <w:rPr>
          <w:rFonts w:ascii="Tahoma" w:hAnsi="Tahoma" w:cs="Tahoma"/>
        </w:rPr>
      </w:pPr>
      <w:r w:rsidRPr="00C15401">
        <w:rPr>
          <w:rFonts w:ascii="Tahoma" w:eastAsia="DejaVu Sans" w:hAnsi="Tahoma" w:cs="Tahoma"/>
          <w:b/>
          <w:color w:val="1F4D78"/>
        </w:rPr>
        <w:t>مسیر</w:t>
      </w:r>
      <w:r w:rsidRPr="00C15401">
        <w:rPr>
          <w:rFonts w:ascii="Tahoma" w:eastAsia="DejaVu Sans" w:hAnsi="Tahoma" w:cs="Tahoma"/>
          <w:b/>
          <w:color w:val="1F4D78"/>
        </w:rPr>
        <w:t xml:space="preserve"> </w:t>
      </w:r>
      <w:r w:rsidRPr="00C15401">
        <w:rPr>
          <w:rFonts w:ascii="Tahoma" w:eastAsia="DejaVu Sans" w:hAnsi="Tahoma" w:cs="Tahoma"/>
          <w:b/>
          <w:color w:val="1F4D78"/>
        </w:rPr>
        <w:t>بار</w:t>
      </w:r>
      <w:r w:rsidRPr="00C15401">
        <w:rPr>
          <w:rFonts w:ascii="Tahoma" w:eastAsia="DejaVu Sans" w:hAnsi="Tahoma" w:cs="Tahoma"/>
          <w:b/>
          <w:color w:val="1F4D78"/>
        </w:rPr>
        <w:t xml:space="preserve"> </w:t>
      </w:r>
      <w:r w:rsidRPr="00C15401">
        <w:rPr>
          <w:rFonts w:ascii="Tahoma" w:eastAsia="DejaVu Sans" w:hAnsi="Tahoma" w:cs="Tahoma"/>
          <w:b/>
          <w:color w:val="1F4D78"/>
        </w:rPr>
        <w:t>مفهومی</w:t>
      </w:r>
      <w:r w:rsidRPr="00C15401">
        <w:rPr>
          <w:rFonts w:ascii="Tahoma" w:eastAsia="DejaVu Sans" w:hAnsi="Tahoma" w:cs="Tahoma"/>
          <w:b/>
          <w:color w:val="1F4D78"/>
        </w:rPr>
        <w:t xml:space="preserve">: </w:t>
      </w:r>
      <w:r w:rsidRPr="00C15401">
        <w:rPr>
          <w:rFonts w:ascii="Tahoma" w:eastAsia="DejaVu Sans" w:hAnsi="Tahoma" w:cs="Tahoma"/>
        </w:rPr>
        <w:t>Member → Structural Cartridge / Engineering Link → Universal Node → Structural Cartridge / Engineering Link → Member</w:t>
      </w:r>
    </w:p>
    <w:p w14:paraId="09AEEA0C"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 xml:space="preserve">Capability Bay </w:t>
      </w:r>
      <w:r w:rsidRPr="00C15401">
        <w:rPr>
          <w:rFonts w:ascii="Tahoma" w:eastAsia="DejaVu Sans" w:hAnsi="Tahoma" w:cs="Tahoma"/>
        </w:rPr>
        <w:t>و</w:t>
      </w:r>
      <w:r w:rsidRPr="00C15401">
        <w:rPr>
          <w:rFonts w:ascii="Tahoma" w:eastAsia="DejaVu Sans" w:hAnsi="Tahoma" w:cs="Tahoma"/>
        </w:rPr>
        <w:t xml:space="preserve"> Functional/Service Zone</w:t>
      </w:r>
    </w:p>
    <w:p w14:paraId="16557639" w14:textId="77777777" w:rsidR="005D7765" w:rsidRPr="00C15401" w:rsidRDefault="0093767E" w:rsidP="00C15401">
      <w:pPr>
        <w:bidi/>
        <w:jc w:val="both"/>
        <w:rPr>
          <w:rFonts w:ascii="Tahoma" w:hAnsi="Tahoma" w:cs="Tahoma"/>
        </w:rPr>
      </w:pPr>
      <w:r w:rsidRPr="00C15401">
        <w:rPr>
          <w:rFonts w:ascii="Tahoma" w:eastAsia="DejaVu Sans" w:hAnsi="Tahoma" w:cs="Tahoma"/>
        </w:rPr>
        <w:t>هر</w:t>
      </w:r>
      <w:r w:rsidRPr="00C15401">
        <w:rPr>
          <w:rFonts w:ascii="Tahoma" w:eastAsia="DejaVu Sans" w:hAnsi="Tahoma" w:cs="Tahoma"/>
        </w:rPr>
        <w:t xml:space="preserve"> Universal Node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Capability Bay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دریافت</w:t>
      </w:r>
      <w:r w:rsidRPr="00C15401">
        <w:rPr>
          <w:rFonts w:ascii="Tahoma" w:eastAsia="DejaVu Sans" w:hAnsi="Tahoma" w:cs="Tahoma"/>
        </w:rPr>
        <w:t xml:space="preserve"> NCM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Bay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Functional/Service Zone </w:t>
      </w:r>
      <w:r w:rsidRPr="00C15401">
        <w:rPr>
          <w:rFonts w:ascii="Tahoma" w:eastAsia="DejaVu Sans" w:hAnsi="Tahoma" w:cs="Tahoma"/>
        </w:rPr>
        <w:t>مشخص</w:t>
      </w:r>
      <w:r w:rsidRPr="00C15401">
        <w:rPr>
          <w:rFonts w:ascii="Tahoma" w:eastAsia="DejaVu Sans" w:hAnsi="Tahoma" w:cs="Tahoma"/>
        </w:rPr>
        <w:t xml:space="preserve"> </w:t>
      </w:r>
      <w:r w:rsidRPr="00C15401">
        <w:rPr>
          <w:rFonts w:ascii="Tahoma" w:eastAsia="DejaVu Sans" w:hAnsi="Tahoma" w:cs="Tahoma"/>
        </w:rPr>
        <w:t>قرار</w:t>
      </w:r>
      <w:r w:rsidRPr="00C15401">
        <w:rPr>
          <w:rFonts w:ascii="Tahoma" w:eastAsia="DejaVu Sans" w:hAnsi="Tahoma" w:cs="Tahoma"/>
        </w:rPr>
        <w:t xml:space="preserve"> </w:t>
      </w:r>
      <w:r w:rsidRPr="00C15401">
        <w:rPr>
          <w:rFonts w:ascii="Tahoma" w:eastAsia="DejaVu Sans" w:hAnsi="Tahoma" w:cs="Tahoma"/>
        </w:rPr>
        <w:t>گیرد</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انتقال</w:t>
      </w:r>
      <w:r w:rsidRPr="00C15401">
        <w:rPr>
          <w:rFonts w:ascii="Tahoma" w:eastAsia="DejaVu Sans" w:hAnsi="Tahoma" w:cs="Tahoma"/>
        </w:rPr>
        <w:t xml:space="preserve"> </w:t>
      </w:r>
      <w:r w:rsidRPr="00C15401">
        <w:rPr>
          <w:rFonts w:ascii="Tahoma" w:eastAsia="DejaVu Sans" w:hAnsi="Tahoma" w:cs="Tahoma"/>
        </w:rPr>
        <w:t>بار،</w:t>
      </w:r>
      <w:r w:rsidRPr="00C15401">
        <w:rPr>
          <w:rFonts w:ascii="Tahoma" w:eastAsia="DejaVu Sans" w:hAnsi="Tahoma" w:cs="Tahoma"/>
        </w:rPr>
        <w:t xml:space="preserve"> </w:t>
      </w:r>
      <w:r w:rsidRPr="00C15401">
        <w:rPr>
          <w:rFonts w:ascii="Tahoma" w:eastAsia="DejaVu Sans" w:hAnsi="Tahoma" w:cs="Tahoma"/>
        </w:rPr>
        <w:t>سطوح</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محدوده</w:t>
      </w:r>
      <w:r w:rsidRPr="00C15401">
        <w:rPr>
          <w:rFonts w:ascii="Tahoma" w:eastAsia="DejaVu Sans" w:hAnsi="Tahoma" w:cs="Tahoma"/>
        </w:rPr>
        <w:t xml:space="preserve"> </w:t>
      </w:r>
      <w:r w:rsidRPr="00C15401">
        <w:rPr>
          <w:rFonts w:ascii="Tahoma" w:eastAsia="DejaVu Sans" w:hAnsi="Tahoma" w:cs="Tahoma"/>
        </w:rPr>
        <w:t>حرکت</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چرخش</w:t>
      </w:r>
      <w:r w:rsidRPr="00C15401">
        <w:rPr>
          <w:rFonts w:ascii="Tahoma" w:eastAsia="DejaVu Sans" w:hAnsi="Tahoma" w:cs="Tahoma"/>
        </w:rPr>
        <w:t xml:space="preserve"> Engineering Link</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زاویه</w:t>
      </w:r>
      <w:r w:rsidRPr="00C15401">
        <w:rPr>
          <w:rFonts w:ascii="Tahoma" w:eastAsia="DejaVu Sans" w:hAnsi="Tahoma" w:cs="Tahoma"/>
        </w:rPr>
        <w:t>‌</w:t>
      </w:r>
      <w:r w:rsidRPr="00C15401">
        <w:rPr>
          <w:rFonts w:ascii="Tahoma" w:eastAsia="DejaVu Sans" w:hAnsi="Tahoma" w:cs="Tahoma"/>
        </w:rPr>
        <w:t>دار</w:t>
      </w:r>
      <w:r w:rsidRPr="00C15401">
        <w:rPr>
          <w:rFonts w:ascii="Tahoma" w:eastAsia="DejaVu Sans" w:hAnsi="Tahoma" w:cs="Tahoma"/>
        </w:rPr>
        <w:t xml:space="preserve"> </w:t>
      </w:r>
      <w:r w:rsidRPr="00C15401">
        <w:rPr>
          <w:rFonts w:ascii="Tahoma" w:eastAsia="DejaVu Sans" w:hAnsi="Tahoma" w:cs="Tahoma"/>
        </w:rPr>
        <w:t>جدا</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67A53475" w14:textId="77777777" w:rsidR="005D7765" w:rsidRPr="00C15401" w:rsidRDefault="0093767E" w:rsidP="00C15401">
      <w:pPr>
        <w:bidi/>
        <w:jc w:val="both"/>
        <w:rPr>
          <w:rFonts w:ascii="Tahoma" w:hAnsi="Tahoma" w:cs="Tahoma"/>
        </w:rPr>
      </w:pPr>
      <w:r w:rsidRPr="00C15401">
        <w:rPr>
          <w:rFonts w:ascii="Tahoma" w:eastAsia="DejaVu Sans" w:hAnsi="Tahoma" w:cs="Tahoma"/>
        </w:rPr>
        <w:t>قرارگیری</w:t>
      </w:r>
      <w:r w:rsidRPr="00C15401">
        <w:rPr>
          <w:rFonts w:ascii="Tahoma" w:eastAsia="DejaVu Sans" w:hAnsi="Tahoma" w:cs="Tahoma"/>
        </w:rPr>
        <w:t xml:space="preserve"> NCM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یکی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سطوح</w:t>
      </w:r>
      <w:r w:rsidRPr="00C15401">
        <w:rPr>
          <w:rFonts w:ascii="Tahoma" w:eastAsia="DejaVu Sans" w:hAnsi="Tahoma" w:cs="Tahoma"/>
        </w:rPr>
        <w:t xml:space="preserve"> </w:t>
      </w:r>
      <w:r w:rsidRPr="00C15401">
        <w:rPr>
          <w:rFonts w:ascii="Tahoma" w:eastAsia="DejaVu Sans" w:hAnsi="Tahoma" w:cs="Tahoma"/>
        </w:rPr>
        <w:t>ضروری</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طور</w:t>
      </w:r>
      <w:r w:rsidRPr="00C15401">
        <w:rPr>
          <w:rFonts w:ascii="Tahoma" w:eastAsia="DejaVu Sans" w:hAnsi="Tahoma" w:cs="Tahoma"/>
        </w:rPr>
        <w:t xml:space="preserve"> </w:t>
      </w:r>
      <w:r w:rsidRPr="00C15401">
        <w:rPr>
          <w:rFonts w:ascii="Tahoma" w:eastAsia="DejaVu Sans" w:hAnsi="Tahoma" w:cs="Tahoma"/>
        </w:rPr>
        <w:t>دائمی</w:t>
      </w:r>
      <w:r w:rsidRPr="00C15401">
        <w:rPr>
          <w:rFonts w:ascii="Tahoma" w:eastAsia="DejaVu Sans" w:hAnsi="Tahoma" w:cs="Tahoma"/>
        </w:rPr>
        <w:t xml:space="preserve"> </w:t>
      </w:r>
      <w:r w:rsidRPr="00C15401">
        <w:rPr>
          <w:rFonts w:ascii="Tahoma" w:eastAsia="DejaVu Sans" w:hAnsi="Tahoma" w:cs="Tahoma"/>
        </w:rPr>
        <w:t>مسدود</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ظرفیت،</w:t>
      </w:r>
      <w:r w:rsidRPr="00C15401">
        <w:rPr>
          <w:rFonts w:ascii="Tahoma" w:eastAsia="DejaVu Sans" w:hAnsi="Tahoma" w:cs="Tahoma"/>
        </w:rPr>
        <w:t xml:space="preserve"> </w:t>
      </w:r>
      <w:r w:rsidRPr="00C15401">
        <w:rPr>
          <w:rFonts w:ascii="Tahoma" w:eastAsia="DejaVu Sans" w:hAnsi="Tahoma" w:cs="Tahoma"/>
        </w:rPr>
        <w:t>سختی،</w:t>
      </w:r>
      <w:r w:rsidRPr="00C15401">
        <w:rPr>
          <w:rFonts w:ascii="Tahoma" w:eastAsia="DejaVu Sans" w:hAnsi="Tahoma" w:cs="Tahoma"/>
        </w:rPr>
        <w:t xml:space="preserve"> </w:t>
      </w:r>
      <w:r w:rsidRPr="00C15401">
        <w:rPr>
          <w:rFonts w:ascii="Tahoma" w:eastAsia="DejaVu Sans" w:hAnsi="Tahoma" w:cs="Tahoma"/>
        </w:rPr>
        <w:t>مقاومت</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بازرسی</w:t>
      </w:r>
      <w:r w:rsidRPr="00C15401">
        <w:rPr>
          <w:rFonts w:ascii="Tahoma" w:eastAsia="DejaVu Sans" w:hAnsi="Tahoma" w:cs="Tahoma"/>
        </w:rPr>
        <w:t xml:space="preserve"> Node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ارزیابی</w:t>
      </w:r>
      <w:r w:rsidRPr="00C15401">
        <w:rPr>
          <w:rFonts w:ascii="Tahoma" w:eastAsia="DejaVu Sans" w:hAnsi="Tahoma" w:cs="Tahoma"/>
        </w:rPr>
        <w:t xml:space="preserve"> </w:t>
      </w:r>
      <w:r w:rsidRPr="00C15401">
        <w:rPr>
          <w:rFonts w:ascii="Tahoma" w:eastAsia="DejaVu Sans" w:hAnsi="Tahoma" w:cs="Tahoma"/>
        </w:rPr>
        <w:t>مهندسی</w:t>
      </w:r>
      <w:r w:rsidRPr="00C15401">
        <w:rPr>
          <w:rFonts w:ascii="Tahoma" w:eastAsia="DejaVu Sans" w:hAnsi="Tahoma" w:cs="Tahoma"/>
        </w:rPr>
        <w:t xml:space="preserve"> </w:t>
      </w:r>
      <w:r w:rsidRPr="00C15401">
        <w:rPr>
          <w:rFonts w:ascii="Tahoma" w:eastAsia="DejaVu Sans" w:hAnsi="Tahoma" w:cs="Tahoma"/>
        </w:rPr>
        <w:t>کاهش</w:t>
      </w:r>
      <w:r w:rsidRPr="00C15401">
        <w:rPr>
          <w:rFonts w:ascii="Tahoma" w:eastAsia="DejaVu Sans" w:hAnsi="Tahoma" w:cs="Tahoma"/>
        </w:rPr>
        <w:t xml:space="preserve"> </w:t>
      </w:r>
      <w:r w:rsidRPr="00C15401">
        <w:rPr>
          <w:rFonts w:ascii="Tahoma" w:eastAsia="DejaVu Sans" w:hAnsi="Tahoma" w:cs="Tahoma"/>
        </w:rPr>
        <w:t>دهد</w:t>
      </w:r>
      <w:r w:rsidRPr="00C15401">
        <w:rPr>
          <w:rFonts w:ascii="Tahoma" w:eastAsia="DejaVu Sans" w:hAnsi="Tahoma" w:cs="Tahoma"/>
        </w:rPr>
        <w:t>. Node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NCM </w:t>
      </w:r>
      <w:r w:rsidRPr="00C15401">
        <w:rPr>
          <w:rFonts w:ascii="Tahoma" w:eastAsia="DejaVu Sans" w:hAnsi="Tahoma" w:cs="Tahoma"/>
        </w:rPr>
        <w:t>نیز</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Bay </w:t>
      </w:r>
      <w:r w:rsidRPr="00C15401">
        <w:rPr>
          <w:rFonts w:ascii="Tahoma" w:eastAsia="DejaVu Sans" w:hAnsi="Tahoma" w:cs="Tahoma"/>
        </w:rPr>
        <w:t>آماده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پوشش</w:t>
      </w:r>
      <w:r w:rsidRPr="00C15401">
        <w:rPr>
          <w:rFonts w:ascii="Tahoma" w:eastAsia="DejaVu Sans" w:hAnsi="Tahoma" w:cs="Tahoma"/>
        </w:rPr>
        <w:t xml:space="preserve"> </w:t>
      </w:r>
      <w:r w:rsidRPr="00C15401">
        <w:rPr>
          <w:rFonts w:ascii="Tahoma" w:eastAsia="DejaVu Sans" w:hAnsi="Tahoma" w:cs="Tahoma"/>
        </w:rPr>
        <w:t>محافظ</w:t>
      </w:r>
      <w:r w:rsidRPr="00C15401">
        <w:rPr>
          <w:rFonts w:ascii="Tahoma" w:eastAsia="DejaVu Sans" w:hAnsi="Tahoma" w:cs="Tahoma"/>
        </w:rPr>
        <w:t xml:space="preserve">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باشند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سال</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بعد</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جدید</w:t>
      </w:r>
      <w:r w:rsidRPr="00C15401">
        <w:rPr>
          <w:rFonts w:ascii="Tahoma" w:eastAsia="DejaVu Sans" w:hAnsi="Tahoma" w:cs="Tahoma"/>
        </w:rPr>
        <w:t xml:space="preserve"> </w:t>
      </w:r>
      <w:r w:rsidRPr="00C15401">
        <w:rPr>
          <w:rFonts w:ascii="Tahoma" w:eastAsia="DejaVu Sans" w:hAnsi="Tahoma" w:cs="Tahoma"/>
        </w:rPr>
        <w:t>دریافت</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w:t>
      </w:r>
    </w:p>
    <w:p w14:paraId="47DA5ED8"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Node </w:t>
      </w:r>
      <w:r w:rsidRPr="00C15401">
        <w:rPr>
          <w:rFonts w:ascii="Tahoma" w:eastAsia="DejaVu Sans" w:hAnsi="Tahoma" w:cs="Tahoma"/>
        </w:rPr>
        <w:t>همچنین</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بتواند</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کوتاه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محافظت</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انتقال</w:t>
      </w:r>
      <w:r w:rsidRPr="00C15401">
        <w:rPr>
          <w:rFonts w:ascii="Tahoma" w:eastAsia="DejaVu Sans" w:hAnsi="Tahoma" w:cs="Tahoma"/>
        </w:rPr>
        <w:t xml:space="preserve"> </w:t>
      </w:r>
      <w:r w:rsidRPr="00C15401">
        <w:rPr>
          <w:rFonts w:ascii="Tahoma" w:eastAsia="DejaVu Sans" w:hAnsi="Tahoma" w:cs="Tahoma"/>
        </w:rPr>
        <w:t>اطلاعات</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نقاط</w:t>
      </w:r>
      <w:r w:rsidRPr="00C15401">
        <w:rPr>
          <w:rFonts w:ascii="Tahoma" w:eastAsia="DejaVu Sans" w:hAnsi="Tahoma" w:cs="Tahoma"/>
        </w:rPr>
        <w:t xml:space="preserve"> </w:t>
      </w:r>
      <w:r w:rsidRPr="00C15401">
        <w:rPr>
          <w:rFonts w:ascii="Tahoma" w:eastAsia="DejaVu Sans" w:hAnsi="Tahoma" w:cs="Tahoma"/>
        </w:rPr>
        <w:t>دورتر</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NCM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مثال</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Cartridge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طریق</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مدار</w:t>
      </w:r>
      <w:r w:rsidRPr="00C15401">
        <w:rPr>
          <w:rFonts w:ascii="Tahoma" w:eastAsia="DejaVu Sans" w:hAnsi="Tahoma" w:cs="Tahoma"/>
        </w:rPr>
        <w:t xml:space="preserve"> </w:t>
      </w:r>
      <w:r w:rsidRPr="00C15401">
        <w:rPr>
          <w:rFonts w:ascii="Tahoma" w:eastAsia="DejaVu Sans" w:hAnsi="Tahoma" w:cs="Tahoma"/>
        </w:rPr>
        <w:t>پیوستگی</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سیم</w:t>
      </w:r>
      <w:r w:rsidRPr="00C15401">
        <w:rPr>
          <w:rFonts w:ascii="Tahoma" w:eastAsia="DejaVu Sans" w:hAnsi="Tahoma" w:cs="Tahoma"/>
        </w:rPr>
        <w:t xml:space="preserve"> </w:t>
      </w:r>
      <w:r w:rsidRPr="00C15401">
        <w:rPr>
          <w:rFonts w:ascii="Tahoma" w:eastAsia="DejaVu Sans" w:hAnsi="Tahoma" w:cs="Tahoma"/>
        </w:rPr>
        <w:t>مقاوم</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NCM </w:t>
      </w:r>
      <w:r w:rsidRPr="00C15401">
        <w:rPr>
          <w:rFonts w:ascii="Tahoma" w:eastAsia="DejaVu Sans" w:hAnsi="Tahoma" w:cs="Tahoma"/>
        </w:rPr>
        <w:t>گزارش</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w:t>
      </w:r>
    </w:p>
    <w:p w14:paraId="1F75655A"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lastRenderedPageBreak/>
        <w:t>Node Capability Module (NCM)</w:t>
      </w:r>
    </w:p>
    <w:p w14:paraId="75BE0236"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تعریف</w:t>
      </w:r>
    </w:p>
    <w:p w14:paraId="1567CDA0"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NCM </w:t>
      </w:r>
      <w:r w:rsidRPr="00C15401">
        <w:rPr>
          <w:rFonts w:ascii="Tahoma" w:eastAsia="DejaVu Sans" w:hAnsi="Tahoma" w:cs="Tahoma"/>
        </w:rPr>
        <w:t>یا</w:t>
      </w:r>
      <w:r w:rsidRPr="00C15401">
        <w:rPr>
          <w:rFonts w:ascii="Tahoma" w:eastAsia="DejaVu Sans" w:hAnsi="Tahoma" w:cs="Tahoma"/>
        </w:rPr>
        <w:t xml:space="preserve"> Node Capability Module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مستقل،</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شناسایی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Capability Bay </w:t>
      </w:r>
      <w:r w:rsidRPr="00C15401">
        <w:rPr>
          <w:rFonts w:ascii="Tahoma" w:eastAsia="DejaVu Sans" w:hAnsi="Tahoma" w:cs="Tahoma"/>
        </w:rPr>
        <w:t>استاندارد</w:t>
      </w:r>
      <w:r w:rsidRPr="00C15401">
        <w:rPr>
          <w:rFonts w:ascii="Tahoma" w:eastAsia="DejaVu Sans" w:hAnsi="Tahoma" w:cs="Tahoma"/>
        </w:rPr>
        <w:t xml:space="preserve"> Node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ارتباطی،</w:t>
      </w:r>
      <w:r w:rsidRPr="00C15401">
        <w:rPr>
          <w:rFonts w:ascii="Tahoma" w:eastAsia="DejaVu Sans" w:hAnsi="Tahoma" w:cs="Tahoma"/>
        </w:rPr>
        <w:t xml:space="preserve"> </w:t>
      </w:r>
      <w:r w:rsidRPr="00C15401">
        <w:rPr>
          <w:rFonts w:ascii="Tahoma" w:eastAsia="DejaVu Sans" w:hAnsi="Tahoma" w:cs="Tahoma"/>
        </w:rPr>
        <w:t>پردازشی،</w:t>
      </w:r>
      <w:r w:rsidRPr="00C15401">
        <w:rPr>
          <w:rFonts w:ascii="Tahoma" w:eastAsia="DejaVu Sans" w:hAnsi="Tahoma" w:cs="Tahoma"/>
        </w:rPr>
        <w:t xml:space="preserve"> </w:t>
      </w:r>
      <w:r w:rsidRPr="00C15401">
        <w:rPr>
          <w:rFonts w:ascii="Tahoma" w:eastAsia="DejaVu Sans" w:hAnsi="Tahoma" w:cs="Tahoma"/>
        </w:rPr>
        <w:t>کنترلی،</w:t>
      </w:r>
      <w:r w:rsidRPr="00C15401">
        <w:rPr>
          <w:rFonts w:ascii="Tahoma" w:eastAsia="DejaVu Sans" w:hAnsi="Tahoma" w:cs="Tahoma"/>
        </w:rPr>
        <w:t xml:space="preserve"> </w:t>
      </w:r>
      <w:r w:rsidRPr="00C15401">
        <w:rPr>
          <w:rFonts w:ascii="Tahoma" w:eastAsia="DejaVu Sans" w:hAnsi="Tahoma" w:cs="Tahoma"/>
        </w:rPr>
        <w:t>خدماتی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عملگری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Node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کل</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اضافه</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کند</w:t>
      </w:r>
      <w:r w:rsidRPr="00C15401">
        <w:rPr>
          <w:rFonts w:ascii="Tahoma" w:eastAsia="DejaVu Sans" w:hAnsi="Tahoma" w:cs="Tahoma"/>
        </w:rPr>
        <w:t>.</w:t>
      </w:r>
    </w:p>
    <w:p w14:paraId="4A483E47" w14:textId="77777777" w:rsidR="005D7765" w:rsidRPr="00C15401" w:rsidRDefault="0093767E" w:rsidP="00C15401">
      <w:pPr>
        <w:bidi/>
        <w:jc w:val="both"/>
        <w:rPr>
          <w:rFonts w:ascii="Tahoma" w:hAnsi="Tahoma" w:cs="Tahoma"/>
        </w:rPr>
      </w:pPr>
      <w:r w:rsidRPr="00C15401">
        <w:rPr>
          <w:rFonts w:ascii="Tahoma" w:eastAsia="DejaVu Sans" w:hAnsi="Tahoma" w:cs="Tahoma"/>
        </w:rPr>
        <w:t>فرمول</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چنین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Universal Node</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Capability Bay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خانواده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باز</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همان</w:t>
      </w:r>
      <w:r w:rsidRPr="00C15401">
        <w:rPr>
          <w:rFonts w:ascii="Tahoma" w:eastAsia="DejaVu Sans" w:hAnsi="Tahoma" w:cs="Tahoma"/>
        </w:rPr>
        <w:t xml:space="preserve"> Node </w:t>
      </w:r>
      <w:r w:rsidRPr="00C15401">
        <w:rPr>
          <w:rFonts w:ascii="Tahoma" w:eastAsia="DejaVu Sans" w:hAnsi="Tahoma" w:cs="Tahoma"/>
        </w:rPr>
        <w:t>خام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هنگام</w:t>
      </w:r>
      <w:r w:rsidRPr="00C15401">
        <w:rPr>
          <w:rFonts w:ascii="Tahoma" w:eastAsia="DejaVu Sans" w:hAnsi="Tahoma" w:cs="Tahoma"/>
        </w:rPr>
        <w:t xml:space="preserve"> </w:t>
      </w:r>
      <w:r w:rsidRPr="00C15401">
        <w:rPr>
          <w:rFonts w:ascii="Tahoma" w:eastAsia="DejaVu Sans" w:hAnsi="Tahoma" w:cs="Tahoma"/>
        </w:rPr>
        <w:t>ساخت</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سال</w:t>
      </w:r>
      <w:r w:rsidRPr="00C15401">
        <w:rPr>
          <w:rFonts w:ascii="Tahoma" w:eastAsia="DejaVu Sans" w:hAnsi="Tahoma" w:cs="Tahoma"/>
        </w:rPr>
        <w:t xml:space="preserve"> </w:t>
      </w:r>
      <w:r w:rsidRPr="00C15401">
        <w:rPr>
          <w:rFonts w:ascii="Tahoma" w:eastAsia="DejaVu Sans" w:hAnsi="Tahoma" w:cs="Tahoma"/>
        </w:rPr>
        <w:t>بعد،</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NCM </w:t>
      </w:r>
      <w:r w:rsidRPr="00C15401">
        <w:rPr>
          <w:rFonts w:ascii="Tahoma" w:eastAsia="DejaVu Sans" w:hAnsi="Tahoma" w:cs="Tahoma"/>
        </w:rPr>
        <w:t>مناسب</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Node </w:t>
      </w:r>
      <w:r w:rsidRPr="00C15401">
        <w:rPr>
          <w:rFonts w:ascii="Tahoma" w:eastAsia="DejaVu Sans" w:hAnsi="Tahoma" w:cs="Tahoma"/>
        </w:rPr>
        <w:t>محیطی،</w:t>
      </w:r>
      <w:r w:rsidRPr="00C15401">
        <w:rPr>
          <w:rFonts w:ascii="Tahoma" w:eastAsia="DejaVu Sans" w:hAnsi="Tahoma" w:cs="Tahoma"/>
        </w:rPr>
        <w:t xml:space="preserve"> </w:t>
      </w:r>
      <w:r w:rsidRPr="00C15401">
        <w:rPr>
          <w:rFonts w:ascii="Tahoma" w:eastAsia="DejaVu Sans" w:hAnsi="Tahoma" w:cs="Tahoma"/>
        </w:rPr>
        <w:t>امنیتی،</w:t>
      </w:r>
      <w:r w:rsidRPr="00C15401">
        <w:rPr>
          <w:rFonts w:ascii="Tahoma" w:eastAsia="DejaVu Sans" w:hAnsi="Tahoma" w:cs="Tahoma"/>
        </w:rPr>
        <w:t xml:space="preserve"> </w:t>
      </w:r>
      <w:r w:rsidRPr="00C15401">
        <w:rPr>
          <w:rFonts w:ascii="Tahoma" w:eastAsia="DejaVu Sans" w:hAnsi="Tahoma" w:cs="Tahoma"/>
        </w:rPr>
        <w:t>ارتباطی،</w:t>
      </w:r>
      <w:r w:rsidRPr="00C15401">
        <w:rPr>
          <w:rFonts w:ascii="Tahoma" w:eastAsia="DejaVu Sans" w:hAnsi="Tahoma" w:cs="Tahoma"/>
        </w:rPr>
        <w:t xml:space="preserve"> </w:t>
      </w:r>
      <w:r w:rsidRPr="00C15401">
        <w:rPr>
          <w:rFonts w:ascii="Tahoma" w:eastAsia="DejaVu Sans" w:hAnsi="Tahoma" w:cs="Tahoma"/>
        </w:rPr>
        <w:t>مراقبتی،</w:t>
      </w:r>
      <w:r w:rsidRPr="00C15401">
        <w:rPr>
          <w:rFonts w:ascii="Tahoma" w:eastAsia="DejaVu Sans" w:hAnsi="Tahoma" w:cs="Tahoma"/>
        </w:rPr>
        <w:t xml:space="preserve"> </w:t>
      </w:r>
      <w:r w:rsidRPr="00C15401">
        <w:rPr>
          <w:rFonts w:ascii="Tahoma" w:eastAsia="DejaVu Sans" w:hAnsi="Tahoma" w:cs="Tahoma"/>
        </w:rPr>
        <w:t>آتش</w:t>
      </w:r>
      <w:r w:rsidRPr="00C15401">
        <w:rPr>
          <w:rFonts w:ascii="Tahoma" w:eastAsia="DejaVu Sans" w:hAnsi="Tahoma" w:cs="Tahoma"/>
        </w:rPr>
        <w:t>‌</w:t>
      </w:r>
      <w:r w:rsidRPr="00C15401">
        <w:rPr>
          <w:rFonts w:ascii="Tahoma" w:eastAsia="DejaVu Sans" w:hAnsi="Tahoma" w:cs="Tahoma"/>
        </w:rPr>
        <w:t>نشانی،</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w:t>
      </w:r>
      <w:r w:rsidRPr="00C15401">
        <w:rPr>
          <w:rFonts w:ascii="Tahoma" w:eastAsia="DejaVu Sans" w:hAnsi="Tahoma" w:cs="Tahoma"/>
        </w:rPr>
        <w:t>ـ</w:t>
      </w:r>
      <w:r w:rsidRPr="00C15401">
        <w:rPr>
          <w:rFonts w:ascii="Tahoma" w:eastAsia="DejaVu Sans" w:hAnsi="Tahoma" w:cs="Tahoma"/>
        </w:rPr>
        <w:t>‌</w:t>
      </w:r>
      <w:r w:rsidRPr="00C15401">
        <w:rPr>
          <w:rFonts w:ascii="Tahoma" w:eastAsia="DejaVu Sans" w:hAnsi="Tahoma" w:cs="Tahoma"/>
        </w:rPr>
        <w:t>تصویری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پردازشی</w:t>
      </w:r>
      <w:r w:rsidRPr="00C15401">
        <w:rPr>
          <w:rFonts w:ascii="Tahoma" w:eastAsia="DejaVu Sans" w:hAnsi="Tahoma" w:cs="Tahoma"/>
        </w:rPr>
        <w:t xml:space="preserve"> </w:t>
      </w:r>
      <w:r w:rsidRPr="00C15401">
        <w:rPr>
          <w:rFonts w:ascii="Tahoma" w:eastAsia="DejaVu Sans" w:hAnsi="Tahoma" w:cs="Tahoma"/>
        </w:rPr>
        <w:t>تبدیل</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w:t>
      </w:r>
    </w:p>
    <w:p w14:paraId="508A0AC0"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اصل</w:t>
      </w:r>
      <w:r w:rsidRPr="00C15401">
        <w:rPr>
          <w:rFonts w:ascii="Tahoma" w:eastAsia="DejaVu Sans" w:hAnsi="Tahoma" w:cs="Tahoma"/>
        </w:rPr>
        <w:t xml:space="preserve"> </w:t>
      </w:r>
      <w:r w:rsidRPr="00C15401">
        <w:rPr>
          <w:rFonts w:ascii="Tahoma" w:eastAsia="DejaVu Sans" w:hAnsi="Tahoma" w:cs="Tahoma"/>
        </w:rPr>
        <w:t>حداکثر</w:t>
      </w:r>
      <w:r w:rsidRPr="00C15401">
        <w:rPr>
          <w:rFonts w:ascii="Tahoma" w:eastAsia="DejaVu Sans" w:hAnsi="Tahoma" w:cs="Tahoma"/>
        </w:rPr>
        <w:t xml:space="preserve"> </w:t>
      </w:r>
      <w:r w:rsidRPr="00C15401">
        <w:rPr>
          <w:rFonts w:ascii="Tahoma" w:eastAsia="DejaVu Sans" w:hAnsi="Tahoma" w:cs="Tahoma"/>
        </w:rPr>
        <w:t>تمرکز</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فعال</w:t>
      </w:r>
    </w:p>
    <w:p w14:paraId="5ACB433C" w14:textId="77777777" w:rsidR="005D7765" w:rsidRPr="00C15401" w:rsidRDefault="0093767E" w:rsidP="00C15401">
      <w:pPr>
        <w:bidi/>
        <w:jc w:val="both"/>
        <w:rPr>
          <w:rFonts w:ascii="Tahoma" w:hAnsi="Tahoma" w:cs="Tahoma"/>
        </w:rPr>
      </w:pPr>
      <w:r w:rsidRPr="00C15401">
        <w:rPr>
          <w:rFonts w:ascii="Tahoma" w:eastAsia="DejaVu Sans" w:hAnsi="Tahoma" w:cs="Tahoma"/>
        </w:rPr>
        <w:t>تمام</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فعال،</w:t>
      </w:r>
      <w:r w:rsidRPr="00C15401">
        <w:rPr>
          <w:rFonts w:ascii="Tahoma" w:eastAsia="DejaVu Sans" w:hAnsi="Tahoma" w:cs="Tahoma"/>
        </w:rPr>
        <w:t xml:space="preserve"> </w:t>
      </w:r>
      <w:r w:rsidRPr="00C15401">
        <w:rPr>
          <w:rFonts w:ascii="Tahoma" w:eastAsia="DejaVu Sans" w:hAnsi="Tahoma" w:cs="Tahoma"/>
        </w:rPr>
        <w:t>حساس،</w:t>
      </w:r>
      <w:r w:rsidRPr="00C15401">
        <w:rPr>
          <w:rFonts w:ascii="Tahoma" w:eastAsia="DejaVu Sans" w:hAnsi="Tahoma" w:cs="Tahoma"/>
        </w:rPr>
        <w:t xml:space="preserve"> </w:t>
      </w:r>
      <w:r w:rsidRPr="00C15401">
        <w:rPr>
          <w:rFonts w:ascii="Tahoma" w:eastAsia="DejaVu Sans" w:hAnsi="Tahoma" w:cs="Tahoma"/>
        </w:rPr>
        <w:t>کوتاه</w:t>
      </w:r>
      <w:r w:rsidRPr="00C15401">
        <w:rPr>
          <w:rFonts w:ascii="Tahoma" w:eastAsia="DejaVu Sans" w:hAnsi="Tahoma" w:cs="Tahoma"/>
        </w:rPr>
        <w:t>‌</w:t>
      </w:r>
      <w:r w:rsidRPr="00C15401">
        <w:rPr>
          <w:rFonts w:ascii="Tahoma" w:eastAsia="DejaVu Sans" w:hAnsi="Tahoma" w:cs="Tahoma"/>
        </w:rPr>
        <w:t>عمر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فناوری</w:t>
      </w:r>
      <w:r w:rsidRPr="00C15401">
        <w:rPr>
          <w:rFonts w:ascii="Tahoma" w:eastAsia="DejaVu Sans" w:hAnsi="Tahoma" w:cs="Tahoma"/>
        </w:rPr>
        <w:t>‌</w:t>
      </w:r>
      <w:r w:rsidRPr="00C15401">
        <w:rPr>
          <w:rFonts w:ascii="Tahoma" w:eastAsia="DejaVu Sans" w:hAnsi="Tahoma" w:cs="Tahoma"/>
        </w:rPr>
        <w:t>پذیر</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بیشترین</w:t>
      </w:r>
      <w:r w:rsidRPr="00C15401">
        <w:rPr>
          <w:rFonts w:ascii="Tahoma" w:eastAsia="DejaVu Sans" w:hAnsi="Tahoma" w:cs="Tahoma"/>
        </w:rPr>
        <w:t xml:space="preserve"> </w:t>
      </w:r>
      <w:r w:rsidRPr="00C15401">
        <w:rPr>
          <w:rFonts w:ascii="Tahoma" w:eastAsia="DejaVu Sans" w:hAnsi="Tahoma" w:cs="Tahoma"/>
        </w:rPr>
        <w:t>حد</w:t>
      </w:r>
      <w:r w:rsidRPr="00C15401">
        <w:rPr>
          <w:rFonts w:ascii="Tahoma" w:eastAsia="DejaVu Sans" w:hAnsi="Tahoma" w:cs="Tahoma"/>
        </w:rPr>
        <w:t xml:space="preserve"> </w:t>
      </w:r>
      <w:r w:rsidRPr="00C15401">
        <w:rPr>
          <w:rFonts w:ascii="Tahoma" w:eastAsia="DejaVu Sans" w:hAnsi="Tahoma" w:cs="Tahoma"/>
        </w:rPr>
        <w:t>فنی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اقتصادی</w:t>
      </w:r>
      <w:r w:rsidRPr="00C15401">
        <w:rPr>
          <w:rFonts w:ascii="Tahoma" w:eastAsia="DejaVu Sans" w:hAnsi="Tahoma" w:cs="Tahoma"/>
        </w:rPr>
        <w:t xml:space="preserve"> </w:t>
      </w:r>
      <w:r w:rsidRPr="00C15401">
        <w:rPr>
          <w:rFonts w:ascii="Tahoma" w:eastAsia="DejaVu Sans" w:hAnsi="Tahoma" w:cs="Tahoma"/>
        </w:rPr>
        <w:t>ممکن</w:t>
      </w:r>
      <w:r w:rsidRPr="00C15401">
        <w:rPr>
          <w:rFonts w:ascii="Tahoma" w:eastAsia="DejaVu Sans" w:hAnsi="Tahoma" w:cs="Tahoma"/>
        </w:rPr>
        <w:t xml:space="preserve"> </w:t>
      </w:r>
      <w:r w:rsidRPr="00C15401">
        <w:rPr>
          <w:rFonts w:ascii="Tahoma" w:eastAsia="DejaVu Sans" w:hAnsi="Tahoma" w:cs="Tahoma"/>
        </w:rPr>
        <w:t>درون</w:t>
      </w:r>
      <w:r w:rsidRPr="00C15401">
        <w:rPr>
          <w:rFonts w:ascii="Tahoma" w:eastAsia="DejaVu Sans" w:hAnsi="Tahoma" w:cs="Tahoma"/>
        </w:rPr>
        <w:t xml:space="preserve"> NCM </w:t>
      </w:r>
      <w:r w:rsidRPr="00C15401">
        <w:rPr>
          <w:rFonts w:ascii="Tahoma" w:eastAsia="DejaVu Sans" w:hAnsi="Tahoma" w:cs="Tahoma"/>
        </w:rPr>
        <w:t>متمرکز</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اجزا</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پردازنده،</w:t>
      </w:r>
      <w:r w:rsidRPr="00C15401">
        <w:rPr>
          <w:rFonts w:ascii="Tahoma" w:eastAsia="DejaVu Sans" w:hAnsi="Tahoma" w:cs="Tahoma"/>
        </w:rPr>
        <w:t xml:space="preserve"> </w:t>
      </w:r>
      <w:r w:rsidRPr="00C15401">
        <w:rPr>
          <w:rFonts w:ascii="Tahoma" w:eastAsia="DejaVu Sans" w:hAnsi="Tahoma" w:cs="Tahoma"/>
        </w:rPr>
        <w:t>حافظه،</w:t>
      </w:r>
      <w:r w:rsidRPr="00C15401">
        <w:rPr>
          <w:rFonts w:ascii="Tahoma" w:eastAsia="DejaVu Sans" w:hAnsi="Tahoma" w:cs="Tahoma"/>
        </w:rPr>
        <w:t xml:space="preserve"> </w:t>
      </w:r>
      <w:r w:rsidRPr="00C15401">
        <w:rPr>
          <w:rFonts w:ascii="Tahoma" w:eastAsia="DejaVu Sans" w:hAnsi="Tahoma" w:cs="Tahoma"/>
        </w:rPr>
        <w:t>تجهیزات</w:t>
      </w:r>
      <w:r w:rsidRPr="00C15401">
        <w:rPr>
          <w:rFonts w:ascii="Tahoma" w:eastAsia="DejaVu Sans" w:hAnsi="Tahoma" w:cs="Tahoma"/>
        </w:rPr>
        <w:t xml:space="preserve"> </w:t>
      </w:r>
      <w:r w:rsidRPr="00C15401">
        <w:rPr>
          <w:rFonts w:ascii="Tahoma" w:eastAsia="DejaVu Sans" w:hAnsi="Tahoma" w:cs="Tahoma"/>
        </w:rPr>
        <w:t>شبکه،</w:t>
      </w:r>
      <w:r w:rsidRPr="00C15401">
        <w:rPr>
          <w:rFonts w:ascii="Tahoma" w:eastAsia="DejaVu Sans" w:hAnsi="Tahoma" w:cs="Tahoma"/>
        </w:rPr>
        <w:t xml:space="preserve"> </w:t>
      </w:r>
      <w:r w:rsidRPr="00C15401">
        <w:rPr>
          <w:rFonts w:ascii="Tahoma" w:eastAsia="DejaVu Sans" w:hAnsi="Tahoma" w:cs="Tahoma"/>
        </w:rPr>
        <w:t>دوربین،</w:t>
      </w:r>
      <w:r w:rsidRPr="00C15401">
        <w:rPr>
          <w:rFonts w:ascii="Tahoma" w:eastAsia="DejaVu Sans" w:hAnsi="Tahoma" w:cs="Tahoma"/>
        </w:rPr>
        <w:t xml:space="preserve"> </w:t>
      </w:r>
      <w:r w:rsidRPr="00C15401">
        <w:rPr>
          <w:rFonts w:ascii="Tahoma" w:eastAsia="DejaVu Sans" w:hAnsi="Tahoma" w:cs="Tahoma"/>
        </w:rPr>
        <w:t>میکروفن،</w:t>
      </w:r>
      <w:r w:rsidRPr="00C15401">
        <w:rPr>
          <w:rFonts w:ascii="Tahoma" w:eastAsia="DejaVu Sans" w:hAnsi="Tahoma" w:cs="Tahoma"/>
        </w:rPr>
        <w:t xml:space="preserve"> </w:t>
      </w:r>
      <w:r w:rsidRPr="00C15401">
        <w:rPr>
          <w:rFonts w:ascii="Tahoma" w:eastAsia="DejaVu Sans" w:hAnsi="Tahoma" w:cs="Tahoma"/>
        </w:rPr>
        <w:t>بلندگو،</w:t>
      </w:r>
      <w:r w:rsidRPr="00C15401">
        <w:rPr>
          <w:rFonts w:ascii="Tahoma" w:eastAsia="DejaVu Sans" w:hAnsi="Tahoma" w:cs="Tahoma"/>
        </w:rPr>
        <w:t xml:space="preserve"> </w:t>
      </w:r>
      <w:r w:rsidRPr="00C15401">
        <w:rPr>
          <w:rFonts w:ascii="Tahoma" w:eastAsia="DejaVu Sans" w:hAnsi="Tahoma" w:cs="Tahoma"/>
        </w:rPr>
        <w:t>حسگرهای</w:t>
      </w:r>
      <w:r w:rsidRPr="00C15401">
        <w:rPr>
          <w:rFonts w:ascii="Tahoma" w:eastAsia="DejaVu Sans" w:hAnsi="Tahoma" w:cs="Tahoma"/>
        </w:rPr>
        <w:t xml:space="preserve"> </w:t>
      </w:r>
      <w:r w:rsidRPr="00C15401">
        <w:rPr>
          <w:rFonts w:ascii="Tahoma" w:eastAsia="DejaVu Sans" w:hAnsi="Tahoma" w:cs="Tahoma"/>
        </w:rPr>
        <w:t>محیطی،</w:t>
      </w:r>
      <w:r w:rsidRPr="00C15401">
        <w:rPr>
          <w:rFonts w:ascii="Tahoma" w:eastAsia="DejaVu Sans" w:hAnsi="Tahoma" w:cs="Tahoma"/>
        </w:rPr>
        <w:t xml:space="preserve"> </w:t>
      </w:r>
      <w:r w:rsidRPr="00C15401">
        <w:rPr>
          <w:rFonts w:ascii="Tahoma" w:eastAsia="DejaVu Sans" w:hAnsi="Tahoma" w:cs="Tahoma"/>
        </w:rPr>
        <w:t>باتری،</w:t>
      </w:r>
      <w:r w:rsidRPr="00C15401">
        <w:rPr>
          <w:rFonts w:ascii="Tahoma" w:eastAsia="DejaVu Sans" w:hAnsi="Tahoma" w:cs="Tahoma"/>
        </w:rPr>
        <w:t xml:space="preserve"> </w:t>
      </w:r>
      <w:r w:rsidRPr="00C15401">
        <w:rPr>
          <w:rFonts w:ascii="Tahoma" w:eastAsia="DejaVu Sans" w:hAnsi="Tahoma" w:cs="Tahoma"/>
        </w:rPr>
        <w:t>مدیریت</w:t>
      </w:r>
      <w:r w:rsidRPr="00C15401">
        <w:rPr>
          <w:rFonts w:ascii="Tahoma" w:eastAsia="DejaVu Sans" w:hAnsi="Tahoma" w:cs="Tahoma"/>
        </w:rPr>
        <w:t xml:space="preserve"> </w:t>
      </w:r>
      <w:r w:rsidRPr="00C15401">
        <w:rPr>
          <w:rFonts w:ascii="Tahoma" w:eastAsia="DejaVu Sans" w:hAnsi="Tahoma" w:cs="Tahoma"/>
        </w:rPr>
        <w:t>انرژی،</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w:t>
      </w:r>
      <w:r w:rsidRPr="00C15401">
        <w:rPr>
          <w:rFonts w:ascii="Tahoma" w:eastAsia="DejaVu Sans" w:hAnsi="Tahoma" w:cs="Tahoma"/>
        </w:rPr>
        <w:t>کننده،</w:t>
      </w:r>
      <w:r w:rsidRPr="00C15401">
        <w:rPr>
          <w:rFonts w:ascii="Tahoma" w:eastAsia="DejaVu Sans" w:hAnsi="Tahoma" w:cs="Tahoma"/>
        </w:rPr>
        <w:t xml:space="preserve"> </w:t>
      </w:r>
      <w:r w:rsidRPr="00C15401">
        <w:rPr>
          <w:rFonts w:ascii="Tahoma" w:eastAsia="DejaVu Sans" w:hAnsi="Tahoma" w:cs="Tahoma"/>
        </w:rPr>
        <w:t>محرک،</w:t>
      </w:r>
      <w:r w:rsidRPr="00C15401">
        <w:rPr>
          <w:rFonts w:ascii="Tahoma" w:eastAsia="DejaVu Sans" w:hAnsi="Tahoma" w:cs="Tahoma"/>
        </w:rPr>
        <w:t xml:space="preserve"> </w:t>
      </w:r>
      <w:r w:rsidRPr="00C15401">
        <w:rPr>
          <w:rFonts w:ascii="Tahoma" w:eastAsia="DejaVu Sans" w:hAnsi="Tahoma" w:cs="Tahoma"/>
        </w:rPr>
        <w:t>شیر،</w:t>
      </w:r>
      <w:r w:rsidRPr="00C15401">
        <w:rPr>
          <w:rFonts w:ascii="Tahoma" w:eastAsia="DejaVu Sans" w:hAnsi="Tahoma" w:cs="Tahoma"/>
        </w:rPr>
        <w:t xml:space="preserve"> </w:t>
      </w:r>
      <w:r w:rsidRPr="00C15401">
        <w:rPr>
          <w:rFonts w:ascii="Tahoma" w:eastAsia="DejaVu Sans" w:hAnsi="Tahoma" w:cs="Tahoma"/>
        </w:rPr>
        <w:t>چراغ</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تجهیزات</w:t>
      </w:r>
      <w:r w:rsidRPr="00C15401">
        <w:rPr>
          <w:rFonts w:ascii="Tahoma" w:eastAsia="DejaVu Sans" w:hAnsi="Tahoma" w:cs="Tahoma"/>
        </w:rPr>
        <w:t xml:space="preserve"> </w:t>
      </w:r>
      <w:r w:rsidRPr="00C15401">
        <w:rPr>
          <w:rFonts w:ascii="Tahoma" w:eastAsia="DejaVu Sans" w:hAnsi="Tahoma" w:cs="Tahoma"/>
        </w:rPr>
        <w:t>اطفا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مدارهای</w:t>
      </w:r>
      <w:r w:rsidRPr="00C15401">
        <w:rPr>
          <w:rFonts w:ascii="Tahoma" w:eastAsia="DejaVu Sans" w:hAnsi="Tahoma" w:cs="Tahoma"/>
        </w:rPr>
        <w:t xml:space="preserve"> </w:t>
      </w:r>
      <w:r w:rsidRPr="00C15401">
        <w:rPr>
          <w:rFonts w:ascii="Tahoma" w:eastAsia="DejaVu Sans" w:hAnsi="Tahoma" w:cs="Tahoma"/>
        </w:rPr>
        <w:t>دریافت</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شامل</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w:t>
      </w:r>
    </w:p>
    <w:p w14:paraId="42DF4CAF" w14:textId="77777777" w:rsidR="005D7765" w:rsidRPr="00C15401" w:rsidRDefault="0093767E" w:rsidP="00C15401">
      <w:pPr>
        <w:bidi/>
        <w:jc w:val="both"/>
        <w:rPr>
          <w:rFonts w:ascii="Tahoma" w:hAnsi="Tahoma" w:cs="Tahoma"/>
        </w:rPr>
      </w:pPr>
      <w:r w:rsidRPr="00C15401">
        <w:rPr>
          <w:rFonts w:ascii="Tahoma" w:eastAsia="DejaVu Sans" w:hAnsi="Tahoma" w:cs="Tahoma"/>
        </w:rPr>
        <w:t>هدف</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تمرکز،</w:t>
      </w:r>
      <w:r w:rsidRPr="00C15401">
        <w:rPr>
          <w:rFonts w:ascii="Tahoma" w:eastAsia="DejaVu Sans" w:hAnsi="Tahoma" w:cs="Tahoma"/>
        </w:rPr>
        <w:t xml:space="preserve"> </w:t>
      </w:r>
      <w:r w:rsidRPr="00C15401">
        <w:rPr>
          <w:rFonts w:ascii="Tahoma" w:eastAsia="DejaVu Sans" w:hAnsi="Tahoma" w:cs="Tahoma"/>
        </w:rPr>
        <w:t>محافظت</w:t>
      </w:r>
      <w:r w:rsidRPr="00C15401">
        <w:rPr>
          <w:rFonts w:ascii="Tahoma" w:eastAsia="DejaVu Sans" w:hAnsi="Tahoma" w:cs="Tahoma"/>
        </w:rPr>
        <w:t xml:space="preserve"> </w:t>
      </w:r>
      <w:r w:rsidRPr="00C15401">
        <w:rPr>
          <w:rFonts w:ascii="Tahoma" w:eastAsia="DejaVu Sans" w:hAnsi="Tahoma" w:cs="Tahoma"/>
        </w:rPr>
        <w:t>بهتر،</w:t>
      </w:r>
      <w:r w:rsidRPr="00C15401">
        <w:rPr>
          <w:rFonts w:ascii="Tahoma" w:eastAsia="DejaVu Sans" w:hAnsi="Tahoma" w:cs="Tahoma"/>
        </w:rPr>
        <w:t xml:space="preserve"> </w:t>
      </w:r>
      <w:r w:rsidRPr="00C15401">
        <w:rPr>
          <w:rFonts w:ascii="Tahoma" w:eastAsia="DejaVu Sans" w:hAnsi="Tahoma" w:cs="Tahoma"/>
        </w:rPr>
        <w:t>کاهش</w:t>
      </w:r>
      <w:r w:rsidRPr="00C15401">
        <w:rPr>
          <w:rFonts w:ascii="Tahoma" w:eastAsia="DejaVu Sans" w:hAnsi="Tahoma" w:cs="Tahoma"/>
        </w:rPr>
        <w:t xml:space="preserve"> </w:t>
      </w:r>
      <w:r w:rsidRPr="00C15401">
        <w:rPr>
          <w:rFonts w:ascii="Tahoma" w:eastAsia="DejaVu Sans" w:hAnsi="Tahoma" w:cs="Tahoma"/>
        </w:rPr>
        <w:t>سیم</w:t>
      </w:r>
      <w:r w:rsidRPr="00C15401">
        <w:rPr>
          <w:rFonts w:ascii="Tahoma" w:eastAsia="DejaVu Sans" w:hAnsi="Tahoma" w:cs="Tahoma"/>
        </w:rPr>
        <w:t>‌</w:t>
      </w:r>
      <w:r w:rsidRPr="00C15401">
        <w:rPr>
          <w:rFonts w:ascii="Tahoma" w:eastAsia="DejaVu Sans" w:hAnsi="Tahoma" w:cs="Tahoma"/>
        </w:rPr>
        <w:t>کشی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الکترونیک</w:t>
      </w:r>
      <w:r w:rsidRPr="00C15401">
        <w:rPr>
          <w:rFonts w:ascii="Tahoma" w:eastAsia="DejaVu Sans" w:hAnsi="Tahoma" w:cs="Tahoma"/>
        </w:rPr>
        <w:t xml:space="preserve"> </w:t>
      </w:r>
      <w:r w:rsidRPr="00C15401">
        <w:rPr>
          <w:rFonts w:ascii="Tahoma" w:eastAsia="DejaVu Sans" w:hAnsi="Tahoma" w:cs="Tahoma"/>
        </w:rPr>
        <w:t>پراکنده،</w:t>
      </w:r>
      <w:r w:rsidRPr="00C15401">
        <w:rPr>
          <w:rFonts w:ascii="Tahoma" w:eastAsia="DejaVu Sans" w:hAnsi="Tahoma" w:cs="Tahoma"/>
        </w:rPr>
        <w:t xml:space="preserve"> </w:t>
      </w:r>
      <w:r w:rsidRPr="00C15401">
        <w:rPr>
          <w:rFonts w:ascii="Tahoma" w:eastAsia="DejaVu Sans" w:hAnsi="Tahoma" w:cs="Tahoma"/>
        </w:rPr>
        <w:t>ایجاد</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w:t>
      </w:r>
      <w:r w:rsidRPr="00C15401">
        <w:rPr>
          <w:rFonts w:ascii="Tahoma" w:eastAsia="DejaVu Sans" w:hAnsi="Tahoma" w:cs="Tahoma"/>
        </w:rPr>
        <w:t>تر،</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w:t>
      </w:r>
      <w:r w:rsidRPr="00C15401">
        <w:rPr>
          <w:rFonts w:ascii="Tahoma" w:eastAsia="DejaVu Sans" w:hAnsi="Tahoma" w:cs="Tahoma"/>
        </w:rPr>
        <w:t>ماندن</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w:t>
      </w:r>
      <w:r w:rsidRPr="00C15401">
        <w:rPr>
          <w:rFonts w:ascii="Tahoma" w:eastAsia="DejaVu Sans" w:hAnsi="Tahoma" w:cs="Tahoma"/>
        </w:rPr>
        <w:t>شدن</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کامل</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تخریب</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قرارگرفتن</w:t>
      </w:r>
      <w:r w:rsidRPr="00C15401">
        <w:rPr>
          <w:rFonts w:ascii="Tahoma" w:eastAsia="DejaVu Sans" w:hAnsi="Tahoma" w:cs="Tahoma"/>
        </w:rPr>
        <w:t xml:space="preserve"> </w:t>
      </w:r>
      <w:r w:rsidRPr="00C15401">
        <w:rPr>
          <w:rFonts w:ascii="Tahoma" w:eastAsia="DejaVu Sans" w:hAnsi="Tahoma" w:cs="Tahoma"/>
        </w:rPr>
        <w:t>حسگر</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NCM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تنهایی</w:t>
      </w:r>
      <w:r w:rsidRPr="00C15401">
        <w:rPr>
          <w:rFonts w:ascii="Tahoma" w:eastAsia="DejaVu Sans" w:hAnsi="Tahoma" w:cs="Tahoma"/>
        </w:rPr>
        <w:t xml:space="preserve"> </w:t>
      </w:r>
      <w:r w:rsidRPr="00C15401">
        <w:rPr>
          <w:rFonts w:ascii="Tahoma" w:eastAsia="DejaVu Sans" w:hAnsi="Tahoma" w:cs="Tahoma"/>
        </w:rPr>
        <w:t>تضمین</w:t>
      </w:r>
      <w:r w:rsidRPr="00C15401">
        <w:rPr>
          <w:rFonts w:ascii="Tahoma" w:eastAsia="DejaVu Sans" w:hAnsi="Tahoma" w:cs="Tahoma"/>
        </w:rPr>
        <w:t>‌</w:t>
      </w:r>
      <w:r w:rsidRPr="00C15401">
        <w:rPr>
          <w:rFonts w:ascii="Tahoma" w:eastAsia="DejaVu Sans" w:hAnsi="Tahoma" w:cs="Tahoma"/>
        </w:rPr>
        <w:t>کننده</w:t>
      </w:r>
      <w:r w:rsidRPr="00C15401">
        <w:rPr>
          <w:rFonts w:ascii="Tahoma" w:eastAsia="DejaVu Sans" w:hAnsi="Tahoma" w:cs="Tahoma"/>
        </w:rPr>
        <w:t xml:space="preserve"> </w:t>
      </w:r>
      <w:r w:rsidRPr="00C15401">
        <w:rPr>
          <w:rFonts w:ascii="Tahoma" w:eastAsia="DejaVu Sans" w:hAnsi="Tahoma" w:cs="Tahoma"/>
        </w:rPr>
        <w:t>عمر</w:t>
      </w:r>
      <w:r w:rsidRPr="00C15401">
        <w:rPr>
          <w:rFonts w:ascii="Tahoma" w:eastAsia="DejaVu Sans" w:hAnsi="Tahoma" w:cs="Tahoma"/>
        </w:rPr>
        <w:t xml:space="preserve"> </w:t>
      </w:r>
      <w:r w:rsidRPr="00C15401">
        <w:rPr>
          <w:rFonts w:ascii="Tahoma" w:eastAsia="DejaVu Sans" w:hAnsi="Tahoma" w:cs="Tahoma"/>
        </w:rPr>
        <w:t>بیشتر</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افزایش</w:t>
      </w:r>
      <w:r w:rsidRPr="00C15401">
        <w:rPr>
          <w:rFonts w:ascii="Tahoma" w:eastAsia="DejaVu Sans" w:hAnsi="Tahoma" w:cs="Tahoma"/>
        </w:rPr>
        <w:t xml:space="preserve"> </w:t>
      </w:r>
      <w:r w:rsidRPr="00C15401">
        <w:rPr>
          <w:rFonts w:ascii="Tahoma" w:eastAsia="DejaVu Sans" w:hAnsi="Tahoma" w:cs="Tahoma"/>
        </w:rPr>
        <w:t>دوام</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طریق</w:t>
      </w:r>
      <w:r w:rsidRPr="00C15401">
        <w:rPr>
          <w:rFonts w:ascii="Tahoma" w:eastAsia="DejaVu Sans" w:hAnsi="Tahoma" w:cs="Tahoma"/>
        </w:rPr>
        <w:t xml:space="preserve"> </w:t>
      </w:r>
      <w:r w:rsidRPr="00C15401">
        <w:rPr>
          <w:rFonts w:ascii="Tahoma" w:eastAsia="DejaVu Sans" w:hAnsi="Tahoma" w:cs="Tahoma"/>
        </w:rPr>
        <w:t>حفاظت</w:t>
      </w:r>
      <w:r w:rsidRPr="00C15401">
        <w:rPr>
          <w:rFonts w:ascii="Tahoma" w:eastAsia="DejaVu Sans" w:hAnsi="Tahoma" w:cs="Tahoma"/>
        </w:rPr>
        <w:t xml:space="preserve"> </w:t>
      </w:r>
      <w:r w:rsidRPr="00C15401">
        <w:rPr>
          <w:rFonts w:ascii="Tahoma" w:eastAsia="DejaVu Sans" w:hAnsi="Tahoma" w:cs="Tahoma"/>
        </w:rPr>
        <w:t>محیطی،</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حرارت،</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w:t>
      </w:r>
      <w:r w:rsidRPr="00C15401">
        <w:rPr>
          <w:rFonts w:ascii="Tahoma" w:eastAsia="DejaVu Sans" w:hAnsi="Tahoma" w:cs="Tahoma"/>
        </w:rPr>
        <w:t>کاهش</w:t>
      </w:r>
      <w:r w:rsidRPr="00C15401">
        <w:rPr>
          <w:rFonts w:ascii="Tahoma" w:eastAsia="DejaVu Sans" w:hAnsi="Tahoma" w:cs="Tahoma"/>
        </w:rPr>
        <w:t xml:space="preserve"> </w:t>
      </w:r>
      <w:r w:rsidRPr="00C15401">
        <w:rPr>
          <w:rFonts w:ascii="Tahoma" w:eastAsia="DejaVu Sans" w:hAnsi="Tahoma" w:cs="Tahoma"/>
        </w:rPr>
        <w:t>لرزش</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حاصل</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w:t>
      </w:r>
    </w:p>
    <w:p w14:paraId="0B8DA108"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نقاط</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دوردست</w:t>
      </w:r>
    </w:p>
    <w:p w14:paraId="53676002" w14:textId="77777777" w:rsidR="005D7765" w:rsidRPr="00C15401" w:rsidRDefault="0093767E" w:rsidP="00C15401">
      <w:pPr>
        <w:bidi/>
        <w:jc w:val="both"/>
        <w:rPr>
          <w:rFonts w:ascii="Tahoma" w:hAnsi="Tahoma" w:cs="Tahoma"/>
        </w:rPr>
      </w:pPr>
      <w:r w:rsidRPr="00C15401">
        <w:rPr>
          <w:rFonts w:ascii="Tahoma" w:eastAsia="DejaVu Sans" w:hAnsi="Tahoma" w:cs="Tahoma"/>
        </w:rPr>
        <w:t>حسگر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نقطه</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w:t>
      </w:r>
      <w:r w:rsidRPr="00C15401">
        <w:rPr>
          <w:rFonts w:ascii="Tahoma" w:eastAsia="DejaVu Sans" w:hAnsi="Tahoma" w:cs="Tahoma"/>
        </w:rPr>
        <w:t>گیری</w:t>
      </w:r>
      <w:r w:rsidRPr="00C15401">
        <w:rPr>
          <w:rFonts w:ascii="Tahoma" w:eastAsia="DejaVu Sans" w:hAnsi="Tahoma" w:cs="Tahoma"/>
        </w:rPr>
        <w:t xml:space="preserve">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زمانی</w:t>
      </w:r>
      <w:r w:rsidRPr="00C15401">
        <w:rPr>
          <w:rFonts w:ascii="Tahoma" w:eastAsia="DejaVu Sans" w:hAnsi="Tahoma" w:cs="Tahoma"/>
        </w:rPr>
        <w:t xml:space="preserve"> </w:t>
      </w:r>
      <w:r w:rsidRPr="00C15401">
        <w:rPr>
          <w:rFonts w:ascii="Tahoma" w:eastAsia="DejaVu Sans" w:hAnsi="Tahoma" w:cs="Tahoma"/>
        </w:rPr>
        <w:t>خارج</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NCM </w:t>
      </w:r>
      <w:r w:rsidRPr="00C15401">
        <w:rPr>
          <w:rFonts w:ascii="Tahoma" w:eastAsia="DejaVu Sans" w:hAnsi="Tahoma" w:cs="Tahoma"/>
        </w:rPr>
        <w:t>قرار</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گیرد</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پدیده</w:t>
      </w:r>
      <w:r w:rsidRPr="00C15401">
        <w:rPr>
          <w:rFonts w:ascii="Tahoma" w:eastAsia="DejaVu Sans" w:hAnsi="Tahoma" w:cs="Tahoma"/>
        </w:rPr>
        <w:t xml:space="preserve"> </w:t>
      </w:r>
      <w:r w:rsidRPr="00C15401">
        <w:rPr>
          <w:rFonts w:ascii="Tahoma" w:eastAsia="DejaVu Sans" w:hAnsi="Tahoma" w:cs="Tahoma"/>
        </w:rPr>
        <w:t>واقعاً</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محل</w:t>
      </w:r>
      <w:r w:rsidRPr="00C15401">
        <w:rPr>
          <w:rFonts w:ascii="Tahoma" w:eastAsia="DejaVu Sans" w:hAnsi="Tahoma" w:cs="Tahoma"/>
        </w:rPr>
        <w:t xml:space="preserve"> </w:t>
      </w:r>
      <w:r w:rsidRPr="00C15401">
        <w:rPr>
          <w:rFonts w:ascii="Tahoma" w:eastAsia="DejaVu Sans" w:hAnsi="Tahoma" w:cs="Tahoma"/>
        </w:rPr>
        <w:t>دیگری</w:t>
      </w:r>
      <w:r w:rsidRPr="00C15401">
        <w:rPr>
          <w:rFonts w:ascii="Tahoma" w:eastAsia="DejaVu Sans" w:hAnsi="Tahoma" w:cs="Tahoma"/>
        </w:rPr>
        <w:t xml:space="preserve"> </w:t>
      </w:r>
      <w:r w:rsidRPr="00C15401">
        <w:rPr>
          <w:rFonts w:ascii="Tahoma" w:eastAsia="DejaVu Sans" w:hAnsi="Tahoma" w:cs="Tahoma"/>
        </w:rPr>
        <w:t>سنجیده</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مانند</w:t>
      </w:r>
      <w:r w:rsidRPr="00C15401">
        <w:rPr>
          <w:rFonts w:ascii="Tahoma" w:eastAsia="DejaVu Sans" w:hAnsi="Tahoma" w:cs="Tahoma"/>
        </w:rPr>
        <w:t xml:space="preserve"> </w:t>
      </w:r>
      <w:r w:rsidRPr="00C15401">
        <w:rPr>
          <w:rFonts w:ascii="Tahoma" w:eastAsia="DejaVu Sans" w:hAnsi="Tahoma" w:cs="Tahoma"/>
        </w:rPr>
        <w:t>کرنش</w:t>
      </w:r>
      <w:r w:rsidRPr="00C15401">
        <w:rPr>
          <w:rFonts w:ascii="Tahoma" w:eastAsia="DejaVu Sans" w:hAnsi="Tahoma" w:cs="Tahoma"/>
        </w:rPr>
        <w:t xml:space="preserve"> </w:t>
      </w:r>
      <w:r w:rsidRPr="00C15401">
        <w:rPr>
          <w:rFonts w:ascii="Tahoma" w:eastAsia="DejaVu Sans" w:hAnsi="Tahoma" w:cs="Tahoma"/>
        </w:rPr>
        <w:t>عضو</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دمای</w:t>
      </w:r>
      <w:r w:rsidRPr="00C15401">
        <w:rPr>
          <w:rFonts w:ascii="Tahoma" w:eastAsia="DejaVu Sans" w:hAnsi="Tahoma" w:cs="Tahoma"/>
        </w:rPr>
        <w:t xml:space="preserve"> </w:t>
      </w:r>
      <w:r w:rsidRPr="00C15401">
        <w:rPr>
          <w:rFonts w:ascii="Tahoma" w:eastAsia="DejaVu Sans" w:hAnsi="Tahoma" w:cs="Tahoma"/>
        </w:rPr>
        <w:t>موضعی</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نشت</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نقطه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دور،</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Cartridge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شیر</w:t>
      </w:r>
      <w:r w:rsidRPr="00C15401">
        <w:rPr>
          <w:rFonts w:ascii="Tahoma" w:eastAsia="DejaVu Sans" w:hAnsi="Tahoma" w:cs="Tahoma"/>
        </w:rPr>
        <w:t xml:space="preserve"> </w:t>
      </w:r>
      <w:r w:rsidRPr="00C15401">
        <w:rPr>
          <w:rFonts w:ascii="Tahoma" w:eastAsia="DejaVu Sans" w:hAnsi="Tahoma" w:cs="Tahoma"/>
        </w:rPr>
        <w:t>تأسیساتی</w:t>
      </w:r>
      <w:r w:rsidRPr="00C15401">
        <w:rPr>
          <w:rFonts w:ascii="Tahoma" w:eastAsia="DejaVu Sans" w:hAnsi="Tahoma" w:cs="Tahoma"/>
        </w:rPr>
        <w:t>.</w:t>
      </w:r>
    </w:p>
    <w:p w14:paraId="3FDB1E18" w14:textId="77777777" w:rsidR="005D7765" w:rsidRPr="00C15401" w:rsidRDefault="0093767E" w:rsidP="00C15401">
      <w:pPr>
        <w:bidi/>
        <w:jc w:val="both"/>
        <w:rPr>
          <w:rFonts w:ascii="Tahoma" w:hAnsi="Tahoma" w:cs="Tahoma"/>
        </w:rPr>
      </w:pPr>
      <w:r w:rsidRPr="00C15401">
        <w:rPr>
          <w:rFonts w:ascii="Tahoma" w:eastAsia="DejaVu Sans" w:hAnsi="Tahoma" w:cs="Tahoma"/>
        </w:rPr>
        <w:t>حتی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موارد،</w:t>
      </w:r>
      <w:r w:rsidRPr="00C15401">
        <w:rPr>
          <w:rFonts w:ascii="Tahoma" w:eastAsia="DejaVu Sans" w:hAnsi="Tahoma" w:cs="Tahoma"/>
        </w:rPr>
        <w:t xml:space="preserve"> </w:t>
      </w:r>
      <w:r w:rsidRPr="00C15401">
        <w:rPr>
          <w:rFonts w:ascii="Tahoma" w:eastAsia="DejaVu Sans" w:hAnsi="Tahoma" w:cs="Tahoma"/>
        </w:rPr>
        <w:t>جزء</w:t>
      </w:r>
      <w:r w:rsidRPr="00C15401">
        <w:rPr>
          <w:rFonts w:ascii="Tahoma" w:eastAsia="DejaVu Sans" w:hAnsi="Tahoma" w:cs="Tahoma"/>
        </w:rPr>
        <w:t xml:space="preserve"> </w:t>
      </w:r>
      <w:r w:rsidRPr="00C15401">
        <w:rPr>
          <w:rFonts w:ascii="Tahoma" w:eastAsia="DejaVu Sans" w:hAnsi="Tahoma" w:cs="Tahoma"/>
        </w:rPr>
        <w:t>خارج</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NCM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حد</w:t>
      </w:r>
      <w:r w:rsidRPr="00C15401">
        <w:rPr>
          <w:rFonts w:ascii="Tahoma" w:eastAsia="DejaVu Sans" w:hAnsi="Tahoma" w:cs="Tahoma"/>
        </w:rPr>
        <w:t xml:space="preserve"> </w:t>
      </w:r>
      <w:r w:rsidRPr="00C15401">
        <w:rPr>
          <w:rFonts w:ascii="Tahoma" w:eastAsia="DejaVu Sans" w:hAnsi="Tahoma" w:cs="Tahoma"/>
        </w:rPr>
        <w:t>ممکن</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نقطه</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w:t>
      </w:r>
      <w:r w:rsidRPr="00C15401">
        <w:rPr>
          <w:rFonts w:ascii="Tahoma" w:eastAsia="DejaVu Sans" w:hAnsi="Tahoma" w:cs="Tahoma"/>
        </w:rPr>
        <w:t>گیری</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 xml:space="preserve"> </w:t>
      </w:r>
      <w:r w:rsidRPr="00C15401">
        <w:rPr>
          <w:rFonts w:ascii="Tahoma" w:eastAsia="DejaVu Sans" w:hAnsi="Tahoma" w:cs="Tahoma"/>
        </w:rPr>
        <w:t>مقاوم،</w:t>
      </w:r>
      <w:r w:rsidRPr="00C15401">
        <w:rPr>
          <w:rFonts w:ascii="Tahoma" w:eastAsia="DejaVu Sans" w:hAnsi="Tahoma" w:cs="Tahoma"/>
        </w:rPr>
        <w:t xml:space="preserve"> </w:t>
      </w:r>
      <w:r w:rsidRPr="00C15401">
        <w:rPr>
          <w:rFonts w:ascii="Tahoma" w:eastAsia="DejaVu Sans" w:hAnsi="Tahoma" w:cs="Tahoma"/>
        </w:rPr>
        <w:t>کم</w:t>
      </w:r>
      <w:r w:rsidRPr="00C15401">
        <w:rPr>
          <w:rFonts w:ascii="Tahoma" w:eastAsia="DejaVu Sans" w:hAnsi="Tahoma" w:cs="Tahoma"/>
        </w:rPr>
        <w:t>‌</w:t>
      </w:r>
      <w:r w:rsidRPr="00C15401">
        <w:rPr>
          <w:rFonts w:ascii="Tahoma" w:eastAsia="DejaVu Sans" w:hAnsi="Tahoma" w:cs="Tahoma"/>
        </w:rPr>
        <w:t>قطعه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پردازش،</w:t>
      </w:r>
      <w:r w:rsidRPr="00C15401">
        <w:rPr>
          <w:rFonts w:ascii="Tahoma" w:eastAsia="DejaVu Sans" w:hAnsi="Tahoma" w:cs="Tahoma"/>
        </w:rPr>
        <w:t xml:space="preserve"> </w:t>
      </w:r>
      <w:r w:rsidRPr="00C15401">
        <w:rPr>
          <w:rFonts w:ascii="Tahoma" w:eastAsia="DejaVu Sans" w:hAnsi="Tahoma" w:cs="Tahoma"/>
        </w:rPr>
        <w:t>ذخیره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تفسیر</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NCM </w:t>
      </w:r>
      <w:r w:rsidRPr="00C15401">
        <w:rPr>
          <w:rFonts w:ascii="Tahoma" w:eastAsia="DejaVu Sans" w:hAnsi="Tahoma" w:cs="Tahoma"/>
        </w:rPr>
        <w:t>انجام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انتقال</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سیم</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 xml:space="preserve"> </w:t>
      </w:r>
      <w:r w:rsidRPr="00C15401">
        <w:rPr>
          <w:rFonts w:ascii="Tahoma" w:eastAsia="DejaVu Sans" w:hAnsi="Tahoma" w:cs="Tahoma"/>
        </w:rPr>
        <w:t>فیبر</w:t>
      </w:r>
      <w:r w:rsidRPr="00C15401">
        <w:rPr>
          <w:rFonts w:ascii="Tahoma" w:eastAsia="DejaVu Sans" w:hAnsi="Tahoma" w:cs="Tahoma"/>
        </w:rPr>
        <w:t xml:space="preserve"> </w:t>
      </w:r>
      <w:r w:rsidRPr="00C15401">
        <w:rPr>
          <w:rFonts w:ascii="Tahoma" w:eastAsia="DejaVu Sans" w:hAnsi="Tahoma" w:cs="Tahoma"/>
        </w:rPr>
        <w:t>نوری،</w:t>
      </w:r>
      <w:r w:rsidRPr="00C15401">
        <w:rPr>
          <w:rFonts w:ascii="Tahoma" w:eastAsia="DejaVu Sans" w:hAnsi="Tahoma" w:cs="Tahoma"/>
        </w:rPr>
        <w:t xml:space="preserve"> </w:t>
      </w:r>
      <w:r w:rsidRPr="00C15401">
        <w:rPr>
          <w:rFonts w:ascii="Tahoma" w:eastAsia="DejaVu Sans" w:hAnsi="Tahoma" w:cs="Tahoma"/>
        </w:rPr>
        <w:t>مدار</w:t>
      </w:r>
      <w:r w:rsidRPr="00C15401">
        <w:rPr>
          <w:rFonts w:ascii="Tahoma" w:eastAsia="DejaVu Sans" w:hAnsi="Tahoma" w:cs="Tahoma"/>
        </w:rPr>
        <w:t xml:space="preserve"> </w:t>
      </w:r>
      <w:r w:rsidRPr="00C15401">
        <w:rPr>
          <w:rFonts w:ascii="Tahoma" w:eastAsia="DejaVu Sans" w:hAnsi="Tahoma" w:cs="Tahoma"/>
        </w:rPr>
        <w:t>پیوستگی،</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 xml:space="preserve"> </w:t>
      </w:r>
      <w:r w:rsidRPr="00C15401">
        <w:rPr>
          <w:rFonts w:ascii="Tahoma" w:eastAsia="DejaVu Sans" w:hAnsi="Tahoma" w:cs="Tahoma"/>
        </w:rPr>
        <w:t>لوله</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w:t>
      </w:r>
      <w:r w:rsidRPr="00C15401">
        <w:rPr>
          <w:rFonts w:ascii="Tahoma" w:eastAsia="DejaVu Sans" w:hAnsi="Tahoma" w:cs="Tahoma"/>
        </w:rPr>
        <w:t>برداری</w:t>
      </w:r>
      <w:r w:rsidRPr="00C15401">
        <w:rPr>
          <w:rFonts w:ascii="Tahoma" w:eastAsia="DejaVu Sans" w:hAnsi="Tahoma" w:cs="Tahoma"/>
        </w:rPr>
        <w:t xml:space="preserve"> </w:t>
      </w:r>
      <w:r w:rsidRPr="00C15401">
        <w:rPr>
          <w:rFonts w:ascii="Tahoma" w:eastAsia="DejaVu Sans" w:hAnsi="Tahoma" w:cs="Tahoma"/>
        </w:rPr>
        <w:t>هوا،</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فشار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Interface </w:t>
      </w:r>
      <w:r w:rsidRPr="00C15401">
        <w:rPr>
          <w:rFonts w:ascii="Tahoma" w:eastAsia="DejaVu Sans" w:hAnsi="Tahoma" w:cs="Tahoma"/>
        </w:rPr>
        <w:t>مناسب</w:t>
      </w:r>
      <w:r w:rsidRPr="00C15401">
        <w:rPr>
          <w:rFonts w:ascii="Tahoma" w:eastAsia="DejaVu Sans" w:hAnsi="Tahoma" w:cs="Tahoma"/>
        </w:rPr>
        <w:t xml:space="preserve"> </w:t>
      </w:r>
      <w:r w:rsidRPr="00C15401">
        <w:rPr>
          <w:rFonts w:ascii="Tahoma" w:eastAsia="DejaVu Sans" w:hAnsi="Tahoma" w:cs="Tahoma"/>
        </w:rPr>
        <w:t>دیگری</w:t>
      </w:r>
      <w:r w:rsidRPr="00C15401">
        <w:rPr>
          <w:rFonts w:ascii="Tahoma" w:eastAsia="DejaVu Sans" w:hAnsi="Tahoma" w:cs="Tahoma"/>
        </w:rPr>
        <w:t xml:space="preserve"> </w:t>
      </w:r>
      <w:r w:rsidRPr="00C15401">
        <w:rPr>
          <w:rFonts w:ascii="Tahoma" w:eastAsia="DejaVu Sans" w:hAnsi="Tahoma" w:cs="Tahoma"/>
        </w:rPr>
        <w:t>انجام</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w:t>
      </w:r>
    </w:p>
    <w:p w14:paraId="541E51BD" w14:textId="77777777" w:rsidR="005D7765" w:rsidRPr="00C15401" w:rsidRDefault="0093767E" w:rsidP="00C15401">
      <w:pPr>
        <w:keepLines/>
        <w:shd w:val="clear" w:color="auto" w:fill="F4F6F9"/>
        <w:bidi/>
        <w:spacing w:before="80" w:after="160"/>
        <w:ind w:left="144" w:right="144"/>
        <w:jc w:val="both"/>
        <w:rPr>
          <w:rFonts w:ascii="Tahoma" w:hAnsi="Tahoma" w:cs="Tahoma"/>
        </w:rPr>
      </w:pPr>
      <w:r w:rsidRPr="00C15401">
        <w:rPr>
          <w:rFonts w:ascii="Tahoma" w:eastAsia="DejaVu Sans" w:hAnsi="Tahoma" w:cs="Tahoma"/>
          <w:b/>
          <w:color w:val="1F4D78"/>
        </w:rPr>
        <w:t>زنجیره</w:t>
      </w:r>
      <w:r w:rsidRPr="00C15401">
        <w:rPr>
          <w:rFonts w:ascii="Tahoma" w:eastAsia="DejaVu Sans" w:hAnsi="Tahoma" w:cs="Tahoma"/>
          <w:b/>
          <w:color w:val="1F4D78"/>
        </w:rPr>
        <w:t xml:space="preserve"> </w:t>
      </w:r>
      <w:r w:rsidRPr="00C15401">
        <w:rPr>
          <w:rFonts w:ascii="Tahoma" w:eastAsia="DejaVu Sans" w:hAnsi="Tahoma" w:cs="Tahoma"/>
          <w:b/>
          <w:color w:val="1F4D78"/>
        </w:rPr>
        <w:t>حسگری</w:t>
      </w:r>
      <w:r w:rsidRPr="00C15401">
        <w:rPr>
          <w:rFonts w:ascii="Tahoma" w:eastAsia="DejaVu Sans" w:hAnsi="Tahoma" w:cs="Tahoma"/>
          <w:b/>
          <w:color w:val="1F4D78"/>
        </w:rPr>
        <w:t xml:space="preserve">: </w:t>
      </w:r>
      <w:r w:rsidRPr="00C15401">
        <w:rPr>
          <w:rFonts w:ascii="Tahoma" w:eastAsia="DejaVu Sans" w:hAnsi="Tahoma" w:cs="Tahoma"/>
        </w:rPr>
        <w:t>Remote Passive Sensing Point → Node Sensing Channel → NCM → Building BIOS / Authorized Services</w:t>
      </w:r>
    </w:p>
    <w:p w14:paraId="2A32A364"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دائمی</w:t>
      </w:r>
      <w:r w:rsidRPr="00C15401">
        <w:rPr>
          <w:rFonts w:ascii="Tahoma" w:eastAsia="DejaVu Sans" w:hAnsi="Tahoma" w:cs="Tahoma"/>
        </w:rPr>
        <w:t xml:space="preserve">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Finishing</w:t>
      </w:r>
    </w:p>
    <w:p w14:paraId="73B30419"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NCM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اجرای</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 xml:space="preserve"> </w:t>
      </w:r>
      <w:r w:rsidRPr="00C15401">
        <w:rPr>
          <w:rFonts w:ascii="Tahoma" w:eastAsia="DejaVu Sans" w:hAnsi="Tahoma" w:cs="Tahoma"/>
        </w:rPr>
        <w:t>نما،</w:t>
      </w:r>
      <w:r w:rsidRPr="00C15401">
        <w:rPr>
          <w:rFonts w:ascii="Tahoma" w:eastAsia="DejaVu Sans" w:hAnsi="Tahoma" w:cs="Tahoma"/>
        </w:rPr>
        <w:t xml:space="preserve"> </w:t>
      </w:r>
      <w:r w:rsidRPr="00C15401">
        <w:rPr>
          <w:rFonts w:ascii="Tahoma" w:eastAsia="DejaVu Sans" w:hAnsi="Tahoma" w:cs="Tahoma"/>
        </w:rPr>
        <w:t>گچ</w:t>
      </w:r>
      <w:r w:rsidRPr="00C15401">
        <w:rPr>
          <w:rFonts w:ascii="Tahoma" w:eastAsia="DejaVu Sans" w:hAnsi="Tahoma" w:cs="Tahoma"/>
        </w:rPr>
        <w:t>‌</w:t>
      </w:r>
      <w:r w:rsidRPr="00C15401">
        <w:rPr>
          <w:rFonts w:ascii="Tahoma" w:eastAsia="DejaVu Sans" w:hAnsi="Tahoma" w:cs="Tahoma"/>
        </w:rPr>
        <w:t>برگ،</w:t>
      </w:r>
      <w:r w:rsidRPr="00C15401">
        <w:rPr>
          <w:rFonts w:ascii="Tahoma" w:eastAsia="DejaVu Sans" w:hAnsi="Tahoma" w:cs="Tahoma"/>
        </w:rPr>
        <w:t xml:space="preserve"> </w:t>
      </w:r>
      <w:r w:rsidRPr="00C15401">
        <w:rPr>
          <w:rFonts w:ascii="Tahoma" w:eastAsia="DejaVu Sans" w:hAnsi="Tahoma" w:cs="Tahoma"/>
        </w:rPr>
        <w:t>عایق،</w:t>
      </w:r>
      <w:r w:rsidRPr="00C15401">
        <w:rPr>
          <w:rFonts w:ascii="Tahoma" w:eastAsia="DejaVu Sans" w:hAnsi="Tahoma" w:cs="Tahoma"/>
        </w:rPr>
        <w:t xml:space="preserve"> </w:t>
      </w:r>
      <w:r w:rsidRPr="00C15401">
        <w:rPr>
          <w:rFonts w:ascii="Tahoma" w:eastAsia="DejaVu Sans" w:hAnsi="Tahoma" w:cs="Tahoma"/>
        </w:rPr>
        <w:t>پوشش</w:t>
      </w:r>
      <w:r w:rsidRPr="00C15401">
        <w:rPr>
          <w:rFonts w:ascii="Tahoma" w:eastAsia="DejaVu Sans" w:hAnsi="Tahoma" w:cs="Tahoma"/>
        </w:rPr>
        <w:t xml:space="preserve"> </w:t>
      </w:r>
      <w:r w:rsidRPr="00C15401">
        <w:rPr>
          <w:rFonts w:ascii="Tahoma" w:eastAsia="DejaVu Sans" w:hAnsi="Tahoma" w:cs="Tahoma"/>
        </w:rPr>
        <w:t>ضدحریق</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سایر</w:t>
      </w:r>
      <w:r w:rsidRPr="00C15401">
        <w:rPr>
          <w:rFonts w:ascii="Tahoma" w:eastAsia="DejaVu Sans" w:hAnsi="Tahoma" w:cs="Tahoma"/>
        </w:rPr>
        <w:t xml:space="preserve"> Finishing</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دفن</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پوشانده</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NCM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Permanent NCM Access Zone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تمام</w:t>
      </w:r>
      <w:r w:rsidRPr="00C15401">
        <w:rPr>
          <w:rFonts w:ascii="Tahoma" w:eastAsia="DejaVu Sans" w:hAnsi="Tahoma" w:cs="Tahoma"/>
        </w:rPr>
        <w:t xml:space="preserve"> </w:t>
      </w:r>
      <w:r w:rsidRPr="00C15401">
        <w:rPr>
          <w:rFonts w:ascii="Tahoma" w:eastAsia="DejaVu Sans" w:hAnsi="Tahoma" w:cs="Tahoma"/>
        </w:rPr>
        <w:t>عمر</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تخریب</w:t>
      </w:r>
      <w:r w:rsidRPr="00C15401">
        <w:rPr>
          <w:rFonts w:ascii="Tahoma" w:eastAsia="DejaVu Sans" w:hAnsi="Tahoma" w:cs="Tahoma"/>
        </w:rPr>
        <w:t xml:space="preserve"> </w:t>
      </w:r>
      <w:r w:rsidRPr="00C15401">
        <w:rPr>
          <w:rFonts w:ascii="Tahoma" w:eastAsia="DejaVu Sans" w:hAnsi="Tahoma" w:cs="Tahoma"/>
        </w:rPr>
        <w:t>نازک</w:t>
      </w:r>
      <w:r w:rsidRPr="00C15401">
        <w:rPr>
          <w:rFonts w:ascii="Tahoma" w:eastAsia="DejaVu Sans" w:hAnsi="Tahoma" w:cs="Tahoma"/>
        </w:rPr>
        <w:t>‌</w:t>
      </w:r>
      <w:r w:rsidRPr="00C15401">
        <w:rPr>
          <w:rFonts w:ascii="Tahoma" w:eastAsia="DejaVu Sans" w:hAnsi="Tahoma" w:cs="Tahoma"/>
        </w:rPr>
        <w:t>کاری</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 xml:space="preserve"> </w:t>
      </w:r>
      <w:r w:rsidRPr="00C15401">
        <w:rPr>
          <w:rFonts w:ascii="Tahoma" w:eastAsia="DejaVu Sans" w:hAnsi="Tahoma" w:cs="Tahoma"/>
        </w:rPr>
        <w:t>مشاهده،</w:t>
      </w:r>
      <w:r w:rsidRPr="00C15401">
        <w:rPr>
          <w:rFonts w:ascii="Tahoma" w:eastAsia="DejaVu Sans" w:hAnsi="Tahoma" w:cs="Tahoma"/>
        </w:rPr>
        <w:t xml:space="preserve"> </w:t>
      </w:r>
      <w:r w:rsidRPr="00C15401">
        <w:rPr>
          <w:rFonts w:ascii="Tahoma" w:eastAsia="DejaVu Sans" w:hAnsi="Tahoma" w:cs="Tahoma"/>
        </w:rPr>
        <w:t>آزمایش،</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کالیبراسیون،</w:t>
      </w:r>
      <w:r w:rsidRPr="00C15401">
        <w:rPr>
          <w:rFonts w:ascii="Tahoma" w:eastAsia="DejaVu Sans" w:hAnsi="Tahoma" w:cs="Tahoma"/>
        </w:rPr>
        <w:t xml:space="preserve"> </w:t>
      </w:r>
      <w:r w:rsidRPr="00C15401">
        <w:rPr>
          <w:rFonts w:ascii="Tahoma" w:eastAsia="DejaVu Sans" w:hAnsi="Tahoma" w:cs="Tahoma"/>
        </w:rPr>
        <w:t>ارتقا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35B12BF1" w14:textId="77777777" w:rsidR="005D7765" w:rsidRPr="00C15401" w:rsidRDefault="0093767E" w:rsidP="00C15401">
      <w:pPr>
        <w:bidi/>
        <w:jc w:val="both"/>
        <w:rPr>
          <w:rFonts w:ascii="Tahoma" w:hAnsi="Tahoma" w:cs="Tahoma"/>
        </w:rPr>
      </w:pP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ناحیه</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w:t>
      </w:r>
    </w:p>
    <w:p w14:paraId="68EF95F0"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فضای</w:t>
      </w:r>
      <w:r w:rsidRPr="00C15401">
        <w:rPr>
          <w:rFonts w:ascii="Tahoma" w:eastAsia="DejaVu Sans" w:hAnsi="Tahoma" w:cs="Tahoma"/>
        </w:rPr>
        <w:t xml:space="preserve"> </w:t>
      </w:r>
      <w:r w:rsidRPr="00C15401">
        <w:rPr>
          <w:rFonts w:ascii="Tahoma" w:eastAsia="DejaVu Sans" w:hAnsi="Tahoma" w:cs="Tahoma"/>
        </w:rPr>
        <w:t>کافی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دست،</w:t>
      </w:r>
      <w:r w:rsidRPr="00C15401">
        <w:rPr>
          <w:rFonts w:ascii="Tahoma" w:eastAsia="DejaVu Sans" w:hAnsi="Tahoma" w:cs="Tahoma"/>
        </w:rPr>
        <w:t xml:space="preserve"> </w:t>
      </w:r>
      <w:r w:rsidRPr="00C15401">
        <w:rPr>
          <w:rFonts w:ascii="Tahoma" w:eastAsia="DejaVu Sans" w:hAnsi="Tahoma" w:cs="Tahoma"/>
        </w:rPr>
        <w:t>ابزار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خارج</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w:t>
      </w:r>
      <w:r w:rsidRPr="00C15401">
        <w:rPr>
          <w:rFonts w:ascii="Tahoma" w:eastAsia="DejaVu Sans" w:hAnsi="Tahoma" w:cs="Tahoma"/>
        </w:rPr>
        <w:t>ایمن</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کند؛</w:t>
      </w:r>
    </w:p>
    <w:p w14:paraId="4A580CC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دید</w:t>
      </w:r>
      <w:r w:rsidRPr="00C15401">
        <w:rPr>
          <w:rFonts w:ascii="Tahoma" w:eastAsia="DejaVu Sans" w:hAnsi="Tahoma" w:cs="Tahoma"/>
        </w:rPr>
        <w:t xml:space="preserve"> </w:t>
      </w:r>
      <w:r w:rsidRPr="00C15401">
        <w:rPr>
          <w:rFonts w:ascii="Tahoma" w:eastAsia="DejaVu Sans" w:hAnsi="Tahoma" w:cs="Tahoma"/>
        </w:rPr>
        <w:t>مستقیم</w:t>
      </w:r>
      <w:r w:rsidRPr="00C15401">
        <w:rPr>
          <w:rFonts w:ascii="Tahoma" w:eastAsia="DejaVu Sans" w:hAnsi="Tahoma" w:cs="Tahoma"/>
        </w:rPr>
        <w:t xml:space="preserve"> </w:t>
      </w:r>
      <w:r w:rsidRPr="00C15401">
        <w:rPr>
          <w:rFonts w:ascii="Tahoma" w:eastAsia="DejaVu Sans" w:hAnsi="Tahoma" w:cs="Tahoma"/>
        </w:rPr>
        <w:t>دوربین</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پروژکتور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آزاد</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میکروفن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بلندگو</w:t>
      </w:r>
      <w:r w:rsidRPr="00C15401">
        <w:rPr>
          <w:rFonts w:ascii="Tahoma" w:eastAsia="DejaVu Sans" w:hAnsi="Tahoma" w:cs="Tahoma"/>
        </w:rPr>
        <w:t xml:space="preserve"> </w:t>
      </w:r>
      <w:r w:rsidRPr="00C15401">
        <w:rPr>
          <w:rFonts w:ascii="Tahoma" w:eastAsia="DejaVu Sans" w:hAnsi="Tahoma" w:cs="Tahoma"/>
        </w:rPr>
        <w:t>ایجاد</w:t>
      </w:r>
      <w:r w:rsidRPr="00C15401">
        <w:rPr>
          <w:rFonts w:ascii="Tahoma" w:eastAsia="DejaVu Sans" w:hAnsi="Tahoma" w:cs="Tahoma"/>
        </w:rPr>
        <w:t xml:space="preserve"> </w:t>
      </w:r>
      <w:r w:rsidRPr="00C15401">
        <w:rPr>
          <w:rFonts w:ascii="Tahoma" w:eastAsia="DejaVu Sans" w:hAnsi="Tahoma" w:cs="Tahoma"/>
        </w:rPr>
        <w:t>کند؛</w:t>
      </w:r>
    </w:p>
    <w:p w14:paraId="2EEEFA0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دریافت</w:t>
      </w:r>
      <w:r w:rsidRPr="00C15401">
        <w:rPr>
          <w:rFonts w:ascii="Tahoma" w:eastAsia="DejaVu Sans" w:hAnsi="Tahoma" w:cs="Tahoma"/>
        </w:rPr>
        <w:t xml:space="preserve"> </w:t>
      </w:r>
      <w:r w:rsidRPr="00C15401">
        <w:rPr>
          <w:rFonts w:ascii="Tahoma" w:eastAsia="DejaVu Sans" w:hAnsi="Tahoma" w:cs="Tahoma"/>
        </w:rPr>
        <w:t>هوای</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حسگر</w:t>
      </w:r>
      <w:r w:rsidRPr="00C15401">
        <w:rPr>
          <w:rFonts w:ascii="Tahoma" w:eastAsia="DejaVu Sans" w:hAnsi="Tahoma" w:cs="Tahoma"/>
        </w:rPr>
        <w:t xml:space="preserve"> </w:t>
      </w:r>
      <w:r w:rsidRPr="00C15401">
        <w:rPr>
          <w:rFonts w:ascii="Tahoma" w:eastAsia="DejaVu Sans" w:hAnsi="Tahoma" w:cs="Tahoma"/>
        </w:rPr>
        <w:t>دود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کیفیت</w:t>
      </w:r>
      <w:r w:rsidRPr="00C15401">
        <w:rPr>
          <w:rFonts w:ascii="Tahoma" w:eastAsia="DejaVu Sans" w:hAnsi="Tahoma" w:cs="Tahoma"/>
        </w:rPr>
        <w:t xml:space="preserve"> </w:t>
      </w:r>
      <w:r w:rsidRPr="00C15401">
        <w:rPr>
          <w:rFonts w:ascii="Tahoma" w:eastAsia="DejaVu Sans" w:hAnsi="Tahoma" w:cs="Tahoma"/>
        </w:rPr>
        <w:t>هوا</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کند؛</w:t>
      </w:r>
    </w:p>
    <w:p w14:paraId="20FB6A5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lastRenderedPageBreak/>
        <w:t>در</w:t>
      </w:r>
      <w:r w:rsidRPr="00C15401">
        <w:rPr>
          <w:rFonts w:ascii="Tahoma" w:eastAsia="DejaVu Sans" w:hAnsi="Tahoma" w:cs="Tahoma"/>
        </w:rPr>
        <w:t xml:space="preserve"> </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وجود،</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عملکرد</w:t>
      </w:r>
      <w:r w:rsidRPr="00C15401">
        <w:rPr>
          <w:rFonts w:ascii="Tahoma" w:eastAsia="DejaVu Sans" w:hAnsi="Tahoma" w:cs="Tahoma"/>
        </w:rPr>
        <w:t xml:space="preserve"> </w:t>
      </w:r>
      <w:r w:rsidRPr="00C15401">
        <w:rPr>
          <w:rFonts w:ascii="Tahoma" w:eastAsia="DejaVu Sans" w:hAnsi="Tahoma" w:cs="Tahoma"/>
        </w:rPr>
        <w:t>مستقیم</w:t>
      </w:r>
      <w:r w:rsidRPr="00C15401">
        <w:rPr>
          <w:rFonts w:ascii="Tahoma" w:eastAsia="DejaVu Sans" w:hAnsi="Tahoma" w:cs="Tahoma"/>
        </w:rPr>
        <w:t xml:space="preserve"> </w:t>
      </w:r>
      <w:r w:rsidRPr="00C15401">
        <w:rPr>
          <w:rFonts w:ascii="Tahoma" w:eastAsia="DejaVu Sans" w:hAnsi="Tahoma" w:cs="Tahoma"/>
        </w:rPr>
        <w:t>نازل</w:t>
      </w:r>
      <w:r w:rsidRPr="00C15401">
        <w:rPr>
          <w:rFonts w:ascii="Tahoma" w:eastAsia="DejaVu Sans" w:hAnsi="Tahoma" w:cs="Tahoma"/>
        </w:rPr>
        <w:t xml:space="preserve"> </w:t>
      </w:r>
      <w:r w:rsidRPr="00C15401">
        <w:rPr>
          <w:rFonts w:ascii="Tahoma" w:eastAsia="DejaVu Sans" w:hAnsi="Tahoma" w:cs="Tahoma"/>
        </w:rPr>
        <w:t>اطفا</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سایر</w:t>
      </w:r>
      <w:r w:rsidRPr="00C15401">
        <w:rPr>
          <w:rFonts w:ascii="Tahoma" w:eastAsia="DejaVu Sans" w:hAnsi="Tahoma" w:cs="Tahoma"/>
        </w:rPr>
        <w:t xml:space="preserve"> </w:t>
      </w:r>
      <w:r w:rsidRPr="00C15401">
        <w:rPr>
          <w:rFonts w:ascii="Tahoma" w:eastAsia="DejaVu Sans" w:hAnsi="Tahoma" w:cs="Tahoma"/>
        </w:rPr>
        <w:t>عملگرها</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کند؛</w:t>
      </w:r>
    </w:p>
    <w:p w14:paraId="682B461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اتصالات</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خدمات</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سمت</w:t>
      </w:r>
      <w:r w:rsidRPr="00C15401">
        <w:rPr>
          <w:rFonts w:ascii="Tahoma" w:eastAsia="DejaVu Sans" w:hAnsi="Tahoma" w:cs="Tahoma"/>
        </w:rPr>
        <w:t xml:space="preserve"> </w:t>
      </w:r>
      <w:r w:rsidRPr="00C15401">
        <w:rPr>
          <w:rFonts w:ascii="Tahoma" w:eastAsia="DejaVu Sans" w:hAnsi="Tahoma" w:cs="Tahoma"/>
        </w:rPr>
        <w:t>پشت</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کند؛</w:t>
      </w:r>
    </w:p>
    <w:p w14:paraId="5F2E0E24"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عین</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w:t>
      </w:r>
      <w:r w:rsidRPr="00C15401">
        <w:rPr>
          <w:rFonts w:ascii="Tahoma" w:eastAsia="DejaVu Sans" w:hAnsi="Tahoma" w:cs="Tahoma"/>
        </w:rPr>
        <w:t>هوابندی،</w:t>
      </w:r>
      <w:r w:rsidRPr="00C15401">
        <w:rPr>
          <w:rFonts w:ascii="Tahoma" w:eastAsia="DejaVu Sans" w:hAnsi="Tahoma" w:cs="Tahoma"/>
        </w:rPr>
        <w:t xml:space="preserve"> </w:t>
      </w:r>
      <w:r w:rsidRPr="00C15401">
        <w:rPr>
          <w:rFonts w:ascii="Tahoma" w:eastAsia="DejaVu Sans" w:hAnsi="Tahoma" w:cs="Tahoma"/>
        </w:rPr>
        <w:t>عایق،</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صدا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درجه</w:t>
      </w:r>
      <w:r w:rsidRPr="00C15401">
        <w:rPr>
          <w:rFonts w:ascii="Tahoma" w:eastAsia="DejaVu Sans" w:hAnsi="Tahoma" w:cs="Tahoma"/>
        </w:rPr>
        <w:t xml:space="preserve"> </w:t>
      </w:r>
      <w:r w:rsidRPr="00C15401">
        <w:rPr>
          <w:rFonts w:ascii="Tahoma" w:eastAsia="DejaVu Sans" w:hAnsi="Tahoma" w:cs="Tahoma"/>
        </w:rPr>
        <w:t>مقاومت</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مجموعه</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نما</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04E17717"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دو</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NCM</w:t>
      </w:r>
    </w:p>
    <w:p w14:paraId="58A25212"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Node/Backplane Face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پشت</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Node </w:t>
      </w:r>
      <w:r w:rsidRPr="00C15401">
        <w:rPr>
          <w:rFonts w:ascii="Tahoma" w:eastAsia="DejaVu Sans" w:hAnsi="Tahoma" w:cs="Tahoma"/>
        </w:rPr>
        <w:t>و</w:t>
      </w:r>
      <w:r w:rsidRPr="00C15401">
        <w:rPr>
          <w:rFonts w:ascii="Tahoma" w:eastAsia="DejaVu Sans" w:hAnsi="Tahoma" w:cs="Tahoma"/>
        </w:rPr>
        <w:t xml:space="preserve"> Backplane </w:t>
      </w:r>
      <w:r w:rsidRPr="00C15401">
        <w:rPr>
          <w:rFonts w:ascii="Tahoma" w:eastAsia="DejaVu Sans" w:hAnsi="Tahoma" w:cs="Tahoma"/>
        </w:rPr>
        <w:t>متصل</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Interface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مکانیکی،</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خدماتی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حمل</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66335687"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Active Service Face </w:t>
      </w:r>
      <w:r w:rsidRPr="00C15401">
        <w:rPr>
          <w:rFonts w:ascii="Tahoma" w:eastAsia="DejaVu Sans" w:hAnsi="Tahoma" w:cs="Tahoma"/>
        </w:rPr>
        <w:t>سطحی</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تکمیل</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معرض</w:t>
      </w:r>
      <w:r w:rsidRPr="00C15401">
        <w:rPr>
          <w:rFonts w:ascii="Tahoma" w:eastAsia="DejaVu Sans" w:hAnsi="Tahoma" w:cs="Tahoma"/>
        </w:rPr>
        <w:t xml:space="preserve"> </w:t>
      </w:r>
      <w:r w:rsidRPr="00C15401">
        <w:rPr>
          <w:rFonts w:ascii="Tahoma" w:eastAsia="DejaVu Sans" w:hAnsi="Tahoma" w:cs="Tahoma"/>
        </w:rPr>
        <w:t>فضای</w:t>
      </w:r>
      <w:r w:rsidRPr="00C15401">
        <w:rPr>
          <w:rFonts w:ascii="Tahoma" w:eastAsia="DejaVu Sans" w:hAnsi="Tahoma" w:cs="Tahoma"/>
        </w:rPr>
        <w:t xml:space="preserve"> </w:t>
      </w:r>
      <w:r w:rsidRPr="00C15401">
        <w:rPr>
          <w:rFonts w:ascii="Tahoma" w:eastAsia="DejaVu Sans" w:hAnsi="Tahoma" w:cs="Tahoma"/>
        </w:rPr>
        <w:t>داخلی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خارجی</w:t>
      </w:r>
      <w:r w:rsidRPr="00C15401">
        <w:rPr>
          <w:rFonts w:ascii="Tahoma" w:eastAsia="DejaVu Sans" w:hAnsi="Tahoma" w:cs="Tahoma"/>
        </w:rPr>
        <w:t xml:space="preserve">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ماند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دوربین،</w:t>
      </w:r>
      <w:r w:rsidRPr="00C15401">
        <w:rPr>
          <w:rFonts w:ascii="Tahoma" w:eastAsia="DejaVu Sans" w:hAnsi="Tahoma" w:cs="Tahoma"/>
        </w:rPr>
        <w:t xml:space="preserve"> </w:t>
      </w:r>
      <w:r w:rsidRPr="00C15401">
        <w:rPr>
          <w:rFonts w:ascii="Tahoma" w:eastAsia="DejaVu Sans" w:hAnsi="Tahoma" w:cs="Tahoma"/>
        </w:rPr>
        <w:t>میکروفن،</w:t>
      </w:r>
      <w:r w:rsidRPr="00C15401">
        <w:rPr>
          <w:rFonts w:ascii="Tahoma" w:eastAsia="DejaVu Sans" w:hAnsi="Tahoma" w:cs="Tahoma"/>
        </w:rPr>
        <w:t xml:space="preserve"> </w:t>
      </w:r>
      <w:r w:rsidRPr="00C15401">
        <w:rPr>
          <w:rFonts w:ascii="Tahoma" w:eastAsia="DejaVu Sans" w:hAnsi="Tahoma" w:cs="Tahoma"/>
        </w:rPr>
        <w:t>بلندگو،</w:t>
      </w:r>
      <w:r w:rsidRPr="00C15401">
        <w:rPr>
          <w:rFonts w:ascii="Tahoma" w:eastAsia="DejaVu Sans" w:hAnsi="Tahoma" w:cs="Tahoma"/>
        </w:rPr>
        <w:t xml:space="preserve"> </w:t>
      </w:r>
      <w:r w:rsidRPr="00C15401">
        <w:rPr>
          <w:rFonts w:ascii="Tahoma" w:eastAsia="DejaVu Sans" w:hAnsi="Tahoma" w:cs="Tahoma"/>
        </w:rPr>
        <w:t>دریچه</w:t>
      </w:r>
      <w:r w:rsidRPr="00C15401">
        <w:rPr>
          <w:rFonts w:ascii="Tahoma" w:eastAsia="DejaVu Sans" w:hAnsi="Tahoma" w:cs="Tahoma"/>
        </w:rPr>
        <w:t xml:space="preserve"> </w:t>
      </w:r>
      <w:r w:rsidRPr="00C15401">
        <w:rPr>
          <w:rFonts w:ascii="Tahoma" w:eastAsia="DejaVu Sans" w:hAnsi="Tahoma" w:cs="Tahoma"/>
        </w:rPr>
        <w:t>هوا،</w:t>
      </w:r>
      <w:r w:rsidRPr="00C15401">
        <w:rPr>
          <w:rFonts w:ascii="Tahoma" w:eastAsia="DejaVu Sans" w:hAnsi="Tahoma" w:cs="Tahoma"/>
        </w:rPr>
        <w:t xml:space="preserve"> </w:t>
      </w:r>
      <w:r w:rsidRPr="00C15401">
        <w:rPr>
          <w:rFonts w:ascii="Tahoma" w:eastAsia="DejaVu Sans" w:hAnsi="Tahoma" w:cs="Tahoma"/>
        </w:rPr>
        <w:t>حسگر،</w:t>
      </w:r>
      <w:r w:rsidRPr="00C15401">
        <w:rPr>
          <w:rFonts w:ascii="Tahoma" w:eastAsia="DejaVu Sans" w:hAnsi="Tahoma" w:cs="Tahoma"/>
        </w:rPr>
        <w:t xml:space="preserve"> </w:t>
      </w:r>
      <w:r w:rsidRPr="00C15401">
        <w:rPr>
          <w:rFonts w:ascii="Tahoma" w:eastAsia="DejaVu Sans" w:hAnsi="Tahoma" w:cs="Tahoma"/>
        </w:rPr>
        <w:t>چراغ</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دکمه</w:t>
      </w:r>
      <w:r w:rsidRPr="00C15401">
        <w:rPr>
          <w:rFonts w:ascii="Tahoma" w:eastAsia="DejaVu Sans" w:hAnsi="Tahoma" w:cs="Tahoma"/>
        </w:rPr>
        <w:t xml:space="preserve"> </w:t>
      </w:r>
      <w:r w:rsidRPr="00C15401">
        <w:rPr>
          <w:rFonts w:ascii="Tahoma" w:eastAsia="DejaVu Sans" w:hAnsi="Tahoma" w:cs="Tahoma"/>
        </w:rPr>
        <w:t>اضطراری،</w:t>
      </w:r>
      <w:r w:rsidRPr="00C15401">
        <w:rPr>
          <w:rFonts w:ascii="Tahoma" w:eastAsia="DejaVu Sans" w:hAnsi="Tahoma" w:cs="Tahoma"/>
        </w:rPr>
        <w:t xml:space="preserve"> </w:t>
      </w:r>
      <w:r w:rsidRPr="00C15401">
        <w:rPr>
          <w:rFonts w:ascii="Tahoma" w:eastAsia="DejaVu Sans" w:hAnsi="Tahoma" w:cs="Tahoma"/>
        </w:rPr>
        <w:t>پروژکتور،</w:t>
      </w:r>
      <w:r w:rsidRPr="00C15401">
        <w:rPr>
          <w:rFonts w:ascii="Tahoma" w:eastAsia="DejaVu Sans" w:hAnsi="Tahoma" w:cs="Tahoma"/>
        </w:rPr>
        <w:t xml:space="preserve"> </w:t>
      </w:r>
      <w:r w:rsidRPr="00C15401">
        <w:rPr>
          <w:rFonts w:ascii="Tahoma" w:eastAsia="DejaVu Sans" w:hAnsi="Tahoma" w:cs="Tahoma"/>
        </w:rPr>
        <w:t>نازل</w:t>
      </w:r>
      <w:r w:rsidRPr="00C15401">
        <w:rPr>
          <w:rFonts w:ascii="Tahoma" w:eastAsia="DejaVu Sans" w:hAnsi="Tahoma" w:cs="Tahoma"/>
        </w:rPr>
        <w:t xml:space="preserve"> </w:t>
      </w:r>
      <w:r w:rsidRPr="00C15401">
        <w:rPr>
          <w:rFonts w:ascii="Tahoma" w:eastAsia="DejaVu Sans" w:hAnsi="Tahoma" w:cs="Tahoma"/>
        </w:rPr>
        <w:t>اطفا</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سایر</w:t>
      </w:r>
      <w:r w:rsidRPr="00C15401">
        <w:rPr>
          <w:rFonts w:ascii="Tahoma" w:eastAsia="DejaVu Sans" w:hAnsi="Tahoma" w:cs="Tahoma"/>
        </w:rPr>
        <w:t xml:space="preserve"> </w:t>
      </w: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تعاملی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خود</w:t>
      </w:r>
      <w:r w:rsidRPr="00C15401">
        <w:rPr>
          <w:rFonts w:ascii="Tahoma" w:eastAsia="DejaVu Sans" w:hAnsi="Tahoma" w:cs="Tahoma"/>
        </w:rPr>
        <w:t xml:space="preserve"> </w:t>
      </w:r>
      <w:r w:rsidRPr="00C15401">
        <w:rPr>
          <w:rFonts w:ascii="Tahoma" w:eastAsia="DejaVu Sans" w:hAnsi="Tahoma" w:cs="Tahoma"/>
        </w:rPr>
        <w:t>جای</w:t>
      </w:r>
      <w:r w:rsidRPr="00C15401">
        <w:rPr>
          <w:rFonts w:ascii="Tahoma" w:eastAsia="DejaVu Sans" w:hAnsi="Tahoma" w:cs="Tahoma"/>
        </w:rPr>
        <w:t xml:space="preserve"> </w:t>
      </w:r>
      <w:r w:rsidRPr="00C15401">
        <w:rPr>
          <w:rFonts w:ascii="Tahoma" w:eastAsia="DejaVu Sans" w:hAnsi="Tahoma" w:cs="Tahoma"/>
        </w:rPr>
        <w:t>دهد</w:t>
      </w:r>
      <w:r w:rsidRPr="00C15401">
        <w:rPr>
          <w:rFonts w:ascii="Tahoma" w:eastAsia="DejaVu Sans" w:hAnsi="Tahoma" w:cs="Tahoma"/>
        </w:rPr>
        <w:t>.</w:t>
      </w:r>
    </w:p>
    <w:p w14:paraId="5A8B58A6" w14:textId="77777777" w:rsidR="005D7765" w:rsidRPr="00C15401" w:rsidRDefault="0093767E" w:rsidP="00C15401">
      <w:pPr>
        <w:bidi/>
        <w:jc w:val="both"/>
        <w:rPr>
          <w:rFonts w:ascii="Tahoma" w:hAnsi="Tahoma" w:cs="Tahoma"/>
        </w:rPr>
      </w:pPr>
      <w:r w:rsidRPr="00C15401">
        <w:rPr>
          <w:rFonts w:ascii="Tahoma" w:eastAsia="DejaVu Sans" w:hAnsi="Tahoma" w:cs="Tahoma"/>
        </w:rPr>
        <w:t>بنابراین</w:t>
      </w:r>
      <w:r w:rsidRPr="00C15401">
        <w:rPr>
          <w:rFonts w:ascii="Tahoma" w:eastAsia="DejaVu Sans" w:hAnsi="Tahoma" w:cs="Tahoma"/>
        </w:rPr>
        <w:t xml:space="preserve"> NCM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جعبه</w:t>
      </w:r>
      <w:r w:rsidRPr="00C15401">
        <w:rPr>
          <w:rFonts w:ascii="Tahoma" w:eastAsia="DejaVu Sans" w:hAnsi="Tahoma" w:cs="Tahoma"/>
        </w:rPr>
        <w:t xml:space="preserve"> </w:t>
      </w:r>
      <w:r w:rsidRPr="00C15401">
        <w:rPr>
          <w:rFonts w:ascii="Tahoma" w:eastAsia="DejaVu Sans" w:hAnsi="Tahoma" w:cs="Tahoma"/>
        </w:rPr>
        <w:t>الکترونیکی</w:t>
      </w:r>
      <w:r w:rsidRPr="00C15401">
        <w:rPr>
          <w:rFonts w:ascii="Tahoma" w:eastAsia="DejaVu Sans" w:hAnsi="Tahoma" w:cs="Tahoma"/>
        </w:rPr>
        <w:t xml:space="preserve"> </w:t>
      </w:r>
      <w:r w:rsidRPr="00C15401">
        <w:rPr>
          <w:rFonts w:ascii="Tahoma" w:eastAsia="DejaVu Sans" w:hAnsi="Tahoma" w:cs="Tahoma"/>
        </w:rPr>
        <w:t>پنهان</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چهره</w:t>
      </w:r>
      <w:r w:rsidRPr="00C15401">
        <w:rPr>
          <w:rFonts w:ascii="Tahoma" w:eastAsia="DejaVu Sans" w:hAnsi="Tahoma" w:cs="Tahoma"/>
        </w:rPr>
        <w:t xml:space="preserve"> </w:t>
      </w:r>
      <w:r w:rsidRPr="00C15401">
        <w:rPr>
          <w:rFonts w:ascii="Tahoma" w:eastAsia="DejaVu Sans" w:hAnsi="Tahoma" w:cs="Tahoma"/>
        </w:rPr>
        <w:t>خدماتی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تعاملی</w:t>
      </w:r>
      <w:r w:rsidRPr="00C15401">
        <w:rPr>
          <w:rFonts w:ascii="Tahoma" w:eastAsia="DejaVu Sans" w:hAnsi="Tahoma" w:cs="Tahoma"/>
        </w:rPr>
        <w:t xml:space="preserve"> Node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ساکنان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2ED4CFD1"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معماری</w:t>
      </w:r>
      <w:r w:rsidRPr="00C15401">
        <w:rPr>
          <w:rFonts w:ascii="Tahoma" w:eastAsia="DejaVu Sans" w:hAnsi="Tahoma" w:cs="Tahoma"/>
        </w:rPr>
        <w:t xml:space="preserve"> Interface </w:t>
      </w:r>
      <w:r w:rsidRPr="00C15401">
        <w:rPr>
          <w:rFonts w:ascii="Tahoma" w:eastAsia="DejaVu Sans" w:hAnsi="Tahoma" w:cs="Tahoma"/>
        </w:rPr>
        <w:t>و</w:t>
      </w:r>
      <w:r w:rsidRPr="00C15401">
        <w:rPr>
          <w:rFonts w:ascii="Tahoma" w:eastAsia="DejaVu Sans" w:hAnsi="Tahoma" w:cs="Tahoma"/>
        </w:rPr>
        <w:t xml:space="preserve"> Backplane</w:t>
      </w:r>
    </w:p>
    <w:p w14:paraId="353553E7"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Interface </w:t>
      </w:r>
      <w:r w:rsidRPr="00C15401">
        <w:rPr>
          <w:rFonts w:ascii="Tahoma" w:eastAsia="DejaVu Sans" w:hAnsi="Tahoma" w:cs="Tahoma"/>
        </w:rPr>
        <w:t>استاندارد</w:t>
      </w:r>
      <w:r w:rsidRPr="00C15401">
        <w:rPr>
          <w:rFonts w:ascii="Tahoma" w:eastAsia="DejaVu Sans" w:hAnsi="Tahoma" w:cs="Tahoma"/>
        </w:rPr>
        <w:t xml:space="preserve"> NCM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اندازه</w:t>
      </w:r>
      <w:r w:rsidRPr="00C15401">
        <w:rPr>
          <w:rFonts w:ascii="Tahoma" w:eastAsia="DejaVu Sans" w:hAnsi="Tahoma" w:cs="Tahoma"/>
        </w:rPr>
        <w:t xml:space="preserve"> </w:t>
      </w:r>
      <w:r w:rsidRPr="00C15401">
        <w:rPr>
          <w:rFonts w:ascii="Tahoma" w:eastAsia="DejaVu Sans" w:hAnsi="Tahoma" w:cs="Tahoma"/>
        </w:rPr>
        <w:t>کافی</w:t>
      </w:r>
      <w:r w:rsidRPr="00C15401">
        <w:rPr>
          <w:rFonts w:ascii="Tahoma" w:eastAsia="DejaVu Sans" w:hAnsi="Tahoma" w:cs="Tahoma"/>
        </w:rPr>
        <w:t xml:space="preserve"> </w:t>
      </w:r>
      <w:r w:rsidRPr="00C15401">
        <w:rPr>
          <w:rFonts w:ascii="Tahoma" w:eastAsia="DejaVu Sans" w:hAnsi="Tahoma" w:cs="Tahoma"/>
        </w:rPr>
        <w:t>پایدار</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نسل</w:t>
      </w:r>
      <w:r w:rsidRPr="00C15401">
        <w:rPr>
          <w:rFonts w:ascii="Tahoma" w:eastAsia="DejaVu Sans" w:hAnsi="Tahoma" w:cs="Tahoma"/>
        </w:rPr>
        <w:t xml:space="preserve"> </w:t>
      </w:r>
      <w:r w:rsidRPr="00C15401">
        <w:rPr>
          <w:rFonts w:ascii="Tahoma" w:eastAsia="DejaVu Sans" w:hAnsi="Tahoma" w:cs="Tahoma"/>
        </w:rPr>
        <w:t>فناوری</w:t>
      </w:r>
      <w:r w:rsidRPr="00C15401">
        <w:rPr>
          <w:rFonts w:ascii="Tahoma" w:eastAsia="DejaVu Sans" w:hAnsi="Tahoma" w:cs="Tahoma"/>
        </w:rPr>
        <w:t xml:space="preserve"> </w:t>
      </w:r>
      <w:r w:rsidRPr="00C15401">
        <w:rPr>
          <w:rFonts w:ascii="Tahoma" w:eastAsia="DejaVu Sans" w:hAnsi="Tahoma" w:cs="Tahoma"/>
        </w:rPr>
        <w:t>بتوانند</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تغییر</w:t>
      </w:r>
      <w:r w:rsidRPr="00C15401">
        <w:rPr>
          <w:rFonts w:ascii="Tahoma" w:eastAsia="DejaVu Sans" w:hAnsi="Tahoma" w:cs="Tahoma"/>
        </w:rPr>
        <w:t xml:space="preserve"> Node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w:t>
      </w:r>
      <w:r w:rsidRPr="00C15401">
        <w:rPr>
          <w:rFonts w:ascii="Tahoma" w:eastAsia="DejaVu Sans" w:hAnsi="Tahoma" w:cs="Tahoma"/>
        </w:rPr>
        <w:t>استفاده</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عین</w:t>
      </w:r>
      <w:r w:rsidRPr="00C15401">
        <w:rPr>
          <w:rFonts w:ascii="Tahoma" w:eastAsia="DejaVu Sans" w:hAnsi="Tahoma" w:cs="Tahoma"/>
        </w:rPr>
        <w:t xml:space="preserve"> </w:t>
      </w:r>
      <w:r w:rsidRPr="00C15401">
        <w:rPr>
          <w:rFonts w:ascii="Tahoma" w:eastAsia="DejaVu Sans" w:hAnsi="Tahoma" w:cs="Tahoma"/>
        </w:rPr>
        <w:t>حال،</w:t>
      </w:r>
      <w:r w:rsidRPr="00C15401">
        <w:rPr>
          <w:rFonts w:ascii="Tahoma" w:eastAsia="DejaVu Sans" w:hAnsi="Tahoma" w:cs="Tahoma"/>
        </w:rPr>
        <w:t xml:space="preserve"> </w:t>
      </w:r>
      <w:r w:rsidRPr="00C15401">
        <w:rPr>
          <w:rFonts w:ascii="Tahoma" w:eastAsia="DejaVu Sans" w:hAnsi="Tahoma" w:cs="Tahoma"/>
        </w:rPr>
        <w:t>همه</w:t>
      </w:r>
      <w:r w:rsidRPr="00C15401">
        <w:rPr>
          <w:rFonts w:ascii="Tahoma" w:eastAsia="DejaVu Sans" w:hAnsi="Tahoma" w:cs="Tahoma"/>
        </w:rPr>
        <w:t xml:space="preserve"> Bay</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الزاماً</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تمام</w:t>
      </w:r>
      <w:r w:rsidRPr="00C15401">
        <w:rPr>
          <w:rFonts w:ascii="Tahoma" w:eastAsia="DejaVu Sans" w:hAnsi="Tahoma" w:cs="Tahoma"/>
        </w:rPr>
        <w:t xml:space="preserve"> </w:t>
      </w:r>
      <w:r w:rsidRPr="00C15401">
        <w:rPr>
          <w:rFonts w:ascii="Tahoma" w:eastAsia="DejaVu Sans" w:hAnsi="Tahoma" w:cs="Tahoma"/>
        </w:rPr>
        <w:t>انواع</w:t>
      </w:r>
      <w:r w:rsidRPr="00C15401">
        <w:rPr>
          <w:rFonts w:ascii="Tahoma" w:eastAsia="DejaVu Sans" w:hAnsi="Tahoma" w:cs="Tahoma"/>
        </w:rPr>
        <w:t xml:space="preserve"> Interface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باشند؛</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Bay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شناسایی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تطبیق</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59E089A0" w14:textId="77777777" w:rsidR="005D7765" w:rsidRPr="00C15401" w:rsidRDefault="0093767E" w:rsidP="00C15401">
      <w:pPr>
        <w:bidi/>
        <w:jc w:val="both"/>
        <w:rPr>
          <w:rFonts w:ascii="Tahoma" w:hAnsi="Tahoma" w:cs="Tahoma"/>
        </w:rPr>
      </w:pP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آینده</w:t>
      </w:r>
      <w:r w:rsidRPr="00C15401">
        <w:rPr>
          <w:rFonts w:ascii="Tahoma" w:eastAsia="DejaVu Sans" w:hAnsi="Tahoma" w:cs="Tahoma"/>
        </w:rPr>
        <w:t xml:space="preserve"> NCM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حداقل</w:t>
      </w:r>
      <w:r w:rsidRPr="00C15401">
        <w:rPr>
          <w:rFonts w:ascii="Tahoma" w:eastAsia="DejaVu Sans" w:hAnsi="Tahoma" w:cs="Tahoma"/>
        </w:rPr>
        <w:t xml:space="preserve"> </w:t>
      </w:r>
      <w:r w:rsidRPr="00C15401">
        <w:rPr>
          <w:rFonts w:ascii="Tahoma" w:eastAsia="DejaVu Sans" w:hAnsi="Tahoma" w:cs="Tahoma"/>
        </w:rPr>
        <w:t>موضوعات</w:t>
      </w:r>
      <w:r w:rsidRPr="00C15401">
        <w:rPr>
          <w:rFonts w:ascii="Tahoma" w:eastAsia="DejaVu Sans" w:hAnsi="Tahoma" w:cs="Tahoma"/>
        </w:rPr>
        <w:t xml:space="preserve"> </w:t>
      </w:r>
      <w:r w:rsidRPr="00C15401">
        <w:rPr>
          <w:rFonts w:ascii="Tahoma" w:eastAsia="DejaVu Sans" w:hAnsi="Tahoma" w:cs="Tahoma"/>
        </w:rPr>
        <w:t>زیر</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160CAE9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هندسه</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جهت</w:t>
      </w:r>
      <w:r w:rsidRPr="00C15401">
        <w:rPr>
          <w:rFonts w:ascii="Tahoma" w:eastAsia="DejaVu Sans" w:hAnsi="Tahoma" w:cs="Tahoma"/>
        </w:rPr>
        <w:t xml:space="preserve"> </w:t>
      </w:r>
      <w:r w:rsidRPr="00C15401">
        <w:rPr>
          <w:rFonts w:ascii="Tahoma" w:eastAsia="DejaVu Sans" w:hAnsi="Tahoma" w:cs="Tahoma"/>
        </w:rPr>
        <w:t>ورود،</w:t>
      </w:r>
      <w:r w:rsidRPr="00C15401">
        <w:rPr>
          <w:rFonts w:ascii="Tahoma" w:eastAsia="DejaVu Sans" w:hAnsi="Tahoma" w:cs="Tahoma"/>
        </w:rPr>
        <w:t xml:space="preserve"> </w:t>
      </w:r>
      <w:r w:rsidRPr="00C15401">
        <w:rPr>
          <w:rFonts w:ascii="Tahoma" w:eastAsia="DejaVu Sans" w:hAnsi="Tahoma" w:cs="Tahoma"/>
        </w:rPr>
        <w:t>هم</w:t>
      </w:r>
      <w:r w:rsidRPr="00C15401">
        <w:rPr>
          <w:rFonts w:ascii="Tahoma" w:eastAsia="DejaVu Sans" w:hAnsi="Tahoma" w:cs="Tahoma"/>
        </w:rPr>
        <w:t>‌</w:t>
      </w:r>
      <w:r w:rsidRPr="00C15401">
        <w:rPr>
          <w:rFonts w:ascii="Tahoma" w:eastAsia="DejaVu Sans" w:hAnsi="Tahoma" w:cs="Tahoma"/>
        </w:rPr>
        <w:t>راستاسازی،</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w:t>
      </w:r>
      <w:r w:rsidRPr="00C15401">
        <w:rPr>
          <w:rFonts w:ascii="Tahoma" w:eastAsia="DejaVu Sans" w:hAnsi="Tahoma" w:cs="Tahoma"/>
        </w:rPr>
        <w:t>ایمن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روش</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w:t>
      </w:r>
      <w:r w:rsidRPr="00C15401">
        <w:rPr>
          <w:rFonts w:ascii="Tahoma" w:eastAsia="DejaVu Sans" w:hAnsi="Tahoma" w:cs="Tahoma"/>
        </w:rPr>
        <w:t>شده؛</w:t>
      </w:r>
    </w:p>
    <w:p w14:paraId="7F93C806"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کلاس</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توان</w:t>
      </w:r>
      <w:r w:rsidRPr="00C15401">
        <w:rPr>
          <w:rFonts w:ascii="Tahoma" w:eastAsia="DejaVu Sans" w:hAnsi="Tahoma" w:cs="Tahoma"/>
        </w:rPr>
        <w:t xml:space="preserve"> </w:t>
      </w:r>
      <w:r w:rsidRPr="00C15401">
        <w:rPr>
          <w:rFonts w:ascii="Tahoma" w:eastAsia="DejaVu Sans" w:hAnsi="Tahoma" w:cs="Tahoma"/>
        </w:rPr>
        <w:t>الکتریکی،</w:t>
      </w:r>
      <w:r w:rsidRPr="00C15401">
        <w:rPr>
          <w:rFonts w:ascii="Tahoma" w:eastAsia="DejaVu Sans" w:hAnsi="Tahoma" w:cs="Tahoma"/>
        </w:rPr>
        <w:t xml:space="preserve"> </w:t>
      </w:r>
      <w:r w:rsidRPr="00C15401">
        <w:rPr>
          <w:rFonts w:ascii="Tahoma" w:eastAsia="DejaVu Sans" w:hAnsi="Tahoma" w:cs="Tahoma"/>
        </w:rPr>
        <w:t>حفاظت،</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زمین،</w:t>
      </w:r>
      <w:r w:rsidRPr="00C15401">
        <w:rPr>
          <w:rFonts w:ascii="Tahoma" w:eastAsia="DejaVu Sans" w:hAnsi="Tahoma" w:cs="Tahoma"/>
        </w:rPr>
        <w:t xml:space="preserve"> </w:t>
      </w:r>
      <w:r w:rsidRPr="00C15401">
        <w:rPr>
          <w:rFonts w:ascii="Tahoma" w:eastAsia="DejaVu Sans" w:hAnsi="Tahoma" w:cs="Tahoma"/>
        </w:rPr>
        <w:t>باتری</w:t>
      </w:r>
      <w:r w:rsidRPr="00C15401">
        <w:rPr>
          <w:rFonts w:ascii="Tahoma" w:eastAsia="DejaVu Sans" w:hAnsi="Tahoma" w:cs="Tahoma"/>
        </w:rPr>
        <w:t xml:space="preserve"> </w:t>
      </w:r>
      <w:r w:rsidRPr="00C15401">
        <w:rPr>
          <w:rFonts w:ascii="Tahoma" w:eastAsia="DejaVu Sans" w:hAnsi="Tahoma" w:cs="Tahoma"/>
        </w:rPr>
        <w:t>پشتیبان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قطع</w:t>
      </w:r>
      <w:r w:rsidRPr="00C15401">
        <w:rPr>
          <w:rFonts w:ascii="Tahoma" w:eastAsia="DejaVu Sans" w:hAnsi="Tahoma" w:cs="Tahoma"/>
        </w:rPr>
        <w:t xml:space="preserve"> </w:t>
      </w:r>
      <w:r w:rsidRPr="00C15401">
        <w:rPr>
          <w:rFonts w:ascii="Tahoma" w:eastAsia="DejaVu Sans" w:hAnsi="Tahoma" w:cs="Tahoma"/>
        </w:rPr>
        <w:t>ایمن؛</w:t>
      </w:r>
    </w:p>
    <w:p w14:paraId="636D8C35"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کم</w:t>
      </w:r>
      <w:r w:rsidRPr="00C15401">
        <w:rPr>
          <w:rFonts w:ascii="Tahoma" w:eastAsia="DejaVu Sans" w:hAnsi="Tahoma" w:cs="Tahoma"/>
        </w:rPr>
        <w:t>‌</w:t>
      </w:r>
      <w:r w:rsidRPr="00C15401">
        <w:rPr>
          <w:rFonts w:ascii="Tahoma" w:eastAsia="DejaVu Sans" w:hAnsi="Tahoma" w:cs="Tahoma"/>
        </w:rPr>
        <w:t>سرعت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پرسرعت،</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همگام</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عملکرد</w:t>
      </w:r>
      <w:r w:rsidRPr="00C15401">
        <w:rPr>
          <w:rFonts w:ascii="Tahoma" w:eastAsia="DejaVu Sans" w:hAnsi="Tahoma" w:cs="Tahoma"/>
        </w:rPr>
        <w:t xml:space="preserve"> </w:t>
      </w:r>
      <w:r w:rsidRPr="00C15401">
        <w:rPr>
          <w:rFonts w:ascii="Tahoma" w:eastAsia="DejaVu Sans" w:hAnsi="Tahoma" w:cs="Tahoma"/>
        </w:rPr>
        <w:t>پایه</w:t>
      </w:r>
      <w:r w:rsidRPr="00C15401">
        <w:rPr>
          <w:rFonts w:ascii="Tahoma" w:eastAsia="DejaVu Sans" w:hAnsi="Tahoma" w:cs="Tahoma"/>
        </w:rPr>
        <w:t xml:space="preserve"> </w:t>
      </w:r>
      <w:r w:rsidRPr="00C15401">
        <w:rPr>
          <w:rFonts w:ascii="Tahoma" w:eastAsia="DejaVu Sans" w:hAnsi="Tahoma" w:cs="Tahoma"/>
        </w:rPr>
        <w:t>آفلاین؛</w:t>
      </w:r>
    </w:p>
    <w:p w14:paraId="7CA8BB2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کانال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خدماتی</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مانند</w:t>
      </w:r>
      <w:r w:rsidRPr="00C15401">
        <w:rPr>
          <w:rFonts w:ascii="Tahoma" w:eastAsia="DejaVu Sans" w:hAnsi="Tahoma" w:cs="Tahoma"/>
        </w:rPr>
        <w:t xml:space="preserve"> </w:t>
      </w:r>
      <w:r w:rsidRPr="00C15401">
        <w:rPr>
          <w:rFonts w:ascii="Tahoma" w:eastAsia="DejaVu Sans" w:hAnsi="Tahoma" w:cs="Tahoma"/>
        </w:rPr>
        <w:t>هوا،</w:t>
      </w:r>
      <w:r w:rsidRPr="00C15401">
        <w:rPr>
          <w:rFonts w:ascii="Tahoma" w:eastAsia="DejaVu Sans" w:hAnsi="Tahoma" w:cs="Tahoma"/>
        </w:rPr>
        <w:t xml:space="preserve"> </w:t>
      </w:r>
      <w:r w:rsidRPr="00C15401">
        <w:rPr>
          <w:rFonts w:ascii="Tahoma" w:eastAsia="DejaVu Sans" w:hAnsi="Tahoma" w:cs="Tahoma"/>
        </w:rPr>
        <w:t>فشار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آب؛</w:t>
      </w:r>
    </w:p>
    <w:p w14:paraId="702172BB"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دفع</w:t>
      </w:r>
      <w:r w:rsidRPr="00C15401">
        <w:rPr>
          <w:rFonts w:ascii="Tahoma" w:eastAsia="DejaVu Sans" w:hAnsi="Tahoma" w:cs="Tahoma"/>
        </w:rPr>
        <w:t xml:space="preserve"> </w:t>
      </w:r>
      <w:r w:rsidRPr="00C15401">
        <w:rPr>
          <w:rFonts w:ascii="Tahoma" w:eastAsia="DejaVu Sans" w:hAnsi="Tahoma" w:cs="Tahoma"/>
        </w:rPr>
        <w:t>حرارت،</w:t>
      </w:r>
      <w:r w:rsidRPr="00C15401">
        <w:rPr>
          <w:rFonts w:ascii="Tahoma" w:eastAsia="DejaVu Sans" w:hAnsi="Tahoma" w:cs="Tahoma"/>
        </w:rPr>
        <w:t xml:space="preserve"> </w:t>
      </w:r>
      <w:r w:rsidRPr="00C15401">
        <w:rPr>
          <w:rFonts w:ascii="Tahoma" w:eastAsia="DejaVu Sans" w:hAnsi="Tahoma" w:cs="Tahoma"/>
        </w:rPr>
        <w:t>تهویه،</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رطوبت،</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لرزش</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الزامات</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اپتیکی؛</w:t>
      </w:r>
    </w:p>
    <w:p w14:paraId="4E3B5191"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شناسه</w:t>
      </w:r>
      <w:r w:rsidRPr="00C15401">
        <w:rPr>
          <w:rFonts w:ascii="Tahoma" w:eastAsia="DejaVu Sans" w:hAnsi="Tahoma" w:cs="Tahoma"/>
        </w:rPr>
        <w:t xml:space="preserve"> </w:t>
      </w:r>
      <w:r w:rsidRPr="00C15401">
        <w:rPr>
          <w:rFonts w:ascii="Tahoma" w:eastAsia="DejaVu Sans" w:hAnsi="Tahoma" w:cs="Tahoma"/>
        </w:rPr>
        <w:t>یکتا،</w:t>
      </w:r>
      <w:r w:rsidRPr="00C15401">
        <w:rPr>
          <w:rFonts w:ascii="Tahoma" w:eastAsia="DejaVu Sans" w:hAnsi="Tahoma" w:cs="Tahoma"/>
        </w:rPr>
        <w:t xml:space="preserve"> </w:t>
      </w:r>
      <w:r w:rsidRPr="00C15401">
        <w:rPr>
          <w:rFonts w:ascii="Tahoma" w:eastAsia="DejaVu Sans" w:hAnsi="Tahoma" w:cs="Tahoma"/>
        </w:rPr>
        <w:t>نوع</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 xml:space="preserve"> </w:t>
      </w:r>
      <w:r w:rsidRPr="00C15401">
        <w:rPr>
          <w:rFonts w:ascii="Tahoma" w:eastAsia="DejaVu Sans" w:hAnsi="Tahoma" w:cs="Tahoma"/>
        </w:rPr>
        <w:t>سخت</w:t>
      </w:r>
      <w:r w:rsidRPr="00C15401">
        <w:rPr>
          <w:rFonts w:ascii="Tahoma" w:eastAsia="DejaVu Sans" w:hAnsi="Tahoma" w:cs="Tahoma"/>
        </w:rPr>
        <w:t>‌</w:t>
      </w:r>
      <w:r w:rsidRPr="00C15401">
        <w:rPr>
          <w:rFonts w:ascii="Tahoma" w:eastAsia="DejaVu Sans" w:hAnsi="Tahoma" w:cs="Tahoma"/>
        </w:rPr>
        <w:t>افزار</w:t>
      </w:r>
      <w:r w:rsidRPr="00C15401">
        <w:rPr>
          <w:rFonts w:ascii="Tahoma" w:eastAsia="DejaVu Sans" w:hAnsi="Tahoma" w:cs="Tahoma"/>
        </w:rPr>
        <w:t>/</w:t>
      </w:r>
      <w:r w:rsidRPr="00C15401">
        <w:rPr>
          <w:rFonts w:ascii="Tahoma" w:eastAsia="DejaVu Sans" w:hAnsi="Tahoma" w:cs="Tahoma"/>
        </w:rPr>
        <w:t>نرم</w:t>
      </w:r>
      <w:r w:rsidRPr="00C15401">
        <w:rPr>
          <w:rFonts w:ascii="Tahoma" w:eastAsia="DejaVu Sans" w:hAnsi="Tahoma" w:cs="Tahoma"/>
        </w:rPr>
        <w:t>‌</w:t>
      </w:r>
      <w:r w:rsidRPr="00C15401">
        <w:rPr>
          <w:rFonts w:ascii="Tahoma" w:eastAsia="DejaVu Sans" w:hAnsi="Tahoma" w:cs="Tahoma"/>
        </w:rPr>
        <w:t>افزار،</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گواهی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سازگاری؛</w:t>
      </w:r>
    </w:p>
    <w:p w14:paraId="54B4F53A"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احراز</w:t>
      </w:r>
      <w:r w:rsidRPr="00C15401">
        <w:rPr>
          <w:rFonts w:ascii="Tahoma" w:eastAsia="DejaVu Sans" w:hAnsi="Tahoma" w:cs="Tahoma"/>
        </w:rPr>
        <w:t xml:space="preserve"> </w:t>
      </w: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مجوز</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روزرسانی</w:t>
      </w:r>
      <w:r w:rsidRPr="00C15401">
        <w:rPr>
          <w:rFonts w:ascii="Tahoma" w:eastAsia="DejaVu Sans" w:hAnsi="Tahoma" w:cs="Tahoma"/>
        </w:rPr>
        <w:t xml:space="preserve"> </w:t>
      </w:r>
      <w:r w:rsidRPr="00C15401">
        <w:rPr>
          <w:rFonts w:ascii="Tahoma" w:eastAsia="DejaVu Sans" w:hAnsi="Tahoma" w:cs="Tahoma"/>
        </w:rPr>
        <w:t>امن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ثبت</w:t>
      </w:r>
      <w:r w:rsidRPr="00C15401">
        <w:rPr>
          <w:rFonts w:ascii="Tahoma" w:eastAsia="DejaVu Sans" w:hAnsi="Tahoma" w:cs="Tahoma"/>
        </w:rPr>
        <w:t xml:space="preserve"> </w:t>
      </w:r>
      <w:r w:rsidRPr="00C15401">
        <w:rPr>
          <w:rFonts w:ascii="Tahoma" w:eastAsia="DejaVu Sans" w:hAnsi="Tahoma" w:cs="Tahoma"/>
        </w:rPr>
        <w:t>رویداد؛</w:t>
      </w:r>
    </w:p>
    <w:p w14:paraId="3D308BD6"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سازگاری</w:t>
      </w:r>
      <w:r w:rsidRPr="00C15401">
        <w:rPr>
          <w:rFonts w:ascii="Tahoma" w:eastAsia="DejaVu Sans" w:hAnsi="Tahoma" w:cs="Tahoma"/>
        </w:rPr>
        <w:t xml:space="preserve"> </w:t>
      </w:r>
      <w:r w:rsidRPr="00C15401">
        <w:rPr>
          <w:rFonts w:ascii="Tahoma" w:eastAsia="DejaVu Sans" w:hAnsi="Tahoma" w:cs="Tahoma"/>
        </w:rPr>
        <w:t>عقب</w:t>
      </w:r>
      <w:r w:rsidRPr="00C15401">
        <w:rPr>
          <w:rFonts w:ascii="Tahoma" w:eastAsia="DejaVu Sans" w:hAnsi="Tahoma" w:cs="Tahoma"/>
        </w:rPr>
        <w:t>‌</w:t>
      </w:r>
      <w:r w:rsidRPr="00C15401">
        <w:rPr>
          <w:rFonts w:ascii="Tahoma" w:eastAsia="DejaVu Sans" w:hAnsi="Tahoma" w:cs="Tahoma"/>
        </w:rPr>
        <w:t>رو،</w:t>
      </w:r>
      <w:r w:rsidRPr="00C15401">
        <w:rPr>
          <w:rFonts w:ascii="Tahoma" w:eastAsia="DejaVu Sans" w:hAnsi="Tahoma" w:cs="Tahoma"/>
        </w:rPr>
        <w:t xml:space="preserve"> </w:t>
      </w: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خودکار</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استفاده</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Bay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دارای</w:t>
      </w:r>
      <w:r w:rsidRPr="00C15401">
        <w:rPr>
          <w:rFonts w:ascii="Tahoma" w:eastAsia="DejaVu Sans" w:hAnsi="Tahoma" w:cs="Tahoma"/>
        </w:rPr>
        <w:t xml:space="preserve"> </w:t>
      </w:r>
      <w:r w:rsidRPr="00C15401">
        <w:rPr>
          <w:rFonts w:ascii="Tahoma" w:eastAsia="DejaVu Sans" w:hAnsi="Tahoma" w:cs="Tahoma"/>
        </w:rPr>
        <w:t>توسعه</w:t>
      </w:r>
      <w:r w:rsidRPr="00C15401">
        <w:rPr>
          <w:rFonts w:ascii="Tahoma" w:eastAsia="DejaVu Sans" w:hAnsi="Tahoma" w:cs="Tahoma"/>
        </w:rPr>
        <w:t xml:space="preserve"> </w:t>
      </w:r>
      <w:r w:rsidRPr="00C15401">
        <w:rPr>
          <w:rFonts w:ascii="Tahoma" w:eastAsia="DejaVu Sans" w:hAnsi="Tahoma" w:cs="Tahoma"/>
        </w:rPr>
        <w:t>خارجی</w:t>
      </w:r>
      <w:r w:rsidRPr="00C15401">
        <w:rPr>
          <w:rFonts w:ascii="Tahoma" w:eastAsia="DejaVu Sans" w:hAnsi="Tahoma" w:cs="Tahoma"/>
        </w:rPr>
        <w:t>.</w:t>
      </w:r>
    </w:p>
    <w:p w14:paraId="0A715B73"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خانواده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NCM</w:t>
      </w:r>
    </w:p>
    <w:p w14:paraId="39CE01ED" w14:textId="77777777" w:rsidR="005D7765" w:rsidRPr="00C15401" w:rsidRDefault="0093767E" w:rsidP="00C15401">
      <w:pPr>
        <w:bidi/>
        <w:jc w:val="both"/>
        <w:rPr>
          <w:rFonts w:ascii="Tahoma" w:hAnsi="Tahoma" w:cs="Tahoma"/>
        </w:rPr>
      </w:pPr>
      <w:r w:rsidRPr="00C15401">
        <w:rPr>
          <w:rFonts w:ascii="Tahoma" w:eastAsia="DejaVu Sans" w:hAnsi="Tahoma" w:cs="Tahoma"/>
        </w:rPr>
        <w:t>خانواده</w:t>
      </w:r>
      <w:r w:rsidRPr="00C15401">
        <w:rPr>
          <w:rFonts w:ascii="Tahoma" w:eastAsia="DejaVu Sans" w:hAnsi="Tahoma" w:cs="Tahoma"/>
        </w:rPr>
        <w:t xml:space="preserve"> NCM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باز</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توسعه</w:t>
      </w:r>
      <w:r w:rsidRPr="00C15401">
        <w:rPr>
          <w:rFonts w:ascii="Tahoma" w:eastAsia="DejaVu Sans" w:hAnsi="Tahoma" w:cs="Tahoma"/>
        </w:rPr>
        <w:t>‌</w:t>
      </w:r>
      <w:r w:rsidRPr="00C15401">
        <w:rPr>
          <w:rFonts w:ascii="Tahoma" w:eastAsia="DejaVu Sans" w:hAnsi="Tahoma" w:cs="Tahoma"/>
        </w:rPr>
        <w:t>پذیر</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کدهای</w:t>
      </w:r>
      <w:r w:rsidRPr="00C15401">
        <w:rPr>
          <w:rFonts w:ascii="Tahoma" w:eastAsia="DejaVu Sans" w:hAnsi="Tahoma" w:cs="Tahoma"/>
        </w:rPr>
        <w:t xml:space="preserve"> </w:t>
      </w:r>
      <w:r w:rsidRPr="00C15401">
        <w:rPr>
          <w:rFonts w:ascii="Tahoma" w:eastAsia="DejaVu Sans" w:hAnsi="Tahoma" w:cs="Tahoma"/>
        </w:rPr>
        <w:t>زیر</w:t>
      </w:r>
      <w:r w:rsidRPr="00C15401">
        <w:rPr>
          <w:rFonts w:ascii="Tahoma" w:eastAsia="DejaVu Sans" w:hAnsi="Tahoma" w:cs="Tahoma"/>
        </w:rPr>
        <w:t xml:space="preserve"> </w:t>
      </w:r>
      <w:r w:rsidRPr="00C15401">
        <w:rPr>
          <w:rFonts w:ascii="Tahoma" w:eastAsia="DejaVu Sans" w:hAnsi="Tahoma" w:cs="Tahoma"/>
        </w:rPr>
        <w:t>خانواده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فعلی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پذیرفته</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مرحله</w:t>
      </w:r>
      <w:r w:rsidRPr="00C15401">
        <w:rPr>
          <w:rFonts w:ascii="Tahoma" w:eastAsia="DejaVu Sans" w:hAnsi="Tahoma" w:cs="Tahoma"/>
        </w:rPr>
        <w:t xml:space="preserve"> </w:t>
      </w:r>
      <w:r w:rsidRPr="00C15401">
        <w:rPr>
          <w:rFonts w:ascii="Tahoma" w:eastAsia="DejaVu Sans" w:hAnsi="Tahoma" w:cs="Tahoma"/>
        </w:rPr>
        <w:t>هستند؛</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w:t>
      </w:r>
      <w:r w:rsidRPr="00C15401">
        <w:rPr>
          <w:rFonts w:ascii="Tahoma" w:eastAsia="DejaVu Sans" w:hAnsi="Tahoma" w:cs="Tahoma"/>
        </w:rPr>
        <w:t>خانواده</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عملکرد،</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 xml:space="preserve"> </w:t>
      </w:r>
      <w:r w:rsidRPr="00C15401">
        <w:rPr>
          <w:rFonts w:ascii="Tahoma" w:eastAsia="DejaVu Sans" w:hAnsi="Tahoma" w:cs="Tahoma"/>
        </w:rPr>
        <w:t>محیطی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گواهی</w:t>
      </w:r>
      <w:r w:rsidRPr="00C15401">
        <w:rPr>
          <w:rFonts w:ascii="Tahoma" w:eastAsia="DejaVu Sans" w:hAnsi="Tahoma" w:cs="Tahoma"/>
        </w:rPr>
        <w:t xml:space="preserve">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tbl>
      <w:tblPr>
        <w:tblStyle w:val="TableGrid"/>
        <w:tblW w:w="9360" w:type="dxa"/>
        <w:tblInd w:w="120" w:type="dxa"/>
        <w:tblLayout w:type="fixed"/>
        <w:tblLook w:val="04A0" w:firstRow="1" w:lastRow="0" w:firstColumn="1" w:lastColumn="0" w:noHBand="0" w:noVBand="1"/>
      </w:tblPr>
      <w:tblGrid>
        <w:gridCol w:w="1700"/>
        <w:gridCol w:w="2400"/>
        <w:gridCol w:w="5260"/>
      </w:tblGrid>
      <w:tr w:rsidR="005D7765" w:rsidRPr="00C15401" w14:paraId="783641D8" w14:textId="77777777">
        <w:trPr>
          <w:cantSplit/>
          <w:tblHeader/>
        </w:trPr>
        <w:tc>
          <w:tcPr>
            <w:tcW w:w="1700" w:type="dxa"/>
            <w:shd w:val="clear" w:color="auto" w:fill="F2F4F7"/>
            <w:tcMar>
              <w:top w:w="80" w:type="dxa"/>
              <w:left w:w="120" w:type="dxa"/>
              <w:bottom w:w="80" w:type="dxa"/>
              <w:right w:w="120" w:type="dxa"/>
            </w:tcMar>
            <w:vAlign w:val="center"/>
          </w:tcPr>
          <w:p w14:paraId="2F2CAEF3"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کد</w:t>
            </w:r>
          </w:p>
        </w:tc>
        <w:tc>
          <w:tcPr>
            <w:tcW w:w="2400" w:type="dxa"/>
            <w:shd w:val="clear" w:color="auto" w:fill="F2F4F7"/>
            <w:tcMar>
              <w:top w:w="80" w:type="dxa"/>
              <w:left w:w="120" w:type="dxa"/>
              <w:bottom w:w="80" w:type="dxa"/>
              <w:right w:w="120" w:type="dxa"/>
            </w:tcMar>
            <w:vAlign w:val="center"/>
          </w:tcPr>
          <w:p w14:paraId="60406F8D"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خانواده</w:t>
            </w:r>
          </w:p>
        </w:tc>
        <w:tc>
          <w:tcPr>
            <w:tcW w:w="5260" w:type="dxa"/>
            <w:shd w:val="clear" w:color="auto" w:fill="F2F4F7"/>
            <w:tcMar>
              <w:top w:w="80" w:type="dxa"/>
              <w:left w:w="120" w:type="dxa"/>
              <w:bottom w:w="80" w:type="dxa"/>
              <w:right w:w="120" w:type="dxa"/>
            </w:tcMar>
            <w:vAlign w:val="center"/>
          </w:tcPr>
          <w:p w14:paraId="230454CF"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نقش</w:t>
            </w:r>
            <w:r w:rsidRPr="00C15401">
              <w:rPr>
                <w:rFonts w:ascii="Tahoma" w:eastAsia="DejaVu Sans" w:hAnsi="Tahoma" w:cs="Tahoma"/>
                <w:b/>
                <w:color w:val="1F4D78"/>
                <w:sz w:val="20"/>
              </w:rPr>
              <w:t xml:space="preserve"> </w:t>
            </w:r>
            <w:r w:rsidRPr="00C15401">
              <w:rPr>
                <w:rFonts w:ascii="Tahoma" w:eastAsia="DejaVu Sans" w:hAnsi="Tahoma" w:cs="Tahoma"/>
                <w:b/>
                <w:color w:val="1F4D78"/>
                <w:sz w:val="20"/>
              </w:rPr>
              <w:t>نمونه</w:t>
            </w:r>
          </w:p>
        </w:tc>
      </w:tr>
      <w:tr w:rsidR="005D7765" w:rsidRPr="00C15401" w14:paraId="72C5E949" w14:textId="77777777">
        <w:trPr>
          <w:cantSplit/>
        </w:trPr>
        <w:tc>
          <w:tcPr>
            <w:tcW w:w="1700" w:type="dxa"/>
            <w:tcMar>
              <w:top w:w="80" w:type="dxa"/>
              <w:left w:w="120" w:type="dxa"/>
              <w:bottom w:w="80" w:type="dxa"/>
              <w:right w:w="120" w:type="dxa"/>
            </w:tcMar>
            <w:vAlign w:val="center"/>
          </w:tcPr>
          <w:p w14:paraId="5488E198"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NCM-FLS</w:t>
            </w:r>
          </w:p>
        </w:tc>
        <w:tc>
          <w:tcPr>
            <w:tcW w:w="2400" w:type="dxa"/>
            <w:tcMar>
              <w:top w:w="80" w:type="dxa"/>
              <w:left w:w="120" w:type="dxa"/>
              <w:bottom w:w="80" w:type="dxa"/>
              <w:right w:w="120" w:type="dxa"/>
            </w:tcMar>
            <w:vAlign w:val="center"/>
          </w:tcPr>
          <w:p w14:paraId="2243743D"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Fire &amp; Life Safety</w:t>
            </w:r>
          </w:p>
        </w:tc>
        <w:tc>
          <w:tcPr>
            <w:tcW w:w="5260" w:type="dxa"/>
            <w:tcMar>
              <w:top w:w="80" w:type="dxa"/>
              <w:left w:w="120" w:type="dxa"/>
              <w:bottom w:w="80" w:type="dxa"/>
              <w:right w:w="120" w:type="dxa"/>
            </w:tcMar>
            <w:vAlign w:val="center"/>
          </w:tcPr>
          <w:p w14:paraId="10CF10D8"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تشخیص</w:t>
            </w:r>
            <w:r w:rsidRPr="00C15401">
              <w:rPr>
                <w:rFonts w:ascii="Tahoma" w:eastAsia="DejaVu Sans" w:hAnsi="Tahoma" w:cs="Tahoma"/>
                <w:sz w:val="19"/>
              </w:rPr>
              <w:t xml:space="preserve"> </w:t>
            </w:r>
            <w:r w:rsidRPr="00C15401">
              <w:rPr>
                <w:rFonts w:ascii="Tahoma" w:eastAsia="DejaVu Sans" w:hAnsi="Tahoma" w:cs="Tahoma"/>
                <w:sz w:val="19"/>
              </w:rPr>
              <w:t>دود،</w:t>
            </w:r>
            <w:r w:rsidRPr="00C15401">
              <w:rPr>
                <w:rFonts w:ascii="Tahoma" w:eastAsia="DejaVu Sans" w:hAnsi="Tahoma" w:cs="Tahoma"/>
                <w:sz w:val="19"/>
              </w:rPr>
              <w:t xml:space="preserve"> </w:t>
            </w:r>
            <w:r w:rsidRPr="00C15401">
              <w:rPr>
                <w:rFonts w:ascii="Tahoma" w:eastAsia="DejaVu Sans" w:hAnsi="Tahoma" w:cs="Tahoma"/>
                <w:sz w:val="19"/>
              </w:rPr>
              <w:t>حرارت</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آتش؛</w:t>
            </w:r>
            <w:r w:rsidRPr="00C15401">
              <w:rPr>
                <w:rFonts w:ascii="Tahoma" w:eastAsia="DejaVu Sans" w:hAnsi="Tahoma" w:cs="Tahoma"/>
                <w:sz w:val="19"/>
              </w:rPr>
              <w:t xml:space="preserve"> </w:t>
            </w:r>
            <w:r w:rsidRPr="00C15401">
              <w:rPr>
                <w:rFonts w:ascii="Tahoma" w:eastAsia="DejaVu Sans" w:hAnsi="Tahoma" w:cs="Tahoma"/>
                <w:sz w:val="19"/>
              </w:rPr>
              <w:t>هشدار؛</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در</w:t>
            </w:r>
            <w:r w:rsidRPr="00C15401">
              <w:rPr>
                <w:rFonts w:ascii="Tahoma" w:eastAsia="DejaVu Sans" w:hAnsi="Tahoma" w:cs="Tahoma"/>
                <w:sz w:val="19"/>
              </w:rPr>
              <w:t xml:space="preserve"> </w:t>
            </w:r>
            <w:r w:rsidRPr="00C15401">
              <w:rPr>
                <w:rFonts w:ascii="Tahoma" w:eastAsia="DejaVu Sans" w:hAnsi="Tahoma" w:cs="Tahoma"/>
                <w:sz w:val="19"/>
              </w:rPr>
              <w:t>پروفایل</w:t>
            </w:r>
            <w:r w:rsidRPr="00C15401">
              <w:rPr>
                <w:rFonts w:ascii="Tahoma" w:eastAsia="DejaVu Sans" w:hAnsi="Tahoma" w:cs="Tahoma"/>
                <w:sz w:val="19"/>
              </w:rPr>
              <w:t xml:space="preserve"> </w:t>
            </w:r>
            <w:r w:rsidRPr="00C15401">
              <w:rPr>
                <w:rFonts w:ascii="Tahoma" w:eastAsia="DejaVu Sans" w:hAnsi="Tahoma" w:cs="Tahoma"/>
                <w:sz w:val="19"/>
              </w:rPr>
              <w:t>تأییدشده،</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 xml:space="preserve"> </w:t>
            </w:r>
            <w:r w:rsidRPr="00C15401">
              <w:rPr>
                <w:rFonts w:ascii="Tahoma" w:eastAsia="DejaVu Sans" w:hAnsi="Tahoma" w:cs="Tahoma"/>
                <w:sz w:val="19"/>
              </w:rPr>
              <w:t>یا</w:t>
            </w:r>
            <w:r w:rsidRPr="00C15401">
              <w:rPr>
                <w:rFonts w:ascii="Tahoma" w:eastAsia="DejaVu Sans" w:hAnsi="Tahoma" w:cs="Tahoma"/>
                <w:sz w:val="19"/>
              </w:rPr>
              <w:t xml:space="preserve"> </w:t>
            </w:r>
            <w:r w:rsidRPr="00C15401">
              <w:rPr>
                <w:rFonts w:ascii="Tahoma" w:eastAsia="DejaVu Sans" w:hAnsi="Tahoma" w:cs="Tahoma"/>
                <w:sz w:val="19"/>
              </w:rPr>
              <w:t>اجرای</w:t>
            </w:r>
            <w:r w:rsidRPr="00C15401">
              <w:rPr>
                <w:rFonts w:ascii="Tahoma" w:eastAsia="DejaVu Sans" w:hAnsi="Tahoma" w:cs="Tahoma"/>
                <w:sz w:val="19"/>
              </w:rPr>
              <w:t xml:space="preserve"> </w:t>
            </w:r>
            <w:r w:rsidRPr="00C15401">
              <w:rPr>
                <w:rFonts w:ascii="Tahoma" w:eastAsia="DejaVu Sans" w:hAnsi="Tahoma" w:cs="Tahoma"/>
                <w:sz w:val="19"/>
              </w:rPr>
              <w:t>اطفای</w:t>
            </w:r>
            <w:r w:rsidRPr="00C15401">
              <w:rPr>
                <w:rFonts w:ascii="Tahoma" w:eastAsia="DejaVu Sans" w:hAnsi="Tahoma" w:cs="Tahoma"/>
                <w:sz w:val="19"/>
              </w:rPr>
              <w:t xml:space="preserve"> </w:t>
            </w:r>
            <w:r w:rsidRPr="00C15401">
              <w:rPr>
                <w:rFonts w:ascii="Tahoma" w:eastAsia="DejaVu Sans" w:hAnsi="Tahoma" w:cs="Tahoma"/>
                <w:sz w:val="19"/>
              </w:rPr>
              <w:t>حریق</w:t>
            </w:r>
            <w:r w:rsidRPr="00C15401">
              <w:rPr>
                <w:rFonts w:ascii="Tahoma" w:eastAsia="DejaVu Sans" w:hAnsi="Tahoma" w:cs="Tahoma"/>
                <w:sz w:val="19"/>
              </w:rPr>
              <w:t>.</w:t>
            </w:r>
          </w:p>
        </w:tc>
      </w:tr>
      <w:tr w:rsidR="005D7765" w:rsidRPr="00C15401" w14:paraId="629C956E" w14:textId="77777777">
        <w:trPr>
          <w:cantSplit/>
        </w:trPr>
        <w:tc>
          <w:tcPr>
            <w:tcW w:w="1700" w:type="dxa"/>
            <w:tcMar>
              <w:top w:w="80" w:type="dxa"/>
              <w:left w:w="120" w:type="dxa"/>
              <w:bottom w:w="80" w:type="dxa"/>
              <w:right w:w="120" w:type="dxa"/>
            </w:tcMar>
            <w:vAlign w:val="center"/>
          </w:tcPr>
          <w:p w14:paraId="2D9385EA"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NCM-ENV</w:t>
            </w:r>
          </w:p>
        </w:tc>
        <w:tc>
          <w:tcPr>
            <w:tcW w:w="2400" w:type="dxa"/>
            <w:tcMar>
              <w:top w:w="80" w:type="dxa"/>
              <w:left w:w="120" w:type="dxa"/>
              <w:bottom w:w="80" w:type="dxa"/>
              <w:right w:w="120" w:type="dxa"/>
            </w:tcMar>
            <w:vAlign w:val="center"/>
          </w:tcPr>
          <w:p w14:paraId="0F85272B"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Environmental</w:t>
            </w:r>
          </w:p>
        </w:tc>
        <w:tc>
          <w:tcPr>
            <w:tcW w:w="5260" w:type="dxa"/>
            <w:tcMar>
              <w:top w:w="80" w:type="dxa"/>
              <w:left w:w="120" w:type="dxa"/>
              <w:bottom w:w="80" w:type="dxa"/>
              <w:right w:w="120" w:type="dxa"/>
            </w:tcMar>
            <w:vAlign w:val="center"/>
          </w:tcPr>
          <w:p w14:paraId="023C6934"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دما،</w:t>
            </w:r>
            <w:r w:rsidRPr="00C15401">
              <w:rPr>
                <w:rFonts w:ascii="Tahoma" w:eastAsia="DejaVu Sans" w:hAnsi="Tahoma" w:cs="Tahoma"/>
                <w:sz w:val="19"/>
              </w:rPr>
              <w:t xml:space="preserve"> </w:t>
            </w:r>
            <w:r w:rsidRPr="00C15401">
              <w:rPr>
                <w:rFonts w:ascii="Tahoma" w:eastAsia="DejaVu Sans" w:hAnsi="Tahoma" w:cs="Tahoma"/>
                <w:sz w:val="19"/>
              </w:rPr>
              <w:t>رطوبت،</w:t>
            </w:r>
            <w:r w:rsidRPr="00C15401">
              <w:rPr>
                <w:rFonts w:ascii="Tahoma" w:eastAsia="DejaVu Sans" w:hAnsi="Tahoma" w:cs="Tahoma"/>
                <w:sz w:val="19"/>
              </w:rPr>
              <w:t xml:space="preserve"> </w:t>
            </w:r>
            <w:r w:rsidRPr="00C15401">
              <w:rPr>
                <w:rFonts w:ascii="Tahoma" w:eastAsia="DejaVu Sans" w:hAnsi="Tahoma" w:cs="Tahoma"/>
                <w:sz w:val="19"/>
              </w:rPr>
              <w:t>کیفیت</w:t>
            </w:r>
            <w:r w:rsidRPr="00C15401">
              <w:rPr>
                <w:rFonts w:ascii="Tahoma" w:eastAsia="DejaVu Sans" w:hAnsi="Tahoma" w:cs="Tahoma"/>
                <w:sz w:val="19"/>
              </w:rPr>
              <w:t xml:space="preserve"> </w:t>
            </w:r>
            <w:r w:rsidRPr="00C15401">
              <w:rPr>
                <w:rFonts w:ascii="Tahoma" w:eastAsia="DejaVu Sans" w:hAnsi="Tahoma" w:cs="Tahoma"/>
                <w:sz w:val="19"/>
              </w:rPr>
              <w:t>هوا،</w:t>
            </w:r>
            <w:r w:rsidRPr="00C15401">
              <w:rPr>
                <w:rFonts w:ascii="Tahoma" w:eastAsia="DejaVu Sans" w:hAnsi="Tahoma" w:cs="Tahoma"/>
                <w:sz w:val="19"/>
              </w:rPr>
              <w:t xml:space="preserve"> </w:t>
            </w:r>
            <w:r w:rsidRPr="00C15401">
              <w:rPr>
                <w:rFonts w:ascii="Tahoma" w:eastAsia="DejaVu Sans" w:hAnsi="Tahoma" w:cs="Tahoma"/>
                <w:sz w:val="19"/>
              </w:rPr>
              <w:t>فشار،</w:t>
            </w:r>
            <w:r w:rsidRPr="00C15401">
              <w:rPr>
                <w:rFonts w:ascii="Tahoma" w:eastAsia="DejaVu Sans" w:hAnsi="Tahoma" w:cs="Tahoma"/>
                <w:sz w:val="19"/>
              </w:rPr>
              <w:t xml:space="preserve"> </w:t>
            </w:r>
            <w:r w:rsidRPr="00C15401">
              <w:rPr>
                <w:rFonts w:ascii="Tahoma" w:eastAsia="DejaVu Sans" w:hAnsi="Tahoma" w:cs="Tahoma"/>
                <w:sz w:val="19"/>
              </w:rPr>
              <w:t>نشت</w:t>
            </w:r>
            <w:r w:rsidRPr="00C15401">
              <w:rPr>
                <w:rFonts w:ascii="Tahoma" w:eastAsia="DejaVu Sans" w:hAnsi="Tahoma" w:cs="Tahoma"/>
                <w:sz w:val="19"/>
              </w:rPr>
              <w:t xml:space="preserve"> </w:t>
            </w:r>
            <w:r w:rsidRPr="00C15401">
              <w:rPr>
                <w:rFonts w:ascii="Tahoma" w:eastAsia="DejaVu Sans" w:hAnsi="Tahoma" w:cs="Tahoma"/>
                <w:sz w:val="19"/>
              </w:rPr>
              <w:t>آب</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پایش</w:t>
            </w:r>
            <w:r w:rsidRPr="00C15401">
              <w:rPr>
                <w:rFonts w:ascii="Tahoma" w:eastAsia="DejaVu Sans" w:hAnsi="Tahoma" w:cs="Tahoma"/>
                <w:sz w:val="19"/>
              </w:rPr>
              <w:t xml:space="preserve"> </w:t>
            </w:r>
            <w:r w:rsidRPr="00C15401">
              <w:rPr>
                <w:rFonts w:ascii="Tahoma" w:eastAsia="DejaVu Sans" w:hAnsi="Tahoma" w:cs="Tahoma"/>
                <w:sz w:val="19"/>
              </w:rPr>
              <w:t>شرایط</w:t>
            </w:r>
            <w:r w:rsidRPr="00C15401">
              <w:rPr>
                <w:rFonts w:ascii="Tahoma" w:eastAsia="DejaVu Sans" w:hAnsi="Tahoma" w:cs="Tahoma"/>
                <w:sz w:val="19"/>
              </w:rPr>
              <w:t xml:space="preserve"> </w:t>
            </w:r>
            <w:r w:rsidRPr="00C15401">
              <w:rPr>
                <w:rFonts w:ascii="Tahoma" w:eastAsia="DejaVu Sans" w:hAnsi="Tahoma" w:cs="Tahoma"/>
                <w:sz w:val="19"/>
              </w:rPr>
              <w:t>محیطی</w:t>
            </w:r>
            <w:r w:rsidRPr="00C15401">
              <w:rPr>
                <w:rFonts w:ascii="Tahoma" w:eastAsia="DejaVu Sans" w:hAnsi="Tahoma" w:cs="Tahoma"/>
                <w:sz w:val="19"/>
              </w:rPr>
              <w:t>.</w:t>
            </w:r>
          </w:p>
        </w:tc>
      </w:tr>
      <w:tr w:rsidR="005D7765" w:rsidRPr="00C15401" w14:paraId="0045023F" w14:textId="77777777">
        <w:trPr>
          <w:cantSplit/>
        </w:trPr>
        <w:tc>
          <w:tcPr>
            <w:tcW w:w="1700" w:type="dxa"/>
            <w:tcMar>
              <w:top w:w="80" w:type="dxa"/>
              <w:left w:w="120" w:type="dxa"/>
              <w:bottom w:w="80" w:type="dxa"/>
              <w:right w:w="120" w:type="dxa"/>
            </w:tcMar>
            <w:vAlign w:val="center"/>
          </w:tcPr>
          <w:p w14:paraId="2C1D76E1"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lastRenderedPageBreak/>
              <w:t>NCM-SEC</w:t>
            </w:r>
          </w:p>
        </w:tc>
        <w:tc>
          <w:tcPr>
            <w:tcW w:w="2400" w:type="dxa"/>
            <w:tcMar>
              <w:top w:w="80" w:type="dxa"/>
              <w:left w:w="120" w:type="dxa"/>
              <w:bottom w:w="80" w:type="dxa"/>
              <w:right w:w="120" w:type="dxa"/>
            </w:tcMar>
            <w:vAlign w:val="center"/>
          </w:tcPr>
          <w:p w14:paraId="01665F06"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Security</w:t>
            </w:r>
          </w:p>
        </w:tc>
        <w:tc>
          <w:tcPr>
            <w:tcW w:w="5260" w:type="dxa"/>
            <w:tcMar>
              <w:top w:w="80" w:type="dxa"/>
              <w:left w:w="120" w:type="dxa"/>
              <w:bottom w:w="80" w:type="dxa"/>
              <w:right w:w="120" w:type="dxa"/>
            </w:tcMar>
            <w:vAlign w:val="center"/>
          </w:tcPr>
          <w:p w14:paraId="4F580F0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دوربین،</w:t>
            </w:r>
            <w:r w:rsidRPr="00C15401">
              <w:rPr>
                <w:rFonts w:ascii="Tahoma" w:eastAsia="DejaVu Sans" w:hAnsi="Tahoma" w:cs="Tahoma"/>
                <w:sz w:val="19"/>
              </w:rPr>
              <w:t xml:space="preserve"> </w:t>
            </w:r>
            <w:r w:rsidRPr="00C15401">
              <w:rPr>
                <w:rFonts w:ascii="Tahoma" w:eastAsia="DejaVu Sans" w:hAnsi="Tahoma" w:cs="Tahoma"/>
                <w:sz w:val="19"/>
              </w:rPr>
              <w:t>میکروفن،</w:t>
            </w:r>
            <w:r w:rsidRPr="00C15401">
              <w:rPr>
                <w:rFonts w:ascii="Tahoma" w:eastAsia="DejaVu Sans" w:hAnsi="Tahoma" w:cs="Tahoma"/>
                <w:sz w:val="19"/>
              </w:rPr>
              <w:t xml:space="preserve"> </w:t>
            </w:r>
            <w:r w:rsidRPr="00C15401">
              <w:rPr>
                <w:rFonts w:ascii="Tahoma" w:eastAsia="DejaVu Sans" w:hAnsi="Tahoma" w:cs="Tahoma"/>
                <w:sz w:val="19"/>
              </w:rPr>
              <w:t>حضور،</w:t>
            </w:r>
            <w:r w:rsidRPr="00C15401">
              <w:rPr>
                <w:rFonts w:ascii="Tahoma" w:eastAsia="DejaVu Sans" w:hAnsi="Tahoma" w:cs="Tahoma"/>
                <w:sz w:val="19"/>
              </w:rPr>
              <w:t xml:space="preserve"> </w:t>
            </w:r>
            <w:r w:rsidRPr="00C15401">
              <w:rPr>
                <w:rFonts w:ascii="Tahoma" w:eastAsia="DejaVu Sans" w:hAnsi="Tahoma" w:cs="Tahoma"/>
                <w:sz w:val="19"/>
              </w:rPr>
              <w:t>حرکت،</w:t>
            </w:r>
            <w:r w:rsidRPr="00C15401">
              <w:rPr>
                <w:rFonts w:ascii="Tahoma" w:eastAsia="DejaVu Sans" w:hAnsi="Tahoma" w:cs="Tahoma"/>
                <w:sz w:val="19"/>
              </w:rPr>
              <w:t xml:space="preserve"> </w:t>
            </w:r>
            <w:r w:rsidRPr="00C15401">
              <w:rPr>
                <w:rFonts w:ascii="Tahoma" w:eastAsia="DejaVu Sans" w:hAnsi="Tahoma" w:cs="Tahoma"/>
                <w:sz w:val="19"/>
              </w:rPr>
              <w:t>امنیت</w:t>
            </w:r>
            <w:r w:rsidRPr="00C15401">
              <w:rPr>
                <w:rFonts w:ascii="Tahoma" w:eastAsia="DejaVu Sans" w:hAnsi="Tahoma" w:cs="Tahoma"/>
                <w:sz w:val="19"/>
              </w:rPr>
              <w:t xml:space="preserve"> </w:t>
            </w:r>
            <w:r w:rsidRPr="00C15401">
              <w:rPr>
                <w:rFonts w:ascii="Tahoma" w:eastAsia="DejaVu Sans" w:hAnsi="Tahoma" w:cs="Tahoma"/>
                <w:sz w:val="19"/>
              </w:rPr>
              <w:t>پیرامونی</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 xml:space="preserve"> </w:t>
            </w:r>
            <w:r w:rsidRPr="00C15401">
              <w:rPr>
                <w:rFonts w:ascii="Tahoma" w:eastAsia="DejaVu Sans" w:hAnsi="Tahoma" w:cs="Tahoma"/>
                <w:sz w:val="19"/>
              </w:rPr>
              <w:t>دسترسی</w:t>
            </w:r>
            <w:r w:rsidRPr="00C15401">
              <w:rPr>
                <w:rFonts w:ascii="Tahoma" w:eastAsia="DejaVu Sans" w:hAnsi="Tahoma" w:cs="Tahoma"/>
                <w:sz w:val="19"/>
              </w:rPr>
              <w:t>.</w:t>
            </w:r>
          </w:p>
        </w:tc>
      </w:tr>
      <w:tr w:rsidR="005D7765" w:rsidRPr="00C15401" w14:paraId="2B3D01A1" w14:textId="77777777">
        <w:trPr>
          <w:cantSplit/>
        </w:trPr>
        <w:tc>
          <w:tcPr>
            <w:tcW w:w="1700" w:type="dxa"/>
            <w:tcMar>
              <w:top w:w="80" w:type="dxa"/>
              <w:left w:w="120" w:type="dxa"/>
              <w:bottom w:w="80" w:type="dxa"/>
              <w:right w:w="120" w:type="dxa"/>
            </w:tcMar>
            <w:vAlign w:val="center"/>
          </w:tcPr>
          <w:p w14:paraId="7273D824"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NCM-UTL</w:t>
            </w:r>
          </w:p>
        </w:tc>
        <w:tc>
          <w:tcPr>
            <w:tcW w:w="2400" w:type="dxa"/>
            <w:tcMar>
              <w:top w:w="80" w:type="dxa"/>
              <w:left w:w="120" w:type="dxa"/>
              <w:bottom w:w="80" w:type="dxa"/>
              <w:right w:w="120" w:type="dxa"/>
            </w:tcMar>
            <w:vAlign w:val="center"/>
          </w:tcPr>
          <w:p w14:paraId="6137D231"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Utilities</w:t>
            </w:r>
          </w:p>
        </w:tc>
        <w:tc>
          <w:tcPr>
            <w:tcW w:w="5260" w:type="dxa"/>
            <w:tcMar>
              <w:top w:w="80" w:type="dxa"/>
              <w:left w:w="120" w:type="dxa"/>
              <w:bottom w:w="80" w:type="dxa"/>
              <w:right w:w="120" w:type="dxa"/>
            </w:tcMar>
            <w:vAlign w:val="center"/>
          </w:tcPr>
          <w:p w14:paraId="3587866E"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پایش</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 xml:space="preserve"> </w:t>
            </w:r>
            <w:r w:rsidRPr="00C15401">
              <w:rPr>
                <w:rFonts w:ascii="Tahoma" w:eastAsia="DejaVu Sans" w:hAnsi="Tahoma" w:cs="Tahoma"/>
                <w:sz w:val="19"/>
              </w:rPr>
              <w:t>آب،</w:t>
            </w:r>
            <w:r w:rsidRPr="00C15401">
              <w:rPr>
                <w:rFonts w:ascii="Tahoma" w:eastAsia="DejaVu Sans" w:hAnsi="Tahoma" w:cs="Tahoma"/>
                <w:sz w:val="19"/>
              </w:rPr>
              <w:t xml:space="preserve"> </w:t>
            </w:r>
            <w:r w:rsidRPr="00C15401">
              <w:rPr>
                <w:rFonts w:ascii="Tahoma" w:eastAsia="DejaVu Sans" w:hAnsi="Tahoma" w:cs="Tahoma"/>
                <w:sz w:val="19"/>
              </w:rPr>
              <w:t>برق،</w:t>
            </w:r>
            <w:r w:rsidRPr="00C15401">
              <w:rPr>
                <w:rFonts w:ascii="Tahoma" w:eastAsia="DejaVu Sans" w:hAnsi="Tahoma" w:cs="Tahoma"/>
                <w:sz w:val="19"/>
              </w:rPr>
              <w:t xml:space="preserve"> </w:t>
            </w:r>
            <w:r w:rsidRPr="00C15401">
              <w:rPr>
                <w:rFonts w:ascii="Tahoma" w:eastAsia="DejaVu Sans" w:hAnsi="Tahoma" w:cs="Tahoma"/>
                <w:sz w:val="19"/>
              </w:rPr>
              <w:t>گاز،</w:t>
            </w:r>
            <w:r w:rsidRPr="00C15401">
              <w:rPr>
                <w:rFonts w:ascii="Tahoma" w:eastAsia="DejaVu Sans" w:hAnsi="Tahoma" w:cs="Tahoma"/>
                <w:sz w:val="19"/>
              </w:rPr>
              <w:t xml:space="preserve"> HVAC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سایر</w:t>
            </w:r>
            <w:r w:rsidRPr="00C15401">
              <w:rPr>
                <w:rFonts w:ascii="Tahoma" w:eastAsia="DejaVu Sans" w:hAnsi="Tahoma" w:cs="Tahoma"/>
                <w:sz w:val="19"/>
              </w:rPr>
              <w:t xml:space="preserve"> </w:t>
            </w:r>
            <w:r w:rsidRPr="00C15401">
              <w:rPr>
                <w:rFonts w:ascii="Tahoma" w:eastAsia="DejaVu Sans" w:hAnsi="Tahoma" w:cs="Tahoma"/>
                <w:sz w:val="19"/>
              </w:rPr>
              <w:t>تأسیسات</w:t>
            </w:r>
            <w:r w:rsidRPr="00C15401">
              <w:rPr>
                <w:rFonts w:ascii="Tahoma" w:eastAsia="DejaVu Sans" w:hAnsi="Tahoma" w:cs="Tahoma"/>
                <w:sz w:val="19"/>
              </w:rPr>
              <w:t>.</w:t>
            </w:r>
          </w:p>
        </w:tc>
      </w:tr>
      <w:tr w:rsidR="005D7765" w:rsidRPr="00C15401" w14:paraId="51937E5C" w14:textId="77777777">
        <w:trPr>
          <w:cantSplit/>
        </w:trPr>
        <w:tc>
          <w:tcPr>
            <w:tcW w:w="1700" w:type="dxa"/>
            <w:tcMar>
              <w:top w:w="80" w:type="dxa"/>
              <w:left w:w="120" w:type="dxa"/>
              <w:bottom w:w="80" w:type="dxa"/>
              <w:right w:w="120" w:type="dxa"/>
            </w:tcMar>
            <w:vAlign w:val="center"/>
          </w:tcPr>
          <w:p w14:paraId="5E7444E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NCM-CMP</w:t>
            </w:r>
          </w:p>
        </w:tc>
        <w:tc>
          <w:tcPr>
            <w:tcW w:w="2400" w:type="dxa"/>
            <w:tcMar>
              <w:top w:w="80" w:type="dxa"/>
              <w:left w:w="120" w:type="dxa"/>
              <w:bottom w:w="80" w:type="dxa"/>
              <w:right w:w="120" w:type="dxa"/>
            </w:tcMar>
            <w:vAlign w:val="center"/>
          </w:tcPr>
          <w:p w14:paraId="2D83E301"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Local Compute</w:t>
            </w:r>
          </w:p>
        </w:tc>
        <w:tc>
          <w:tcPr>
            <w:tcW w:w="5260" w:type="dxa"/>
            <w:tcMar>
              <w:top w:w="80" w:type="dxa"/>
              <w:left w:w="120" w:type="dxa"/>
              <w:bottom w:w="80" w:type="dxa"/>
              <w:right w:w="120" w:type="dxa"/>
            </w:tcMar>
            <w:vAlign w:val="center"/>
          </w:tcPr>
          <w:p w14:paraId="37A860BA"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پردازش</w:t>
            </w:r>
            <w:r w:rsidRPr="00C15401">
              <w:rPr>
                <w:rFonts w:ascii="Tahoma" w:eastAsia="DejaVu Sans" w:hAnsi="Tahoma" w:cs="Tahoma"/>
                <w:sz w:val="19"/>
              </w:rPr>
              <w:t xml:space="preserve"> </w:t>
            </w:r>
            <w:r w:rsidRPr="00C15401">
              <w:rPr>
                <w:rFonts w:ascii="Tahoma" w:eastAsia="DejaVu Sans" w:hAnsi="Tahoma" w:cs="Tahoma"/>
                <w:sz w:val="19"/>
              </w:rPr>
              <w:t>محلی،</w:t>
            </w:r>
            <w:r w:rsidRPr="00C15401">
              <w:rPr>
                <w:rFonts w:ascii="Tahoma" w:eastAsia="DejaVu Sans" w:hAnsi="Tahoma" w:cs="Tahoma"/>
                <w:sz w:val="19"/>
              </w:rPr>
              <w:t xml:space="preserve"> </w:t>
            </w:r>
            <w:r w:rsidRPr="00C15401">
              <w:rPr>
                <w:rFonts w:ascii="Tahoma" w:eastAsia="DejaVu Sans" w:hAnsi="Tahoma" w:cs="Tahoma"/>
                <w:sz w:val="19"/>
              </w:rPr>
              <w:t>ذخیره</w:t>
            </w:r>
            <w:r w:rsidRPr="00C15401">
              <w:rPr>
                <w:rFonts w:ascii="Tahoma" w:eastAsia="DejaVu Sans" w:hAnsi="Tahoma" w:cs="Tahoma"/>
                <w:sz w:val="19"/>
              </w:rPr>
              <w:t xml:space="preserve"> </w:t>
            </w:r>
            <w:r w:rsidRPr="00C15401">
              <w:rPr>
                <w:rFonts w:ascii="Tahoma" w:eastAsia="DejaVu Sans" w:hAnsi="Tahoma" w:cs="Tahoma"/>
                <w:sz w:val="19"/>
              </w:rPr>
              <w:t>موقت،</w:t>
            </w:r>
            <w:r w:rsidRPr="00C15401">
              <w:rPr>
                <w:rFonts w:ascii="Tahoma" w:eastAsia="DejaVu Sans" w:hAnsi="Tahoma" w:cs="Tahoma"/>
                <w:sz w:val="19"/>
              </w:rPr>
              <w:t xml:space="preserve"> </w:t>
            </w:r>
            <w:r w:rsidRPr="00C15401">
              <w:rPr>
                <w:rFonts w:ascii="Tahoma" w:eastAsia="DejaVu Sans" w:hAnsi="Tahoma" w:cs="Tahoma"/>
                <w:sz w:val="19"/>
              </w:rPr>
              <w:t>ارتباط،</w:t>
            </w:r>
            <w:r w:rsidRPr="00C15401">
              <w:rPr>
                <w:rFonts w:ascii="Tahoma" w:eastAsia="DejaVu Sans" w:hAnsi="Tahoma" w:cs="Tahoma"/>
                <w:sz w:val="19"/>
              </w:rPr>
              <w:t xml:space="preserve"> </w:t>
            </w:r>
            <w:r w:rsidRPr="00C15401">
              <w:rPr>
                <w:rFonts w:ascii="Tahoma" w:eastAsia="DejaVu Sans" w:hAnsi="Tahoma" w:cs="Tahoma"/>
                <w:sz w:val="19"/>
              </w:rPr>
              <w:t>هماهنگی</w:t>
            </w:r>
            <w:r w:rsidRPr="00C15401">
              <w:rPr>
                <w:rFonts w:ascii="Tahoma" w:eastAsia="DejaVu Sans" w:hAnsi="Tahoma" w:cs="Tahoma"/>
                <w:sz w:val="19"/>
              </w:rPr>
              <w:t xml:space="preserve"> </w:t>
            </w:r>
            <w:r w:rsidRPr="00C15401">
              <w:rPr>
                <w:rFonts w:ascii="Tahoma" w:eastAsia="DejaVu Sans" w:hAnsi="Tahoma" w:cs="Tahoma"/>
                <w:sz w:val="19"/>
              </w:rPr>
              <w:t>نزدیک</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تبادل</w:t>
            </w:r>
            <w:r w:rsidRPr="00C15401">
              <w:rPr>
                <w:rFonts w:ascii="Tahoma" w:eastAsia="DejaVu Sans" w:hAnsi="Tahoma" w:cs="Tahoma"/>
                <w:sz w:val="19"/>
              </w:rPr>
              <w:t xml:space="preserve"> </w:t>
            </w:r>
            <w:r w:rsidRPr="00C15401">
              <w:rPr>
                <w:rFonts w:ascii="Tahoma" w:eastAsia="DejaVu Sans" w:hAnsi="Tahoma" w:cs="Tahoma"/>
                <w:sz w:val="19"/>
              </w:rPr>
              <w:t>با</w:t>
            </w:r>
            <w:r w:rsidRPr="00C15401">
              <w:rPr>
                <w:rFonts w:ascii="Tahoma" w:eastAsia="DejaVu Sans" w:hAnsi="Tahoma" w:cs="Tahoma"/>
                <w:sz w:val="19"/>
              </w:rPr>
              <w:t xml:space="preserve"> Building BIOS.</w:t>
            </w:r>
          </w:p>
        </w:tc>
      </w:tr>
      <w:tr w:rsidR="005D7765" w:rsidRPr="00C15401" w14:paraId="7D5E1836" w14:textId="77777777">
        <w:trPr>
          <w:cantSplit/>
        </w:trPr>
        <w:tc>
          <w:tcPr>
            <w:tcW w:w="1700" w:type="dxa"/>
            <w:tcMar>
              <w:top w:w="80" w:type="dxa"/>
              <w:left w:w="120" w:type="dxa"/>
              <w:bottom w:w="80" w:type="dxa"/>
              <w:right w:w="120" w:type="dxa"/>
            </w:tcMar>
            <w:vAlign w:val="center"/>
          </w:tcPr>
          <w:p w14:paraId="22637181"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NCM-HYB</w:t>
            </w:r>
          </w:p>
        </w:tc>
        <w:tc>
          <w:tcPr>
            <w:tcW w:w="2400" w:type="dxa"/>
            <w:tcMar>
              <w:top w:w="80" w:type="dxa"/>
              <w:left w:w="120" w:type="dxa"/>
              <w:bottom w:w="80" w:type="dxa"/>
              <w:right w:w="120" w:type="dxa"/>
            </w:tcMar>
            <w:vAlign w:val="center"/>
          </w:tcPr>
          <w:p w14:paraId="5C0632C9"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Hybrid</w:t>
            </w:r>
          </w:p>
        </w:tc>
        <w:tc>
          <w:tcPr>
            <w:tcW w:w="5260" w:type="dxa"/>
            <w:tcMar>
              <w:top w:w="80" w:type="dxa"/>
              <w:left w:w="120" w:type="dxa"/>
              <w:bottom w:w="80" w:type="dxa"/>
              <w:right w:w="120" w:type="dxa"/>
            </w:tcMar>
            <w:vAlign w:val="center"/>
          </w:tcPr>
          <w:p w14:paraId="74D72973"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ترکیب</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w:t>
            </w:r>
            <w:r w:rsidRPr="00C15401">
              <w:rPr>
                <w:rFonts w:ascii="Tahoma" w:eastAsia="DejaVu Sans" w:hAnsi="Tahoma" w:cs="Tahoma"/>
                <w:sz w:val="19"/>
              </w:rPr>
              <w:t>شده</w:t>
            </w:r>
            <w:r w:rsidRPr="00C15401">
              <w:rPr>
                <w:rFonts w:ascii="Tahoma" w:eastAsia="DejaVu Sans" w:hAnsi="Tahoma" w:cs="Tahoma"/>
                <w:sz w:val="19"/>
              </w:rPr>
              <w:t xml:space="preserve"> </w:t>
            </w:r>
            <w:r w:rsidRPr="00C15401">
              <w:rPr>
                <w:rFonts w:ascii="Tahoma" w:eastAsia="DejaVu Sans" w:hAnsi="Tahoma" w:cs="Tahoma"/>
                <w:sz w:val="19"/>
              </w:rPr>
              <w:t>چند</w:t>
            </w:r>
            <w:r w:rsidRPr="00C15401">
              <w:rPr>
                <w:rFonts w:ascii="Tahoma" w:eastAsia="DejaVu Sans" w:hAnsi="Tahoma" w:cs="Tahoma"/>
                <w:sz w:val="19"/>
              </w:rPr>
              <w:t xml:space="preserve"> </w:t>
            </w:r>
            <w:r w:rsidRPr="00C15401">
              <w:rPr>
                <w:rFonts w:ascii="Tahoma" w:eastAsia="DejaVu Sans" w:hAnsi="Tahoma" w:cs="Tahoma"/>
                <w:sz w:val="19"/>
              </w:rPr>
              <w:t>قابلیت</w:t>
            </w:r>
            <w:r w:rsidRPr="00C15401">
              <w:rPr>
                <w:rFonts w:ascii="Tahoma" w:eastAsia="DejaVu Sans" w:hAnsi="Tahoma" w:cs="Tahoma"/>
                <w:sz w:val="19"/>
              </w:rPr>
              <w:t xml:space="preserve"> </w:t>
            </w:r>
            <w:r w:rsidRPr="00C15401">
              <w:rPr>
                <w:rFonts w:ascii="Tahoma" w:eastAsia="DejaVu Sans" w:hAnsi="Tahoma" w:cs="Tahoma"/>
                <w:sz w:val="19"/>
              </w:rPr>
              <w:t>در</w:t>
            </w:r>
            <w:r w:rsidRPr="00C15401">
              <w:rPr>
                <w:rFonts w:ascii="Tahoma" w:eastAsia="DejaVu Sans" w:hAnsi="Tahoma" w:cs="Tahoma"/>
                <w:sz w:val="19"/>
              </w:rPr>
              <w:t xml:space="preserve"> </w:t>
            </w:r>
            <w:r w:rsidRPr="00C15401">
              <w:rPr>
                <w:rFonts w:ascii="Tahoma" w:eastAsia="DejaVu Sans" w:hAnsi="Tahoma" w:cs="Tahoma"/>
                <w:sz w:val="19"/>
              </w:rPr>
              <w:t>یک</w:t>
            </w:r>
            <w:r w:rsidRPr="00C15401">
              <w:rPr>
                <w:rFonts w:ascii="Tahoma" w:eastAsia="DejaVu Sans" w:hAnsi="Tahoma" w:cs="Tahoma"/>
                <w:sz w:val="19"/>
              </w:rPr>
              <w:t xml:space="preserve"> </w:t>
            </w:r>
            <w:r w:rsidRPr="00C15401">
              <w:rPr>
                <w:rFonts w:ascii="Tahoma" w:eastAsia="DejaVu Sans" w:hAnsi="Tahoma" w:cs="Tahoma"/>
                <w:sz w:val="19"/>
              </w:rPr>
              <w:t>ماژول</w:t>
            </w:r>
            <w:r w:rsidRPr="00C15401">
              <w:rPr>
                <w:rFonts w:ascii="Tahoma" w:eastAsia="DejaVu Sans" w:hAnsi="Tahoma" w:cs="Tahoma"/>
                <w:sz w:val="19"/>
              </w:rPr>
              <w:t xml:space="preserve"> </w:t>
            </w:r>
            <w:r w:rsidRPr="00C15401">
              <w:rPr>
                <w:rFonts w:ascii="Tahoma" w:eastAsia="DejaVu Sans" w:hAnsi="Tahoma" w:cs="Tahoma"/>
                <w:sz w:val="19"/>
              </w:rPr>
              <w:t>برای</w:t>
            </w:r>
            <w:r w:rsidRPr="00C15401">
              <w:rPr>
                <w:rFonts w:ascii="Tahoma" w:eastAsia="DejaVu Sans" w:hAnsi="Tahoma" w:cs="Tahoma"/>
                <w:sz w:val="19"/>
              </w:rPr>
              <w:t xml:space="preserve"> </w:t>
            </w:r>
            <w:r w:rsidRPr="00C15401">
              <w:rPr>
                <w:rFonts w:ascii="Tahoma" w:eastAsia="DejaVu Sans" w:hAnsi="Tahoma" w:cs="Tahoma"/>
                <w:sz w:val="19"/>
              </w:rPr>
              <w:t>کاربردهای</w:t>
            </w:r>
            <w:r w:rsidRPr="00C15401">
              <w:rPr>
                <w:rFonts w:ascii="Tahoma" w:eastAsia="DejaVu Sans" w:hAnsi="Tahoma" w:cs="Tahoma"/>
                <w:sz w:val="19"/>
              </w:rPr>
              <w:t xml:space="preserve"> </w:t>
            </w:r>
            <w:r w:rsidRPr="00C15401">
              <w:rPr>
                <w:rFonts w:ascii="Tahoma" w:eastAsia="DejaVu Sans" w:hAnsi="Tahoma" w:cs="Tahoma"/>
                <w:sz w:val="19"/>
              </w:rPr>
              <w:t>خاص</w:t>
            </w:r>
            <w:r w:rsidRPr="00C15401">
              <w:rPr>
                <w:rFonts w:ascii="Tahoma" w:eastAsia="DejaVu Sans" w:hAnsi="Tahoma" w:cs="Tahoma"/>
                <w:sz w:val="19"/>
              </w:rPr>
              <w:t>.</w:t>
            </w:r>
          </w:p>
        </w:tc>
      </w:tr>
      <w:tr w:rsidR="005D7765" w:rsidRPr="00C15401" w14:paraId="6BAED4BD" w14:textId="77777777">
        <w:trPr>
          <w:cantSplit/>
        </w:trPr>
        <w:tc>
          <w:tcPr>
            <w:tcW w:w="1700" w:type="dxa"/>
            <w:tcMar>
              <w:top w:w="80" w:type="dxa"/>
              <w:left w:w="120" w:type="dxa"/>
              <w:bottom w:w="80" w:type="dxa"/>
              <w:right w:w="120" w:type="dxa"/>
            </w:tcMar>
            <w:vAlign w:val="center"/>
          </w:tcPr>
          <w:p w14:paraId="1DD3BE24"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NCM-AVP</w:t>
            </w:r>
          </w:p>
        </w:tc>
        <w:tc>
          <w:tcPr>
            <w:tcW w:w="2400" w:type="dxa"/>
            <w:tcMar>
              <w:top w:w="80" w:type="dxa"/>
              <w:left w:w="120" w:type="dxa"/>
              <w:bottom w:w="80" w:type="dxa"/>
              <w:right w:w="120" w:type="dxa"/>
            </w:tcMar>
            <w:vAlign w:val="center"/>
          </w:tcPr>
          <w:p w14:paraId="5F321B8E"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Audio-Visual Projection</w:t>
            </w:r>
          </w:p>
        </w:tc>
        <w:tc>
          <w:tcPr>
            <w:tcW w:w="5260" w:type="dxa"/>
            <w:tcMar>
              <w:top w:w="80" w:type="dxa"/>
              <w:left w:w="120" w:type="dxa"/>
              <w:bottom w:w="80" w:type="dxa"/>
              <w:right w:w="120" w:type="dxa"/>
            </w:tcMar>
            <w:vAlign w:val="center"/>
          </w:tcPr>
          <w:p w14:paraId="2058046F"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پروژکتور،</w:t>
            </w:r>
            <w:r w:rsidRPr="00C15401">
              <w:rPr>
                <w:rFonts w:ascii="Tahoma" w:eastAsia="DejaVu Sans" w:hAnsi="Tahoma" w:cs="Tahoma"/>
                <w:sz w:val="19"/>
              </w:rPr>
              <w:t xml:space="preserve"> </w:t>
            </w:r>
            <w:r w:rsidRPr="00C15401">
              <w:rPr>
                <w:rFonts w:ascii="Tahoma" w:eastAsia="DejaVu Sans" w:hAnsi="Tahoma" w:cs="Tahoma"/>
                <w:sz w:val="19"/>
              </w:rPr>
              <w:t>صوت،</w:t>
            </w:r>
            <w:r w:rsidRPr="00C15401">
              <w:rPr>
                <w:rFonts w:ascii="Tahoma" w:eastAsia="DejaVu Sans" w:hAnsi="Tahoma" w:cs="Tahoma"/>
                <w:sz w:val="19"/>
              </w:rPr>
              <w:t xml:space="preserve"> </w:t>
            </w:r>
            <w:r w:rsidRPr="00C15401">
              <w:rPr>
                <w:rFonts w:ascii="Tahoma" w:eastAsia="DejaVu Sans" w:hAnsi="Tahoma" w:cs="Tahoma"/>
                <w:sz w:val="19"/>
              </w:rPr>
              <w:t>دوربین،</w:t>
            </w:r>
            <w:r w:rsidRPr="00C15401">
              <w:rPr>
                <w:rFonts w:ascii="Tahoma" w:eastAsia="DejaVu Sans" w:hAnsi="Tahoma" w:cs="Tahoma"/>
                <w:sz w:val="19"/>
              </w:rPr>
              <w:t xml:space="preserve"> </w:t>
            </w:r>
            <w:r w:rsidRPr="00C15401">
              <w:rPr>
                <w:rFonts w:ascii="Tahoma" w:eastAsia="DejaVu Sans" w:hAnsi="Tahoma" w:cs="Tahoma"/>
                <w:sz w:val="19"/>
              </w:rPr>
              <w:t>میکروفن،</w:t>
            </w:r>
            <w:r w:rsidRPr="00C15401">
              <w:rPr>
                <w:rFonts w:ascii="Tahoma" w:eastAsia="DejaVu Sans" w:hAnsi="Tahoma" w:cs="Tahoma"/>
                <w:sz w:val="19"/>
              </w:rPr>
              <w:t xml:space="preserve"> </w:t>
            </w:r>
            <w:r w:rsidRPr="00C15401">
              <w:rPr>
                <w:rFonts w:ascii="Tahoma" w:eastAsia="DejaVu Sans" w:hAnsi="Tahoma" w:cs="Tahoma"/>
                <w:sz w:val="19"/>
              </w:rPr>
              <w:t>اصلاح</w:t>
            </w:r>
            <w:r w:rsidRPr="00C15401">
              <w:rPr>
                <w:rFonts w:ascii="Tahoma" w:eastAsia="DejaVu Sans" w:hAnsi="Tahoma" w:cs="Tahoma"/>
                <w:sz w:val="19"/>
              </w:rPr>
              <w:t xml:space="preserve"> </w:t>
            </w:r>
            <w:r w:rsidRPr="00C15401">
              <w:rPr>
                <w:rFonts w:ascii="Tahoma" w:eastAsia="DejaVu Sans" w:hAnsi="Tahoma" w:cs="Tahoma"/>
                <w:sz w:val="19"/>
              </w:rPr>
              <w:t>تصویر</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تبدیل</w:t>
            </w:r>
            <w:r w:rsidRPr="00C15401">
              <w:rPr>
                <w:rFonts w:ascii="Tahoma" w:eastAsia="DejaVu Sans" w:hAnsi="Tahoma" w:cs="Tahoma"/>
                <w:sz w:val="19"/>
              </w:rPr>
              <w:t xml:space="preserve"> </w:t>
            </w:r>
            <w:r w:rsidRPr="00C15401">
              <w:rPr>
                <w:rFonts w:ascii="Tahoma" w:eastAsia="DejaVu Sans" w:hAnsi="Tahoma" w:cs="Tahoma"/>
                <w:sz w:val="19"/>
              </w:rPr>
              <w:t>سطح</w:t>
            </w:r>
            <w:r w:rsidRPr="00C15401">
              <w:rPr>
                <w:rFonts w:ascii="Tahoma" w:eastAsia="DejaVu Sans" w:hAnsi="Tahoma" w:cs="Tahoma"/>
                <w:sz w:val="19"/>
              </w:rPr>
              <w:t xml:space="preserve"> </w:t>
            </w:r>
            <w:r w:rsidRPr="00C15401">
              <w:rPr>
                <w:rFonts w:ascii="Tahoma" w:eastAsia="DejaVu Sans" w:hAnsi="Tahoma" w:cs="Tahoma"/>
                <w:sz w:val="19"/>
              </w:rPr>
              <w:t>دیوار</w:t>
            </w:r>
            <w:r w:rsidRPr="00C15401">
              <w:rPr>
                <w:rFonts w:ascii="Tahoma" w:eastAsia="DejaVu Sans" w:hAnsi="Tahoma" w:cs="Tahoma"/>
                <w:sz w:val="19"/>
              </w:rPr>
              <w:t xml:space="preserve"> </w:t>
            </w:r>
            <w:r w:rsidRPr="00C15401">
              <w:rPr>
                <w:rFonts w:ascii="Tahoma" w:eastAsia="DejaVu Sans" w:hAnsi="Tahoma" w:cs="Tahoma"/>
                <w:sz w:val="19"/>
              </w:rPr>
              <w:t>به</w:t>
            </w:r>
            <w:r w:rsidRPr="00C15401">
              <w:rPr>
                <w:rFonts w:ascii="Tahoma" w:eastAsia="DejaVu Sans" w:hAnsi="Tahoma" w:cs="Tahoma"/>
                <w:sz w:val="19"/>
              </w:rPr>
              <w:t xml:space="preserve"> </w:t>
            </w:r>
            <w:r w:rsidRPr="00C15401">
              <w:rPr>
                <w:rFonts w:ascii="Tahoma" w:eastAsia="DejaVu Sans" w:hAnsi="Tahoma" w:cs="Tahoma"/>
                <w:sz w:val="19"/>
              </w:rPr>
              <w:t>رابط</w:t>
            </w:r>
            <w:r w:rsidRPr="00C15401">
              <w:rPr>
                <w:rFonts w:ascii="Tahoma" w:eastAsia="DejaVu Sans" w:hAnsi="Tahoma" w:cs="Tahoma"/>
                <w:sz w:val="19"/>
              </w:rPr>
              <w:t xml:space="preserve"> </w:t>
            </w:r>
            <w:r w:rsidRPr="00C15401">
              <w:rPr>
                <w:rFonts w:ascii="Tahoma" w:eastAsia="DejaVu Sans" w:hAnsi="Tahoma" w:cs="Tahoma"/>
                <w:sz w:val="19"/>
              </w:rPr>
              <w:t>نمایشی</w:t>
            </w:r>
            <w:r w:rsidRPr="00C15401">
              <w:rPr>
                <w:rFonts w:ascii="Tahoma" w:eastAsia="DejaVu Sans" w:hAnsi="Tahoma" w:cs="Tahoma"/>
                <w:sz w:val="19"/>
              </w:rPr>
              <w:t xml:space="preserve"> </w:t>
            </w:r>
            <w:r w:rsidRPr="00C15401">
              <w:rPr>
                <w:rFonts w:ascii="Tahoma" w:eastAsia="DejaVu Sans" w:hAnsi="Tahoma" w:cs="Tahoma"/>
                <w:sz w:val="19"/>
              </w:rPr>
              <w:t>یا</w:t>
            </w:r>
            <w:r w:rsidRPr="00C15401">
              <w:rPr>
                <w:rFonts w:ascii="Tahoma" w:eastAsia="DejaVu Sans" w:hAnsi="Tahoma" w:cs="Tahoma"/>
                <w:sz w:val="19"/>
              </w:rPr>
              <w:t xml:space="preserve"> </w:t>
            </w:r>
            <w:r w:rsidRPr="00C15401">
              <w:rPr>
                <w:rFonts w:ascii="Tahoma" w:eastAsia="DejaVu Sans" w:hAnsi="Tahoma" w:cs="Tahoma"/>
                <w:sz w:val="19"/>
              </w:rPr>
              <w:t>سینمای</w:t>
            </w:r>
            <w:r w:rsidRPr="00C15401">
              <w:rPr>
                <w:rFonts w:ascii="Tahoma" w:eastAsia="DejaVu Sans" w:hAnsi="Tahoma" w:cs="Tahoma"/>
                <w:sz w:val="19"/>
              </w:rPr>
              <w:t xml:space="preserve"> </w:t>
            </w:r>
            <w:r w:rsidRPr="00C15401">
              <w:rPr>
                <w:rFonts w:ascii="Tahoma" w:eastAsia="DejaVu Sans" w:hAnsi="Tahoma" w:cs="Tahoma"/>
                <w:sz w:val="19"/>
              </w:rPr>
              <w:t>خانگی</w:t>
            </w:r>
            <w:r w:rsidRPr="00C15401">
              <w:rPr>
                <w:rFonts w:ascii="Tahoma" w:eastAsia="DejaVu Sans" w:hAnsi="Tahoma" w:cs="Tahoma"/>
                <w:sz w:val="19"/>
              </w:rPr>
              <w:t>.</w:t>
            </w:r>
          </w:p>
        </w:tc>
      </w:tr>
      <w:tr w:rsidR="005D7765" w:rsidRPr="00C15401" w14:paraId="7D135DEE" w14:textId="77777777">
        <w:trPr>
          <w:cantSplit/>
        </w:trPr>
        <w:tc>
          <w:tcPr>
            <w:tcW w:w="1700" w:type="dxa"/>
            <w:tcMar>
              <w:top w:w="80" w:type="dxa"/>
              <w:left w:w="120" w:type="dxa"/>
              <w:bottom w:w="80" w:type="dxa"/>
              <w:right w:w="120" w:type="dxa"/>
            </w:tcMar>
            <w:vAlign w:val="center"/>
          </w:tcPr>
          <w:p w14:paraId="2D243C44"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NCM-CARE</w:t>
            </w:r>
          </w:p>
        </w:tc>
        <w:tc>
          <w:tcPr>
            <w:tcW w:w="2400" w:type="dxa"/>
            <w:tcMar>
              <w:top w:w="80" w:type="dxa"/>
              <w:left w:w="120" w:type="dxa"/>
              <w:bottom w:w="80" w:type="dxa"/>
              <w:right w:w="120" w:type="dxa"/>
            </w:tcMar>
            <w:vAlign w:val="center"/>
          </w:tcPr>
          <w:p w14:paraId="6228BBDE"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Care &amp; Safety</w:t>
            </w:r>
          </w:p>
        </w:tc>
        <w:tc>
          <w:tcPr>
            <w:tcW w:w="5260" w:type="dxa"/>
            <w:tcMar>
              <w:top w:w="80" w:type="dxa"/>
              <w:left w:w="120" w:type="dxa"/>
              <w:bottom w:w="80" w:type="dxa"/>
              <w:right w:w="120" w:type="dxa"/>
            </w:tcMar>
            <w:vAlign w:val="center"/>
          </w:tcPr>
          <w:p w14:paraId="4FBC123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مراقبت</w:t>
            </w:r>
            <w:r w:rsidRPr="00C15401">
              <w:rPr>
                <w:rFonts w:ascii="Tahoma" w:eastAsia="DejaVu Sans" w:hAnsi="Tahoma" w:cs="Tahoma"/>
                <w:sz w:val="19"/>
              </w:rPr>
              <w:t xml:space="preserve"> </w:t>
            </w:r>
            <w:r w:rsidRPr="00C15401">
              <w:rPr>
                <w:rFonts w:ascii="Tahoma" w:eastAsia="DejaVu Sans" w:hAnsi="Tahoma" w:cs="Tahoma"/>
                <w:sz w:val="19"/>
              </w:rPr>
              <w:t>عمومی</w:t>
            </w:r>
            <w:r w:rsidRPr="00C15401">
              <w:rPr>
                <w:rFonts w:ascii="Tahoma" w:eastAsia="DejaVu Sans" w:hAnsi="Tahoma" w:cs="Tahoma"/>
                <w:sz w:val="19"/>
              </w:rPr>
              <w:t xml:space="preserve"> </w:t>
            </w:r>
            <w:r w:rsidRPr="00C15401">
              <w:rPr>
                <w:rFonts w:ascii="Tahoma" w:eastAsia="DejaVu Sans" w:hAnsi="Tahoma" w:cs="Tahoma"/>
                <w:sz w:val="19"/>
              </w:rPr>
              <w:t>از</w:t>
            </w:r>
            <w:r w:rsidRPr="00C15401">
              <w:rPr>
                <w:rFonts w:ascii="Tahoma" w:eastAsia="DejaVu Sans" w:hAnsi="Tahoma" w:cs="Tahoma"/>
                <w:sz w:val="19"/>
              </w:rPr>
              <w:t xml:space="preserve"> </w:t>
            </w:r>
            <w:r w:rsidRPr="00C15401">
              <w:rPr>
                <w:rFonts w:ascii="Tahoma" w:eastAsia="DejaVu Sans" w:hAnsi="Tahoma" w:cs="Tahoma"/>
                <w:sz w:val="19"/>
              </w:rPr>
              <w:t>سالمند،</w:t>
            </w:r>
            <w:r w:rsidRPr="00C15401">
              <w:rPr>
                <w:rFonts w:ascii="Tahoma" w:eastAsia="DejaVu Sans" w:hAnsi="Tahoma" w:cs="Tahoma"/>
                <w:sz w:val="19"/>
              </w:rPr>
              <w:t xml:space="preserve"> </w:t>
            </w:r>
            <w:r w:rsidRPr="00C15401">
              <w:rPr>
                <w:rFonts w:ascii="Tahoma" w:eastAsia="DejaVu Sans" w:hAnsi="Tahoma" w:cs="Tahoma"/>
                <w:sz w:val="19"/>
              </w:rPr>
              <w:t>کودک</w:t>
            </w:r>
            <w:r w:rsidRPr="00C15401">
              <w:rPr>
                <w:rFonts w:ascii="Tahoma" w:eastAsia="DejaVu Sans" w:hAnsi="Tahoma" w:cs="Tahoma"/>
                <w:sz w:val="19"/>
              </w:rPr>
              <w:t xml:space="preserve"> </w:t>
            </w:r>
            <w:r w:rsidRPr="00C15401">
              <w:rPr>
                <w:rFonts w:ascii="Tahoma" w:eastAsia="DejaVu Sans" w:hAnsi="Tahoma" w:cs="Tahoma"/>
                <w:sz w:val="19"/>
              </w:rPr>
              <w:t>یا</w:t>
            </w:r>
            <w:r w:rsidRPr="00C15401">
              <w:rPr>
                <w:rFonts w:ascii="Tahoma" w:eastAsia="DejaVu Sans" w:hAnsi="Tahoma" w:cs="Tahoma"/>
                <w:sz w:val="19"/>
              </w:rPr>
              <w:t xml:space="preserve"> </w:t>
            </w:r>
            <w:r w:rsidRPr="00C15401">
              <w:rPr>
                <w:rFonts w:ascii="Tahoma" w:eastAsia="DejaVu Sans" w:hAnsi="Tahoma" w:cs="Tahoma"/>
                <w:sz w:val="19"/>
              </w:rPr>
              <w:t>بیمار؛</w:t>
            </w:r>
            <w:r w:rsidRPr="00C15401">
              <w:rPr>
                <w:rFonts w:ascii="Tahoma" w:eastAsia="DejaVu Sans" w:hAnsi="Tahoma" w:cs="Tahoma"/>
                <w:sz w:val="19"/>
              </w:rPr>
              <w:t xml:space="preserve"> </w:t>
            </w:r>
            <w:r w:rsidRPr="00C15401">
              <w:rPr>
                <w:rFonts w:ascii="Tahoma" w:eastAsia="DejaVu Sans" w:hAnsi="Tahoma" w:cs="Tahoma"/>
                <w:sz w:val="19"/>
              </w:rPr>
              <w:t>تشخیص</w:t>
            </w:r>
            <w:r w:rsidRPr="00C15401">
              <w:rPr>
                <w:rFonts w:ascii="Tahoma" w:eastAsia="DejaVu Sans" w:hAnsi="Tahoma" w:cs="Tahoma"/>
                <w:sz w:val="19"/>
              </w:rPr>
              <w:t xml:space="preserve"> </w:t>
            </w:r>
            <w:r w:rsidRPr="00C15401">
              <w:rPr>
                <w:rFonts w:ascii="Tahoma" w:eastAsia="DejaVu Sans" w:hAnsi="Tahoma" w:cs="Tahoma"/>
                <w:sz w:val="19"/>
              </w:rPr>
              <w:t>افتادن</w:t>
            </w:r>
            <w:r w:rsidRPr="00C15401">
              <w:rPr>
                <w:rFonts w:ascii="Tahoma" w:eastAsia="DejaVu Sans" w:hAnsi="Tahoma" w:cs="Tahoma"/>
                <w:sz w:val="19"/>
              </w:rPr>
              <w:t xml:space="preserve"> </w:t>
            </w:r>
            <w:r w:rsidRPr="00C15401">
              <w:rPr>
                <w:rFonts w:ascii="Tahoma" w:eastAsia="DejaVu Sans" w:hAnsi="Tahoma" w:cs="Tahoma"/>
                <w:sz w:val="19"/>
              </w:rPr>
              <w:t>یا</w:t>
            </w:r>
            <w:r w:rsidRPr="00C15401">
              <w:rPr>
                <w:rFonts w:ascii="Tahoma" w:eastAsia="DejaVu Sans" w:hAnsi="Tahoma" w:cs="Tahoma"/>
                <w:sz w:val="19"/>
              </w:rPr>
              <w:t xml:space="preserve"> </w:t>
            </w:r>
            <w:r w:rsidRPr="00C15401">
              <w:rPr>
                <w:rFonts w:ascii="Tahoma" w:eastAsia="DejaVu Sans" w:hAnsi="Tahoma" w:cs="Tahoma"/>
                <w:sz w:val="19"/>
              </w:rPr>
              <w:t>بی</w:t>
            </w:r>
            <w:r w:rsidRPr="00C15401">
              <w:rPr>
                <w:rFonts w:ascii="Tahoma" w:eastAsia="DejaVu Sans" w:hAnsi="Tahoma" w:cs="Tahoma"/>
                <w:sz w:val="19"/>
              </w:rPr>
              <w:t>‌</w:t>
            </w:r>
            <w:r w:rsidRPr="00C15401">
              <w:rPr>
                <w:rFonts w:ascii="Tahoma" w:eastAsia="DejaVu Sans" w:hAnsi="Tahoma" w:cs="Tahoma"/>
                <w:sz w:val="19"/>
              </w:rPr>
              <w:t>حرکتی؛</w:t>
            </w:r>
            <w:r w:rsidRPr="00C15401">
              <w:rPr>
                <w:rFonts w:ascii="Tahoma" w:eastAsia="DejaVu Sans" w:hAnsi="Tahoma" w:cs="Tahoma"/>
                <w:sz w:val="19"/>
              </w:rPr>
              <w:t xml:space="preserve"> </w:t>
            </w:r>
            <w:r w:rsidRPr="00C15401">
              <w:rPr>
                <w:rFonts w:ascii="Tahoma" w:eastAsia="DejaVu Sans" w:hAnsi="Tahoma" w:cs="Tahoma"/>
                <w:sz w:val="19"/>
              </w:rPr>
              <w:t>یادآوری؛</w:t>
            </w:r>
            <w:r w:rsidRPr="00C15401">
              <w:rPr>
                <w:rFonts w:ascii="Tahoma" w:eastAsia="DejaVu Sans" w:hAnsi="Tahoma" w:cs="Tahoma"/>
                <w:sz w:val="19"/>
              </w:rPr>
              <w:t xml:space="preserve"> </w:t>
            </w:r>
            <w:r w:rsidRPr="00C15401">
              <w:rPr>
                <w:rFonts w:ascii="Tahoma" w:eastAsia="DejaVu Sans" w:hAnsi="Tahoma" w:cs="Tahoma"/>
                <w:sz w:val="19"/>
              </w:rPr>
              <w:t>ارتباط</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درخواست</w:t>
            </w:r>
            <w:r w:rsidRPr="00C15401">
              <w:rPr>
                <w:rFonts w:ascii="Tahoma" w:eastAsia="DejaVu Sans" w:hAnsi="Tahoma" w:cs="Tahoma"/>
                <w:sz w:val="19"/>
              </w:rPr>
              <w:t xml:space="preserve"> </w:t>
            </w:r>
            <w:r w:rsidRPr="00C15401">
              <w:rPr>
                <w:rFonts w:ascii="Tahoma" w:eastAsia="DejaVu Sans" w:hAnsi="Tahoma" w:cs="Tahoma"/>
                <w:sz w:val="19"/>
              </w:rPr>
              <w:t>کمک،</w:t>
            </w:r>
            <w:r w:rsidRPr="00C15401">
              <w:rPr>
                <w:rFonts w:ascii="Tahoma" w:eastAsia="DejaVu Sans" w:hAnsi="Tahoma" w:cs="Tahoma"/>
                <w:sz w:val="19"/>
              </w:rPr>
              <w:t xml:space="preserve"> </w:t>
            </w:r>
            <w:r w:rsidRPr="00C15401">
              <w:rPr>
                <w:rFonts w:ascii="Tahoma" w:eastAsia="DejaVu Sans" w:hAnsi="Tahoma" w:cs="Tahoma"/>
                <w:sz w:val="19"/>
              </w:rPr>
              <w:t>بدون</w:t>
            </w:r>
            <w:r w:rsidRPr="00C15401">
              <w:rPr>
                <w:rFonts w:ascii="Tahoma" w:eastAsia="DejaVu Sans" w:hAnsi="Tahoma" w:cs="Tahoma"/>
                <w:sz w:val="19"/>
              </w:rPr>
              <w:t xml:space="preserve"> </w:t>
            </w:r>
            <w:r w:rsidRPr="00C15401">
              <w:rPr>
                <w:rFonts w:ascii="Tahoma" w:eastAsia="DejaVu Sans" w:hAnsi="Tahoma" w:cs="Tahoma"/>
                <w:sz w:val="19"/>
              </w:rPr>
              <w:t>ادعای</w:t>
            </w:r>
            <w:r w:rsidRPr="00C15401">
              <w:rPr>
                <w:rFonts w:ascii="Tahoma" w:eastAsia="DejaVu Sans" w:hAnsi="Tahoma" w:cs="Tahoma"/>
                <w:sz w:val="19"/>
              </w:rPr>
              <w:t xml:space="preserve"> </w:t>
            </w:r>
            <w:r w:rsidRPr="00C15401">
              <w:rPr>
                <w:rFonts w:ascii="Tahoma" w:eastAsia="DejaVu Sans" w:hAnsi="Tahoma" w:cs="Tahoma"/>
                <w:sz w:val="19"/>
              </w:rPr>
              <w:t>تشخیص</w:t>
            </w:r>
            <w:r w:rsidRPr="00C15401">
              <w:rPr>
                <w:rFonts w:ascii="Tahoma" w:eastAsia="DejaVu Sans" w:hAnsi="Tahoma" w:cs="Tahoma"/>
                <w:sz w:val="19"/>
              </w:rPr>
              <w:t xml:space="preserve"> </w:t>
            </w:r>
            <w:r w:rsidRPr="00C15401">
              <w:rPr>
                <w:rFonts w:ascii="Tahoma" w:eastAsia="DejaVu Sans" w:hAnsi="Tahoma" w:cs="Tahoma"/>
                <w:sz w:val="19"/>
              </w:rPr>
              <w:t>پزشکی</w:t>
            </w:r>
            <w:r w:rsidRPr="00C15401">
              <w:rPr>
                <w:rFonts w:ascii="Tahoma" w:eastAsia="DejaVu Sans" w:hAnsi="Tahoma" w:cs="Tahoma"/>
                <w:sz w:val="19"/>
              </w:rPr>
              <w:t>.</w:t>
            </w:r>
          </w:p>
        </w:tc>
      </w:tr>
      <w:tr w:rsidR="005D7765" w:rsidRPr="00C15401" w14:paraId="017F94B5" w14:textId="77777777">
        <w:trPr>
          <w:cantSplit/>
        </w:trPr>
        <w:tc>
          <w:tcPr>
            <w:tcW w:w="1700" w:type="dxa"/>
            <w:tcMar>
              <w:top w:w="80" w:type="dxa"/>
              <w:left w:w="120" w:type="dxa"/>
              <w:bottom w:w="80" w:type="dxa"/>
              <w:right w:w="120" w:type="dxa"/>
            </w:tcMar>
            <w:vAlign w:val="center"/>
          </w:tcPr>
          <w:p w14:paraId="6B077C21"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NCM-MED</w:t>
            </w:r>
          </w:p>
        </w:tc>
        <w:tc>
          <w:tcPr>
            <w:tcW w:w="2400" w:type="dxa"/>
            <w:tcMar>
              <w:top w:w="80" w:type="dxa"/>
              <w:left w:w="120" w:type="dxa"/>
              <w:bottom w:w="80" w:type="dxa"/>
              <w:right w:w="120" w:type="dxa"/>
            </w:tcMar>
            <w:vAlign w:val="center"/>
          </w:tcPr>
          <w:p w14:paraId="1931E3D2"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Certified Medical</w:t>
            </w:r>
          </w:p>
        </w:tc>
        <w:tc>
          <w:tcPr>
            <w:tcW w:w="5260" w:type="dxa"/>
            <w:tcMar>
              <w:top w:w="80" w:type="dxa"/>
              <w:left w:w="120" w:type="dxa"/>
              <w:bottom w:w="80" w:type="dxa"/>
              <w:right w:w="120" w:type="dxa"/>
            </w:tcMar>
            <w:vAlign w:val="center"/>
          </w:tcPr>
          <w:p w14:paraId="29FD9D12"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پایش</w:t>
            </w:r>
            <w:r w:rsidRPr="00C15401">
              <w:rPr>
                <w:rFonts w:ascii="Tahoma" w:eastAsia="DejaVu Sans" w:hAnsi="Tahoma" w:cs="Tahoma"/>
                <w:sz w:val="19"/>
              </w:rPr>
              <w:t xml:space="preserve"> </w:t>
            </w:r>
            <w:r w:rsidRPr="00C15401">
              <w:rPr>
                <w:rFonts w:ascii="Tahoma" w:eastAsia="DejaVu Sans" w:hAnsi="Tahoma" w:cs="Tahoma"/>
                <w:sz w:val="19"/>
              </w:rPr>
              <w:t>پزشکی</w:t>
            </w:r>
            <w:r w:rsidRPr="00C15401">
              <w:rPr>
                <w:rFonts w:ascii="Tahoma" w:eastAsia="DejaVu Sans" w:hAnsi="Tahoma" w:cs="Tahoma"/>
                <w:sz w:val="19"/>
              </w:rPr>
              <w:t xml:space="preserve"> </w:t>
            </w:r>
            <w:r w:rsidRPr="00C15401">
              <w:rPr>
                <w:rFonts w:ascii="Tahoma" w:eastAsia="DejaVu Sans" w:hAnsi="Tahoma" w:cs="Tahoma"/>
                <w:sz w:val="19"/>
              </w:rPr>
              <w:t>از</w:t>
            </w:r>
            <w:r w:rsidRPr="00C15401">
              <w:rPr>
                <w:rFonts w:ascii="Tahoma" w:eastAsia="DejaVu Sans" w:hAnsi="Tahoma" w:cs="Tahoma"/>
                <w:sz w:val="19"/>
              </w:rPr>
              <w:t xml:space="preserve"> </w:t>
            </w:r>
            <w:r w:rsidRPr="00C15401">
              <w:rPr>
                <w:rFonts w:ascii="Tahoma" w:eastAsia="DejaVu Sans" w:hAnsi="Tahoma" w:cs="Tahoma"/>
                <w:sz w:val="19"/>
              </w:rPr>
              <w:t>طریق</w:t>
            </w:r>
            <w:r w:rsidRPr="00C15401">
              <w:rPr>
                <w:rFonts w:ascii="Tahoma" w:eastAsia="DejaVu Sans" w:hAnsi="Tahoma" w:cs="Tahoma"/>
                <w:sz w:val="19"/>
              </w:rPr>
              <w:t xml:space="preserve"> </w:t>
            </w:r>
            <w:r w:rsidRPr="00C15401">
              <w:rPr>
                <w:rFonts w:ascii="Tahoma" w:eastAsia="DejaVu Sans" w:hAnsi="Tahoma" w:cs="Tahoma"/>
                <w:sz w:val="19"/>
              </w:rPr>
              <w:t>تجهیزات</w:t>
            </w:r>
            <w:r w:rsidRPr="00C15401">
              <w:rPr>
                <w:rFonts w:ascii="Tahoma" w:eastAsia="DejaVu Sans" w:hAnsi="Tahoma" w:cs="Tahoma"/>
                <w:sz w:val="19"/>
              </w:rPr>
              <w:t xml:space="preserve"> </w:t>
            </w:r>
            <w:r w:rsidRPr="00C15401">
              <w:rPr>
                <w:rFonts w:ascii="Tahoma" w:eastAsia="DejaVu Sans" w:hAnsi="Tahoma" w:cs="Tahoma"/>
                <w:sz w:val="19"/>
              </w:rPr>
              <w:t>تأییدشده،</w:t>
            </w:r>
            <w:r w:rsidRPr="00C15401">
              <w:rPr>
                <w:rFonts w:ascii="Tahoma" w:eastAsia="DejaVu Sans" w:hAnsi="Tahoma" w:cs="Tahoma"/>
                <w:sz w:val="19"/>
              </w:rPr>
              <w:t xml:space="preserve"> </w:t>
            </w:r>
            <w:r w:rsidRPr="00C15401">
              <w:rPr>
                <w:rFonts w:ascii="Tahoma" w:eastAsia="DejaVu Sans" w:hAnsi="Tahoma" w:cs="Tahoma"/>
                <w:sz w:val="19"/>
              </w:rPr>
              <w:t>تحلیل</w:t>
            </w:r>
            <w:r w:rsidRPr="00C15401">
              <w:rPr>
                <w:rFonts w:ascii="Tahoma" w:eastAsia="DejaVu Sans" w:hAnsi="Tahoma" w:cs="Tahoma"/>
                <w:sz w:val="19"/>
              </w:rPr>
              <w:t xml:space="preserve"> </w:t>
            </w:r>
            <w:r w:rsidRPr="00C15401">
              <w:rPr>
                <w:rFonts w:ascii="Tahoma" w:eastAsia="DejaVu Sans" w:hAnsi="Tahoma" w:cs="Tahoma"/>
                <w:sz w:val="19"/>
              </w:rPr>
              <w:t>مجاز</w:t>
            </w:r>
            <w:r w:rsidRPr="00C15401">
              <w:rPr>
                <w:rFonts w:ascii="Tahoma" w:eastAsia="DejaVu Sans" w:hAnsi="Tahoma" w:cs="Tahoma"/>
                <w:sz w:val="19"/>
              </w:rPr>
              <w:t xml:space="preserve"> </w:t>
            </w:r>
            <w:r w:rsidRPr="00C15401">
              <w:rPr>
                <w:rFonts w:ascii="Tahoma" w:eastAsia="DejaVu Sans" w:hAnsi="Tahoma" w:cs="Tahoma"/>
                <w:sz w:val="19"/>
              </w:rPr>
              <w:t>داده</w:t>
            </w:r>
            <w:r w:rsidRPr="00C15401">
              <w:rPr>
                <w:rFonts w:ascii="Tahoma" w:eastAsia="DejaVu Sans" w:hAnsi="Tahoma" w:cs="Tahoma"/>
                <w:sz w:val="19"/>
              </w:rPr>
              <w:t xml:space="preserve"> </w:t>
            </w:r>
            <w:r w:rsidRPr="00C15401">
              <w:rPr>
                <w:rFonts w:ascii="Tahoma" w:eastAsia="DejaVu Sans" w:hAnsi="Tahoma" w:cs="Tahoma"/>
                <w:sz w:val="19"/>
              </w:rPr>
              <w:t>سلامت</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تشدید</w:t>
            </w:r>
            <w:r w:rsidRPr="00C15401">
              <w:rPr>
                <w:rFonts w:ascii="Tahoma" w:eastAsia="DejaVu Sans" w:hAnsi="Tahoma" w:cs="Tahoma"/>
                <w:sz w:val="19"/>
              </w:rPr>
              <w:t xml:space="preserve"> </w:t>
            </w:r>
            <w:r w:rsidRPr="00C15401">
              <w:rPr>
                <w:rFonts w:ascii="Tahoma" w:eastAsia="DejaVu Sans" w:hAnsi="Tahoma" w:cs="Tahoma"/>
                <w:sz w:val="19"/>
              </w:rPr>
              <w:t>اضطراری</w:t>
            </w:r>
            <w:r w:rsidRPr="00C15401">
              <w:rPr>
                <w:rFonts w:ascii="Tahoma" w:eastAsia="DejaVu Sans" w:hAnsi="Tahoma" w:cs="Tahoma"/>
                <w:sz w:val="19"/>
              </w:rPr>
              <w:t xml:space="preserve"> </w:t>
            </w:r>
            <w:r w:rsidRPr="00C15401">
              <w:rPr>
                <w:rFonts w:ascii="Tahoma" w:eastAsia="DejaVu Sans" w:hAnsi="Tahoma" w:cs="Tahoma"/>
                <w:sz w:val="19"/>
              </w:rPr>
              <w:t>مطابق</w:t>
            </w:r>
            <w:r w:rsidRPr="00C15401">
              <w:rPr>
                <w:rFonts w:ascii="Tahoma" w:eastAsia="DejaVu Sans" w:hAnsi="Tahoma" w:cs="Tahoma"/>
                <w:sz w:val="19"/>
              </w:rPr>
              <w:t xml:space="preserve"> </w:t>
            </w:r>
            <w:r w:rsidRPr="00C15401">
              <w:rPr>
                <w:rFonts w:ascii="Tahoma" w:eastAsia="DejaVu Sans" w:hAnsi="Tahoma" w:cs="Tahoma"/>
                <w:sz w:val="19"/>
              </w:rPr>
              <w:t>پروفایل</w:t>
            </w:r>
            <w:r w:rsidRPr="00C15401">
              <w:rPr>
                <w:rFonts w:ascii="Tahoma" w:eastAsia="DejaVu Sans" w:hAnsi="Tahoma" w:cs="Tahoma"/>
                <w:sz w:val="19"/>
              </w:rPr>
              <w:t xml:space="preserve"> </w:t>
            </w:r>
            <w:r w:rsidRPr="00C15401">
              <w:rPr>
                <w:rFonts w:ascii="Tahoma" w:eastAsia="DejaVu Sans" w:hAnsi="Tahoma" w:cs="Tahoma"/>
                <w:sz w:val="19"/>
              </w:rPr>
              <w:t>گواهی</w:t>
            </w:r>
            <w:r w:rsidRPr="00C15401">
              <w:rPr>
                <w:rFonts w:ascii="Tahoma" w:eastAsia="DejaVu Sans" w:hAnsi="Tahoma" w:cs="Tahoma"/>
                <w:sz w:val="19"/>
              </w:rPr>
              <w:t>‌</w:t>
            </w:r>
            <w:r w:rsidRPr="00C15401">
              <w:rPr>
                <w:rFonts w:ascii="Tahoma" w:eastAsia="DejaVu Sans" w:hAnsi="Tahoma" w:cs="Tahoma"/>
                <w:sz w:val="19"/>
              </w:rPr>
              <w:t>شده</w:t>
            </w:r>
            <w:r w:rsidRPr="00C15401">
              <w:rPr>
                <w:rFonts w:ascii="Tahoma" w:eastAsia="DejaVu Sans" w:hAnsi="Tahoma" w:cs="Tahoma"/>
                <w:sz w:val="19"/>
              </w:rPr>
              <w:t>.</w:t>
            </w:r>
          </w:p>
        </w:tc>
      </w:tr>
      <w:tr w:rsidR="005D7765" w:rsidRPr="00C15401" w14:paraId="6948F3B7" w14:textId="77777777">
        <w:trPr>
          <w:cantSplit/>
        </w:trPr>
        <w:tc>
          <w:tcPr>
            <w:tcW w:w="1700" w:type="dxa"/>
            <w:tcMar>
              <w:top w:w="80" w:type="dxa"/>
              <w:left w:w="120" w:type="dxa"/>
              <w:bottom w:w="80" w:type="dxa"/>
              <w:right w:w="120" w:type="dxa"/>
            </w:tcMar>
            <w:vAlign w:val="center"/>
          </w:tcPr>
          <w:p w14:paraId="16789D14"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NCM-CORE</w:t>
            </w:r>
          </w:p>
        </w:tc>
        <w:tc>
          <w:tcPr>
            <w:tcW w:w="2400" w:type="dxa"/>
            <w:tcMar>
              <w:top w:w="80" w:type="dxa"/>
              <w:left w:w="120" w:type="dxa"/>
              <w:bottom w:w="80" w:type="dxa"/>
              <w:right w:w="120" w:type="dxa"/>
            </w:tcMar>
            <w:vAlign w:val="center"/>
          </w:tcPr>
          <w:p w14:paraId="2C2EBA0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Central Intelligence, BIOS &amp; Recovery</w:t>
            </w:r>
          </w:p>
        </w:tc>
        <w:tc>
          <w:tcPr>
            <w:tcW w:w="5260" w:type="dxa"/>
            <w:tcMar>
              <w:top w:w="80" w:type="dxa"/>
              <w:left w:w="120" w:type="dxa"/>
              <w:bottom w:w="80" w:type="dxa"/>
              <w:right w:w="120" w:type="dxa"/>
            </w:tcMar>
            <w:vAlign w:val="center"/>
          </w:tcPr>
          <w:p w14:paraId="17A3282D"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هماهنگی</w:t>
            </w:r>
            <w:r w:rsidRPr="00C15401">
              <w:rPr>
                <w:rFonts w:ascii="Tahoma" w:eastAsia="DejaVu Sans" w:hAnsi="Tahoma" w:cs="Tahoma"/>
                <w:sz w:val="19"/>
              </w:rPr>
              <w:t xml:space="preserve"> </w:t>
            </w:r>
            <w:r w:rsidRPr="00C15401">
              <w:rPr>
                <w:rFonts w:ascii="Tahoma" w:eastAsia="DejaVu Sans" w:hAnsi="Tahoma" w:cs="Tahoma"/>
                <w:sz w:val="19"/>
              </w:rPr>
              <w:t>کل</w:t>
            </w:r>
            <w:r w:rsidRPr="00C15401">
              <w:rPr>
                <w:rFonts w:ascii="Tahoma" w:eastAsia="DejaVu Sans" w:hAnsi="Tahoma" w:cs="Tahoma"/>
                <w:sz w:val="19"/>
              </w:rPr>
              <w:t xml:space="preserve"> </w:t>
            </w:r>
            <w:r w:rsidRPr="00C15401">
              <w:rPr>
                <w:rFonts w:ascii="Tahoma" w:eastAsia="DejaVu Sans" w:hAnsi="Tahoma" w:cs="Tahoma"/>
                <w:sz w:val="19"/>
              </w:rPr>
              <w:t>خانه،</w:t>
            </w:r>
            <w:r w:rsidRPr="00C15401">
              <w:rPr>
                <w:rFonts w:ascii="Tahoma" w:eastAsia="DejaVu Sans" w:hAnsi="Tahoma" w:cs="Tahoma"/>
                <w:sz w:val="19"/>
              </w:rPr>
              <w:t xml:space="preserve"> </w:t>
            </w:r>
            <w:r w:rsidRPr="00C15401">
              <w:rPr>
                <w:rFonts w:ascii="Tahoma" w:eastAsia="DejaVu Sans" w:hAnsi="Tahoma" w:cs="Tahoma"/>
                <w:sz w:val="19"/>
              </w:rPr>
              <w:t>استقرار</w:t>
            </w:r>
            <w:r w:rsidRPr="00C15401">
              <w:rPr>
                <w:rFonts w:ascii="Tahoma" w:eastAsia="DejaVu Sans" w:hAnsi="Tahoma" w:cs="Tahoma"/>
                <w:sz w:val="19"/>
              </w:rPr>
              <w:t xml:space="preserve"> Building BIOS</w:t>
            </w:r>
            <w:r w:rsidRPr="00C15401">
              <w:rPr>
                <w:rFonts w:ascii="Tahoma" w:eastAsia="DejaVu Sans" w:hAnsi="Tahoma" w:cs="Tahoma"/>
                <w:sz w:val="19"/>
              </w:rPr>
              <w:t>،</w:t>
            </w:r>
            <w:r w:rsidRPr="00C15401">
              <w:rPr>
                <w:rFonts w:ascii="Tahoma" w:eastAsia="DejaVu Sans" w:hAnsi="Tahoma" w:cs="Tahoma"/>
                <w:sz w:val="19"/>
              </w:rPr>
              <w:t xml:space="preserve"> AI Clone </w:t>
            </w:r>
            <w:r w:rsidRPr="00C15401">
              <w:rPr>
                <w:rFonts w:ascii="Tahoma" w:eastAsia="DejaVu Sans" w:hAnsi="Tahoma" w:cs="Tahoma"/>
                <w:sz w:val="19"/>
              </w:rPr>
              <w:t>عملیاتی،</w:t>
            </w:r>
            <w:r w:rsidRPr="00C15401">
              <w:rPr>
                <w:rFonts w:ascii="Tahoma" w:eastAsia="DejaVu Sans" w:hAnsi="Tahoma" w:cs="Tahoma"/>
                <w:sz w:val="19"/>
              </w:rPr>
              <w:t xml:space="preserve"> </w:t>
            </w:r>
            <w:r w:rsidRPr="00C15401">
              <w:rPr>
                <w:rFonts w:ascii="Tahoma" w:eastAsia="DejaVu Sans" w:hAnsi="Tahoma" w:cs="Tahoma"/>
                <w:sz w:val="19"/>
              </w:rPr>
              <w:t>آرشیو</w:t>
            </w:r>
            <w:r w:rsidRPr="00C15401">
              <w:rPr>
                <w:rFonts w:ascii="Tahoma" w:eastAsia="DejaVu Sans" w:hAnsi="Tahoma" w:cs="Tahoma"/>
                <w:sz w:val="19"/>
              </w:rPr>
              <w:t xml:space="preserve"> </w:t>
            </w:r>
            <w:r w:rsidRPr="00C15401">
              <w:rPr>
                <w:rFonts w:ascii="Tahoma" w:eastAsia="DejaVu Sans" w:hAnsi="Tahoma" w:cs="Tahoma"/>
                <w:sz w:val="19"/>
              </w:rPr>
              <w:t>اصلی،</w:t>
            </w:r>
            <w:r w:rsidRPr="00C15401">
              <w:rPr>
                <w:rFonts w:ascii="Tahoma" w:eastAsia="DejaVu Sans" w:hAnsi="Tahoma" w:cs="Tahoma"/>
                <w:sz w:val="19"/>
              </w:rPr>
              <w:t xml:space="preserve"> </w:t>
            </w:r>
            <w:r w:rsidRPr="00C15401">
              <w:rPr>
                <w:rFonts w:ascii="Tahoma" w:eastAsia="DejaVu Sans" w:hAnsi="Tahoma" w:cs="Tahoma"/>
                <w:sz w:val="19"/>
              </w:rPr>
              <w:t>مدیریت</w:t>
            </w:r>
            <w:r w:rsidRPr="00C15401">
              <w:rPr>
                <w:rFonts w:ascii="Tahoma" w:eastAsia="DejaVu Sans" w:hAnsi="Tahoma" w:cs="Tahoma"/>
                <w:sz w:val="19"/>
              </w:rPr>
              <w:t xml:space="preserve"> </w:t>
            </w:r>
            <w:r w:rsidRPr="00C15401">
              <w:rPr>
                <w:rFonts w:ascii="Tahoma" w:eastAsia="DejaVu Sans" w:hAnsi="Tahoma" w:cs="Tahoma"/>
                <w:sz w:val="19"/>
              </w:rPr>
              <w:t>هویت</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بازیابی</w:t>
            </w:r>
            <w:r w:rsidRPr="00C15401">
              <w:rPr>
                <w:rFonts w:ascii="Tahoma" w:eastAsia="DejaVu Sans" w:hAnsi="Tahoma" w:cs="Tahoma"/>
                <w:sz w:val="19"/>
              </w:rPr>
              <w:t>.</w:t>
            </w:r>
          </w:p>
        </w:tc>
      </w:tr>
    </w:tbl>
    <w:p w14:paraId="2EBA9FDE"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 xml:space="preserve">NCM-AVP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هایش</w:t>
      </w:r>
      <w:r w:rsidRPr="00C15401">
        <w:rPr>
          <w:rFonts w:ascii="Tahoma" w:eastAsia="DejaVu Sans" w:hAnsi="Tahoma" w:cs="Tahoma"/>
        </w:rPr>
        <w:t xml:space="preserve"> </w:t>
      </w:r>
      <w:r w:rsidRPr="00C15401">
        <w:rPr>
          <w:rFonts w:ascii="Tahoma" w:eastAsia="DejaVu Sans" w:hAnsi="Tahoma" w:cs="Tahoma"/>
        </w:rPr>
        <w:t>رشد</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کند</w:t>
      </w:r>
    </w:p>
    <w:p w14:paraId="4893C47D" w14:textId="77777777" w:rsidR="005D7765" w:rsidRPr="00C15401" w:rsidRDefault="0093767E" w:rsidP="00C15401">
      <w:pPr>
        <w:bidi/>
        <w:jc w:val="both"/>
        <w:rPr>
          <w:rFonts w:ascii="Tahoma" w:hAnsi="Tahoma" w:cs="Tahoma"/>
        </w:rPr>
      </w:pPr>
      <w:r w:rsidRPr="00C15401">
        <w:rPr>
          <w:rFonts w:ascii="Tahoma" w:eastAsia="DejaVu Sans" w:hAnsi="Tahoma" w:cs="Tahoma"/>
        </w:rPr>
        <w:t>مثال</w:t>
      </w:r>
      <w:r w:rsidRPr="00C15401">
        <w:rPr>
          <w:rFonts w:ascii="Tahoma" w:eastAsia="DejaVu Sans" w:hAnsi="Tahoma" w:cs="Tahoma"/>
        </w:rPr>
        <w:t xml:space="preserve"> </w:t>
      </w:r>
      <w:r w:rsidRPr="00C15401">
        <w:rPr>
          <w:rFonts w:ascii="Tahoma" w:eastAsia="DejaVu Sans" w:hAnsi="Tahoma" w:cs="Tahoma"/>
        </w:rPr>
        <w:t>ویدئوپروژکتور</w:t>
      </w:r>
      <w:r w:rsidRPr="00C15401">
        <w:rPr>
          <w:rFonts w:ascii="Tahoma" w:eastAsia="DejaVu Sans" w:hAnsi="Tahoma" w:cs="Tahoma"/>
        </w:rPr>
        <w:t xml:space="preserve"> </w:t>
      </w:r>
      <w:r w:rsidRPr="00C15401">
        <w:rPr>
          <w:rFonts w:ascii="Tahoma" w:eastAsia="DejaVu Sans" w:hAnsi="Tahoma" w:cs="Tahoma"/>
        </w:rPr>
        <w:t>نشان</w:t>
      </w:r>
      <w:r w:rsidRPr="00C15401">
        <w:rPr>
          <w:rFonts w:ascii="Tahoma" w:eastAsia="DejaVu Sans" w:hAnsi="Tahoma" w:cs="Tahoma"/>
        </w:rPr>
        <w:t xml:space="preserve"> </w:t>
      </w:r>
      <w:r w:rsidRPr="00C15401">
        <w:rPr>
          <w:rFonts w:ascii="Tahoma" w:eastAsia="DejaVu Sans" w:hAnsi="Tahoma" w:cs="Tahoma"/>
        </w:rPr>
        <w:t>داد</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NCM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حسگرهای</w:t>
      </w:r>
      <w:r w:rsidRPr="00C15401">
        <w:rPr>
          <w:rFonts w:ascii="Tahoma" w:eastAsia="DejaVu Sans" w:hAnsi="Tahoma" w:cs="Tahoma"/>
        </w:rPr>
        <w:t xml:space="preserve"> </w:t>
      </w:r>
      <w:r w:rsidRPr="00C15401">
        <w:rPr>
          <w:rFonts w:ascii="Tahoma" w:eastAsia="DejaVu Sans" w:hAnsi="Tahoma" w:cs="Tahoma"/>
        </w:rPr>
        <w:t>کم</w:t>
      </w:r>
      <w:r w:rsidRPr="00C15401">
        <w:rPr>
          <w:rFonts w:ascii="Tahoma" w:eastAsia="DejaVu Sans" w:hAnsi="Tahoma" w:cs="Tahoma"/>
        </w:rPr>
        <w:t>‌</w:t>
      </w:r>
      <w:r w:rsidRPr="00C15401">
        <w:rPr>
          <w:rFonts w:ascii="Tahoma" w:eastAsia="DejaVu Sans" w:hAnsi="Tahoma" w:cs="Tahoma"/>
        </w:rPr>
        <w:t>مصرف</w:t>
      </w:r>
      <w:r w:rsidRPr="00C15401">
        <w:rPr>
          <w:rFonts w:ascii="Tahoma" w:eastAsia="DejaVu Sans" w:hAnsi="Tahoma" w:cs="Tahoma"/>
        </w:rPr>
        <w:t xml:space="preserv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NCM-AVP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پروژکتور،</w:t>
      </w:r>
      <w:r w:rsidRPr="00C15401">
        <w:rPr>
          <w:rFonts w:ascii="Tahoma" w:eastAsia="DejaVu Sans" w:hAnsi="Tahoma" w:cs="Tahoma"/>
        </w:rPr>
        <w:t xml:space="preserve"> </w:t>
      </w:r>
      <w:r w:rsidRPr="00C15401">
        <w:rPr>
          <w:rFonts w:ascii="Tahoma" w:eastAsia="DejaVu Sans" w:hAnsi="Tahoma" w:cs="Tahoma"/>
        </w:rPr>
        <w:t>پردازش</w:t>
      </w:r>
      <w:r w:rsidRPr="00C15401">
        <w:rPr>
          <w:rFonts w:ascii="Tahoma" w:eastAsia="DejaVu Sans" w:hAnsi="Tahoma" w:cs="Tahoma"/>
        </w:rPr>
        <w:t xml:space="preserve"> </w:t>
      </w:r>
      <w:r w:rsidRPr="00C15401">
        <w:rPr>
          <w:rFonts w:ascii="Tahoma" w:eastAsia="DejaVu Sans" w:hAnsi="Tahoma" w:cs="Tahoma"/>
        </w:rPr>
        <w:t>تصویر،</w:t>
      </w:r>
      <w:r w:rsidRPr="00C15401">
        <w:rPr>
          <w:rFonts w:ascii="Tahoma" w:eastAsia="DejaVu Sans" w:hAnsi="Tahoma" w:cs="Tahoma"/>
        </w:rPr>
        <w:t xml:space="preserve"> </w:t>
      </w:r>
      <w:r w:rsidRPr="00C15401">
        <w:rPr>
          <w:rFonts w:ascii="Tahoma" w:eastAsia="DejaVu Sans" w:hAnsi="Tahoma" w:cs="Tahoma"/>
        </w:rPr>
        <w:t>بلندگو،</w:t>
      </w:r>
      <w:r w:rsidRPr="00C15401">
        <w:rPr>
          <w:rFonts w:ascii="Tahoma" w:eastAsia="DejaVu Sans" w:hAnsi="Tahoma" w:cs="Tahoma"/>
        </w:rPr>
        <w:t xml:space="preserve"> </w:t>
      </w:r>
      <w:r w:rsidRPr="00C15401">
        <w:rPr>
          <w:rFonts w:ascii="Tahoma" w:eastAsia="DejaVu Sans" w:hAnsi="Tahoma" w:cs="Tahoma"/>
        </w:rPr>
        <w:t>دوربین،</w:t>
      </w:r>
      <w:r w:rsidRPr="00C15401">
        <w:rPr>
          <w:rFonts w:ascii="Tahoma" w:eastAsia="DejaVu Sans" w:hAnsi="Tahoma" w:cs="Tahoma"/>
        </w:rPr>
        <w:t xml:space="preserve"> </w:t>
      </w:r>
      <w:r w:rsidRPr="00C15401">
        <w:rPr>
          <w:rFonts w:ascii="Tahoma" w:eastAsia="DejaVu Sans" w:hAnsi="Tahoma" w:cs="Tahoma"/>
        </w:rPr>
        <w:t>میکروفن،</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بی</w:t>
      </w:r>
      <w:r w:rsidRPr="00C15401">
        <w:rPr>
          <w:rFonts w:ascii="Tahoma" w:eastAsia="DejaVu Sans" w:hAnsi="Tahoma" w:cs="Tahoma"/>
        </w:rPr>
        <w:t>‌</w:t>
      </w:r>
      <w:r w:rsidRPr="00C15401">
        <w:rPr>
          <w:rFonts w:ascii="Tahoma" w:eastAsia="DejaVu Sans" w:hAnsi="Tahoma" w:cs="Tahoma"/>
        </w:rPr>
        <w:t>سیم،</w:t>
      </w:r>
      <w:r w:rsidRPr="00C15401">
        <w:rPr>
          <w:rFonts w:ascii="Tahoma" w:eastAsia="DejaVu Sans" w:hAnsi="Tahoma" w:cs="Tahoma"/>
        </w:rPr>
        <w:t xml:space="preserve"> </w:t>
      </w: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حضور،</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w:t>
      </w:r>
      <w:r w:rsidRPr="00C15401">
        <w:rPr>
          <w:rFonts w:ascii="Tahoma" w:eastAsia="DejaVu Sans" w:hAnsi="Tahoma" w:cs="Tahoma"/>
        </w:rPr>
        <w:t>گیری</w:t>
      </w:r>
      <w:r w:rsidRPr="00C15401">
        <w:rPr>
          <w:rFonts w:ascii="Tahoma" w:eastAsia="DejaVu Sans" w:hAnsi="Tahoma" w:cs="Tahoma"/>
        </w:rPr>
        <w:t xml:space="preserve"> </w:t>
      </w:r>
      <w:r w:rsidRPr="00C15401">
        <w:rPr>
          <w:rFonts w:ascii="Tahoma" w:eastAsia="DejaVu Sans" w:hAnsi="Tahoma" w:cs="Tahoma"/>
        </w:rPr>
        <w:t>فاصله،</w:t>
      </w:r>
      <w:r w:rsidRPr="00C15401">
        <w:rPr>
          <w:rFonts w:ascii="Tahoma" w:eastAsia="DejaVu Sans" w:hAnsi="Tahoma" w:cs="Tahoma"/>
        </w:rPr>
        <w:t xml:space="preserve"> </w:t>
      </w:r>
      <w:r w:rsidRPr="00C15401">
        <w:rPr>
          <w:rFonts w:ascii="Tahoma" w:eastAsia="DejaVu Sans" w:hAnsi="Tahoma" w:cs="Tahoma"/>
        </w:rPr>
        <w:t>فوکوس</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اصلاح</w:t>
      </w:r>
      <w:r w:rsidRPr="00C15401">
        <w:rPr>
          <w:rFonts w:ascii="Tahoma" w:eastAsia="DejaVu Sans" w:hAnsi="Tahoma" w:cs="Tahoma"/>
        </w:rPr>
        <w:t xml:space="preserve"> </w:t>
      </w:r>
      <w:r w:rsidRPr="00C15401">
        <w:rPr>
          <w:rFonts w:ascii="Tahoma" w:eastAsia="DejaVu Sans" w:hAnsi="Tahoma" w:cs="Tahoma"/>
        </w:rPr>
        <w:t>زاویه</w:t>
      </w:r>
      <w:r w:rsidRPr="00C15401">
        <w:rPr>
          <w:rFonts w:ascii="Tahoma" w:eastAsia="DejaVu Sans" w:hAnsi="Tahoma" w:cs="Tahoma"/>
        </w:rPr>
        <w:t xml:space="preserve"> </w:t>
      </w:r>
      <w:r w:rsidRPr="00C15401">
        <w:rPr>
          <w:rFonts w:ascii="Tahoma" w:eastAsia="DejaVu Sans" w:hAnsi="Tahoma" w:cs="Tahoma"/>
        </w:rPr>
        <w:t>خودکار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هماهنگی</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نور</w:t>
      </w:r>
      <w:r w:rsidRPr="00C15401">
        <w:rPr>
          <w:rFonts w:ascii="Tahoma" w:eastAsia="DejaVu Sans" w:hAnsi="Tahoma" w:cs="Tahoma"/>
        </w:rPr>
        <w:t xml:space="preserve"> </w:t>
      </w:r>
      <w:r w:rsidRPr="00C15401">
        <w:rPr>
          <w:rFonts w:ascii="Tahoma" w:eastAsia="DejaVu Sans" w:hAnsi="Tahoma" w:cs="Tahoma"/>
        </w:rPr>
        <w:t>اتاق</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یکجا</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67E5DC21" w14:textId="77777777" w:rsidR="005D7765" w:rsidRPr="00C15401" w:rsidRDefault="0093767E" w:rsidP="00C15401">
      <w:pPr>
        <w:bidi/>
        <w:jc w:val="both"/>
        <w:rPr>
          <w:rFonts w:ascii="Tahoma" w:hAnsi="Tahoma" w:cs="Tahoma"/>
        </w:rPr>
      </w:pP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 xml:space="preserve"> </w:t>
      </w:r>
      <w:r w:rsidRPr="00C15401">
        <w:rPr>
          <w:rFonts w:ascii="Tahoma" w:eastAsia="DejaVu Sans" w:hAnsi="Tahoma" w:cs="Tahoma"/>
        </w:rPr>
        <w:t>عادی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بازسازی</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سینمای</w:t>
      </w:r>
      <w:r w:rsidRPr="00C15401">
        <w:rPr>
          <w:rFonts w:ascii="Tahoma" w:eastAsia="DejaVu Sans" w:hAnsi="Tahoma" w:cs="Tahoma"/>
        </w:rPr>
        <w:t xml:space="preserve"> </w:t>
      </w:r>
      <w:r w:rsidRPr="00C15401">
        <w:rPr>
          <w:rFonts w:ascii="Tahoma" w:eastAsia="DejaVu Sans" w:hAnsi="Tahoma" w:cs="Tahoma"/>
        </w:rPr>
        <w:t>خانگی،</w:t>
      </w:r>
      <w:r w:rsidRPr="00C15401">
        <w:rPr>
          <w:rFonts w:ascii="Tahoma" w:eastAsia="DejaVu Sans" w:hAnsi="Tahoma" w:cs="Tahoma"/>
        </w:rPr>
        <w:t xml:space="preserve"> </w:t>
      </w:r>
      <w:r w:rsidRPr="00C15401">
        <w:rPr>
          <w:rFonts w:ascii="Tahoma" w:eastAsia="DejaVu Sans" w:hAnsi="Tahoma" w:cs="Tahoma"/>
        </w:rPr>
        <w:t>صفحه</w:t>
      </w:r>
      <w:r w:rsidRPr="00C15401">
        <w:rPr>
          <w:rFonts w:ascii="Tahoma" w:eastAsia="DejaVu Sans" w:hAnsi="Tahoma" w:cs="Tahoma"/>
        </w:rPr>
        <w:t xml:space="preserve"> </w:t>
      </w:r>
      <w:r w:rsidRPr="00C15401">
        <w:rPr>
          <w:rFonts w:ascii="Tahoma" w:eastAsia="DejaVu Sans" w:hAnsi="Tahoma" w:cs="Tahoma"/>
        </w:rPr>
        <w:t>آموزشی،</w:t>
      </w:r>
      <w:r w:rsidRPr="00C15401">
        <w:rPr>
          <w:rFonts w:ascii="Tahoma" w:eastAsia="DejaVu Sans" w:hAnsi="Tahoma" w:cs="Tahoma"/>
        </w:rPr>
        <w:t xml:space="preserve"> </w:t>
      </w:r>
      <w:r w:rsidRPr="00C15401">
        <w:rPr>
          <w:rFonts w:ascii="Tahoma" w:eastAsia="DejaVu Sans" w:hAnsi="Tahoma" w:cs="Tahoma"/>
        </w:rPr>
        <w:t>نمایشگر</w:t>
      </w:r>
      <w:r w:rsidRPr="00C15401">
        <w:rPr>
          <w:rFonts w:ascii="Tahoma" w:eastAsia="DejaVu Sans" w:hAnsi="Tahoma" w:cs="Tahoma"/>
        </w:rPr>
        <w:t xml:space="preserve"> </w:t>
      </w:r>
      <w:r w:rsidRPr="00C15401">
        <w:rPr>
          <w:rFonts w:ascii="Tahoma" w:eastAsia="DejaVu Sans" w:hAnsi="Tahoma" w:cs="Tahoma"/>
        </w:rPr>
        <w:t>بازی،</w:t>
      </w:r>
      <w:r w:rsidRPr="00C15401">
        <w:rPr>
          <w:rFonts w:ascii="Tahoma" w:eastAsia="DejaVu Sans" w:hAnsi="Tahoma" w:cs="Tahoma"/>
        </w:rPr>
        <w:t xml:space="preserve"> </w:t>
      </w:r>
      <w:r w:rsidRPr="00C15401">
        <w:rPr>
          <w:rFonts w:ascii="Tahoma" w:eastAsia="DejaVu Sans" w:hAnsi="Tahoma" w:cs="Tahoma"/>
        </w:rPr>
        <w:t>فضای</w:t>
      </w:r>
      <w:r w:rsidRPr="00C15401">
        <w:rPr>
          <w:rFonts w:ascii="Tahoma" w:eastAsia="DejaVu Sans" w:hAnsi="Tahoma" w:cs="Tahoma"/>
        </w:rPr>
        <w:t xml:space="preserve"> </w:t>
      </w:r>
      <w:r w:rsidRPr="00C15401">
        <w:rPr>
          <w:rFonts w:ascii="Tahoma" w:eastAsia="DejaVu Sans" w:hAnsi="Tahoma" w:cs="Tahoma"/>
        </w:rPr>
        <w:t>تماس</w:t>
      </w:r>
      <w:r w:rsidRPr="00C15401">
        <w:rPr>
          <w:rFonts w:ascii="Tahoma" w:eastAsia="DejaVu Sans" w:hAnsi="Tahoma" w:cs="Tahoma"/>
        </w:rPr>
        <w:t xml:space="preserve"> </w:t>
      </w:r>
      <w:r w:rsidRPr="00C15401">
        <w:rPr>
          <w:rFonts w:ascii="Tahoma" w:eastAsia="DejaVu Sans" w:hAnsi="Tahoma" w:cs="Tahoma"/>
        </w:rPr>
        <w:t>تصویری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رابط</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تبدیل</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NCM </w:t>
      </w:r>
      <w:r w:rsidRPr="00C15401">
        <w:rPr>
          <w:rFonts w:ascii="Tahoma" w:eastAsia="DejaVu Sans" w:hAnsi="Tahoma" w:cs="Tahoma"/>
        </w:rPr>
        <w:t>نیز</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هماهنگ</w:t>
      </w:r>
      <w:r w:rsidRPr="00C15401">
        <w:rPr>
          <w:rFonts w:ascii="Tahoma" w:eastAsia="DejaVu Sans" w:hAnsi="Tahoma" w:cs="Tahoma"/>
        </w:rPr>
        <w:t xml:space="preserve"> </w:t>
      </w:r>
      <w:r w:rsidRPr="00C15401">
        <w:rPr>
          <w:rFonts w:ascii="Tahoma" w:eastAsia="DejaVu Sans" w:hAnsi="Tahoma" w:cs="Tahoma"/>
        </w:rPr>
        <w:t>عمل</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تصویر،</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صدای</w:t>
      </w:r>
      <w:r w:rsidRPr="00C15401">
        <w:rPr>
          <w:rFonts w:ascii="Tahoma" w:eastAsia="DejaVu Sans" w:hAnsi="Tahoma" w:cs="Tahoma"/>
        </w:rPr>
        <w:t xml:space="preserve"> </w:t>
      </w:r>
      <w:r w:rsidRPr="00C15401">
        <w:rPr>
          <w:rFonts w:ascii="Tahoma" w:eastAsia="DejaVu Sans" w:hAnsi="Tahoma" w:cs="Tahoma"/>
        </w:rPr>
        <w:t>فراگیر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روشنایی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مدیریت</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w:t>
      </w:r>
    </w:p>
    <w:p w14:paraId="783ACD54" w14:textId="77777777" w:rsidR="005D7765" w:rsidRPr="00C15401" w:rsidRDefault="0093767E" w:rsidP="00C15401">
      <w:pPr>
        <w:bidi/>
        <w:jc w:val="both"/>
        <w:rPr>
          <w:rFonts w:ascii="Tahoma" w:hAnsi="Tahoma" w:cs="Tahoma"/>
        </w:rPr>
      </w:pP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کاربرد</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w:t>
      </w:r>
      <w:r w:rsidRPr="00C15401">
        <w:rPr>
          <w:rFonts w:ascii="Tahoma" w:eastAsia="DejaVu Sans" w:hAnsi="Tahoma" w:cs="Tahoma"/>
        </w:rPr>
        <w:t xml:space="preserve"> Projection-Ready Finishing Profile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کرد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رنگ،</w:t>
      </w:r>
      <w:r w:rsidRPr="00C15401">
        <w:rPr>
          <w:rFonts w:ascii="Tahoma" w:eastAsia="DejaVu Sans" w:hAnsi="Tahoma" w:cs="Tahoma"/>
        </w:rPr>
        <w:t xml:space="preserve"> </w:t>
      </w:r>
      <w:r w:rsidRPr="00C15401">
        <w:rPr>
          <w:rFonts w:ascii="Tahoma" w:eastAsia="DejaVu Sans" w:hAnsi="Tahoma" w:cs="Tahoma"/>
        </w:rPr>
        <w:t>بازتاب</w:t>
      </w:r>
      <w:r w:rsidRPr="00C15401">
        <w:rPr>
          <w:rFonts w:ascii="Tahoma" w:eastAsia="DejaVu Sans" w:hAnsi="Tahoma" w:cs="Tahoma"/>
        </w:rPr>
        <w:t xml:space="preserve"> </w:t>
      </w:r>
      <w:r w:rsidRPr="00C15401">
        <w:rPr>
          <w:rFonts w:ascii="Tahoma" w:eastAsia="DejaVu Sans" w:hAnsi="Tahoma" w:cs="Tahoma"/>
        </w:rPr>
        <w:t>نور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محل</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NCM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نمایش</w:t>
      </w:r>
      <w:r w:rsidRPr="00C15401">
        <w:rPr>
          <w:rFonts w:ascii="Tahoma" w:eastAsia="DejaVu Sans" w:hAnsi="Tahoma" w:cs="Tahoma"/>
        </w:rPr>
        <w:t xml:space="preserve"> </w:t>
      </w:r>
      <w:r w:rsidRPr="00C15401">
        <w:rPr>
          <w:rFonts w:ascii="Tahoma" w:eastAsia="DejaVu Sans" w:hAnsi="Tahoma" w:cs="Tahoma"/>
        </w:rPr>
        <w:t>تصویر</w:t>
      </w:r>
      <w:r w:rsidRPr="00C15401">
        <w:rPr>
          <w:rFonts w:ascii="Tahoma" w:eastAsia="DejaVu Sans" w:hAnsi="Tahoma" w:cs="Tahoma"/>
        </w:rPr>
        <w:t xml:space="preserve"> </w:t>
      </w:r>
      <w:r w:rsidRPr="00C15401">
        <w:rPr>
          <w:rFonts w:ascii="Tahoma" w:eastAsia="DejaVu Sans" w:hAnsi="Tahoma" w:cs="Tahoma"/>
        </w:rPr>
        <w:t>سازگار</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نسل</w:t>
      </w:r>
      <w:r w:rsidRPr="00C15401">
        <w:rPr>
          <w:rFonts w:ascii="Tahoma" w:eastAsia="DejaVu Sans" w:hAnsi="Tahoma" w:cs="Tahoma"/>
        </w:rPr>
        <w:t xml:space="preserve"> </w:t>
      </w:r>
      <w:r w:rsidRPr="00C15401">
        <w:rPr>
          <w:rFonts w:ascii="Tahoma" w:eastAsia="DejaVu Sans" w:hAnsi="Tahoma" w:cs="Tahoma"/>
        </w:rPr>
        <w:t>بعدی</w:t>
      </w:r>
      <w:r w:rsidRPr="00C15401">
        <w:rPr>
          <w:rFonts w:ascii="Tahoma" w:eastAsia="DejaVu Sans" w:hAnsi="Tahoma" w:cs="Tahoma"/>
        </w:rPr>
        <w:t xml:space="preserve"> </w:t>
      </w:r>
      <w:r w:rsidRPr="00C15401">
        <w:rPr>
          <w:rFonts w:ascii="Tahoma" w:eastAsia="DejaVu Sans" w:hAnsi="Tahoma" w:cs="Tahoma"/>
        </w:rPr>
        <w:t>همان</w:t>
      </w:r>
      <w:r w:rsidRPr="00C15401">
        <w:rPr>
          <w:rFonts w:ascii="Tahoma" w:eastAsia="DejaVu Sans" w:hAnsi="Tahoma" w:cs="Tahoma"/>
        </w:rPr>
        <w:t xml:space="preserve"> NCM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وضوح،</w:t>
      </w:r>
      <w:r w:rsidRPr="00C15401">
        <w:rPr>
          <w:rFonts w:ascii="Tahoma" w:eastAsia="DejaVu Sans" w:hAnsi="Tahoma" w:cs="Tahoma"/>
        </w:rPr>
        <w:t xml:space="preserve"> </w:t>
      </w:r>
      <w:r w:rsidRPr="00C15401">
        <w:rPr>
          <w:rFonts w:ascii="Tahoma" w:eastAsia="DejaVu Sans" w:hAnsi="Tahoma" w:cs="Tahoma"/>
        </w:rPr>
        <w:t>نور،</w:t>
      </w:r>
      <w:r w:rsidRPr="00C15401">
        <w:rPr>
          <w:rFonts w:ascii="Tahoma" w:eastAsia="DejaVu Sans" w:hAnsi="Tahoma" w:cs="Tahoma"/>
        </w:rPr>
        <w:t xml:space="preserve"> </w:t>
      </w:r>
      <w:r w:rsidRPr="00C15401">
        <w:rPr>
          <w:rFonts w:ascii="Tahoma" w:eastAsia="DejaVu Sans" w:hAnsi="Tahoma" w:cs="Tahoma"/>
        </w:rPr>
        <w:t>صدای</w:t>
      </w:r>
      <w:r w:rsidRPr="00C15401">
        <w:rPr>
          <w:rFonts w:ascii="Tahoma" w:eastAsia="DejaVu Sans" w:hAnsi="Tahoma" w:cs="Tahoma"/>
        </w:rPr>
        <w:t xml:space="preserve"> </w:t>
      </w:r>
      <w:r w:rsidRPr="00C15401">
        <w:rPr>
          <w:rFonts w:ascii="Tahoma" w:eastAsia="DejaVu Sans" w:hAnsi="Tahoma" w:cs="Tahoma"/>
        </w:rPr>
        <w:t>بهتر،</w:t>
      </w:r>
      <w:r w:rsidRPr="00C15401">
        <w:rPr>
          <w:rFonts w:ascii="Tahoma" w:eastAsia="DejaVu Sans" w:hAnsi="Tahoma" w:cs="Tahoma"/>
        </w:rPr>
        <w:t xml:space="preserve"> </w:t>
      </w:r>
      <w:r w:rsidRPr="00C15401">
        <w:rPr>
          <w:rFonts w:ascii="Tahoma" w:eastAsia="DejaVu Sans" w:hAnsi="Tahoma" w:cs="Tahoma"/>
        </w:rPr>
        <w:t>اسکن</w:t>
      </w:r>
      <w:r w:rsidRPr="00C15401">
        <w:rPr>
          <w:rFonts w:ascii="Tahoma" w:eastAsia="DejaVu Sans" w:hAnsi="Tahoma" w:cs="Tahoma"/>
        </w:rPr>
        <w:t xml:space="preserve"> </w:t>
      </w:r>
      <w:r w:rsidRPr="00C15401">
        <w:rPr>
          <w:rFonts w:ascii="Tahoma" w:eastAsia="DejaVu Sans" w:hAnsi="Tahoma" w:cs="Tahoma"/>
        </w:rPr>
        <w:t>سه</w:t>
      </w:r>
      <w:r w:rsidRPr="00C15401">
        <w:rPr>
          <w:rFonts w:ascii="Tahoma" w:eastAsia="DejaVu Sans" w:hAnsi="Tahoma" w:cs="Tahoma"/>
        </w:rPr>
        <w:t>‌</w:t>
      </w:r>
      <w:r w:rsidRPr="00C15401">
        <w:rPr>
          <w:rFonts w:ascii="Tahoma" w:eastAsia="DejaVu Sans" w:hAnsi="Tahoma" w:cs="Tahoma"/>
        </w:rPr>
        <w:t>بعدی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تعاملی</w:t>
      </w:r>
      <w:r w:rsidRPr="00C15401">
        <w:rPr>
          <w:rFonts w:ascii="Tahoma" w:eastAsia="DejaVu Sans" w:hAnsi="Tahoma" w:cs="Tahoma"/>
        </w:rPr>
        <w:t xml:space="preserve"> </w:t>
      </w:r>
      <w:r w:rsidRPr="00C15401">
        <w:rPr>
          <w:rFonts w:ascii="Tahoma" w:eastAsia="DejaVu Sans" w:hAnsi="Tahoma" w:cs="Tahoma"/>
        </w:rPr>
        <w:t>جدیدی</w:t>
      </w:r>
      <w:r w:rsidRPr="00C15401">
        <w:rPr>
          <w:rFonts w:ascii="Tahoma" w:eastAsia="DejaVu Sans" w:hAnsi="Tahoma" w:cs="Tahoma"/>
        </w:rPr>
        <w:t xml:space="preserve"> </w:t>
      </w:r>
      <w:r w:rsidRPr="00C15401">
        <w:rPr>
          <w:rFonts w:ascii="Tahoma" w:eastAsia="DejaVu Sans" w:hAnsi="Tahoma" w:cs="Tahoma"/>
        </w:rPr>
        <w:t>ارائه</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تغییر</w:t>
      </w:r>
      <w:r w:rsidRPr="00C15401">
        <w:rPr>
          <w:rFonts w:ascii="Tahoma" w:eastAsia="DejaVu Sans" w:hAnsi="Tahoma" w:cs="Tahoma"/>
        </w:rPr>
        <w:t xml:space="preserve"> Node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تخریب</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w:t>
      </w:r>
    </w:p>
    <w:p w14:paraId="02E40C93"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 xml:space="preserve">NCM-CARE </w:t>
      </w:r>
      <w:r w:rsidRPr="00C15401">
        <w:rPr>
          <w:rFonts w:ascii="Tahoma" w:eastAsia="DejaVu Sans" w:hAnsi="Tahoma" w:cs="Tahoma"/>
        </w:rPr>
        <w:t>و</w:t>
      </w:r>
      <w:r w:rsidRPr="00C15401">
        <w:rPr>
          <w:rFonts w:ascii="Tahoma" w:eastAsia="DejaVu Sans" w:hAnsi="Tahoma" w:cs="Tahoma"/>
        </w:rPr>
        <w:t xml:space="preserve"> NCM-MED</w:t>
      </w:r>
    </w:p>
    <w:p w14:paraId="01C31D07"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تفکیک</w:t>
      </w:r>
      <w:r w:rsidRPr="00C15401">
        <w:rPr>
          <w:rFonts w:ascii="Tahoma" w:eastAsia="DejaVu Sans" w:hAnsi="Tahoma" w:cs="Tahoma"/>
        </w:rPr>
        <w:t xml:space="preserve"> </w:t>
      </w:r>
      <w:r w:rsidRPr="00C15401">
        <w:rPr>
          <w:rFonts w:ascii="Tahoma" w:eastAsia="DejaVu Sans" w:hAnsi="Tahoma" w:cs="Tahoma"/>
        </w:rPr>
        <w:t>مراقبت</w:t>
      </w:r>
      <w:r w:rsidRPr="00C15401">
        <w:rPr>
          <w:rFonts w:ascii="Tahoma" w:eastAsia="DejaVu Sans" w:hAnsi="Tahoma" w:cs="Tahoma"/>
        </w:rPr>
        <w:t xml:space="preserve"> </w:t>
      </w:r>
      <w:r w:rsidRPr="00C15401">
        <w:rPr>
          <w:rFonts w:ascii="Tahoma" w:eastAsia="DejaVu Sans" w:hAnsi="Tahoma" w:cs="Tahoma"/>
        </w:rPr>
        <w:t>عمومی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پایش</w:t>
      </w:r>
      <w:r w:rsidRPr="00C15401">
        <w:rPr>
          <w:rFonts w:ascii="Tahoma" w:eastAsia="DejaVu Sans" w:hAnsi="Tahoma" w:cs="Tahoma"/>
        </w:rPr>
        <w:t xml:space="preserve"> </w:t>
      </w:r>
      <w:r w:rsidRPr="00C15401">
        <w:rPr>
          <w:rFonts w:ascii="Tahoma" w:eastAsia="DejaVu Sans" w:hAnsi="Tahoma" w:cs="Tahoma"/>
        </w:rPr>
        <w:t>پزشکی</w:t>
      </w:r>
    </w:p>
    <w:p w14:paraId="353D3CCF"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NCM-CARE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مراقبت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ایمنی</w:t>
      </w:r>
      <w:r w:rsidRPr="00C15401">
        <w:rPr>
          <w:rFonts w:ascii="Tahoma" w:eastAsia="DejaVu Sans" w:hAnsi="Tahoma" w:cs="Tahoma"/>
        </w:rPr>
        <w:t xml:space="preserve"> </w:t>
      </w:r>
      <w:r w:rsidRPr="00C15401">
        <w:rPr>
          <w:rFonts w:ascii="Tahoma" w:eastAsia="DejaVu Sans" w:hAnsi="Tahoma" w:cs="Tahoma"/>
        </w:rPr>
        <w:t>عمومی</w:t>
      </w:r>
      <w:r w:rsidRPr="00C15401">
        <w:rPr>
          <w:rFonts w:ascii="Tahoma" w:eastAsia="DejaVu Sans" w:hAnsi="Tahoma" w:cs="Tahoma"/>
        </w:rPr>
        <w:t xml:space="preserv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گواهی</w:t>
      </w:r>
      <w:r w:rsidRPr="00C15401">
        <w:rPr>
          <w:rFonts w:ascii="Tahoma" w:eastAsia="DejaVu Sans" w:hAnsi="Tahoma" w:cs="Tahoma"/>
        </w:rPr>
        <w:t xml:space="preserve"> </w:t>
      </w:r>
      <w:r w:rsidRPr="00C15401">
        <w:rPr>
          <w:rFonts w:ascii="Tahoma" w:eastAsia="DejaVu Sans" w:hAnsi="Tahoma" w:cs="Tahoma"/>
        </w:rPr>
        <w:t>ادعای</w:t>
      </w:r>
      <w:r w:rsidRPr="00C15401">
        <w:rPr>
          <w:rFonts w:ascii="Tahoma" w:eastAsia="DejaVu Sans" w:hAnsi="Tahoma" w:cs="Tahoma"/>
        </w:rPr>
        <w:t xml:space="preserve"> </w:t>
      </w: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پزشکی</w:t>
      </w:r>
      <w:r w:rsidRPr="00C15401">
        <w:rPr>
          <w:rFonts w:ascii="Tahoma" w:eastAsia="DejaVu Sans" w:hAnsi="Tahoma" w:cs="Tahoma"/>
        </w:rPr>
        <w:t xml:space="preserve">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افتادن،</w:t>
      </w:r>
      <w:r w:rsidRPr="00C15401">
        <w:rPr>
          <w:rFonts w:ascii="Tahoma" w:eastAsia="DejaVu Sans" w:hAnsi="Tahoma" w:cs="Tahoma"/>
        </w:rPr>
        <w:t xml:space="preserve"> </w:t>
      </w:r>
      <w:r w:rsidRPr="00C15401">
        <w:rPr>
          <w:rFonts w:ascii="Tahoma" w:eastAsia="DejaVu Sans" w:hAnsi="Tahoma" w:cs="Tahoma"/>
        </w:rPr>
        <w:t>بی</w:t>
      </w:r>
      <w:r w:rsidRPr="00C15401">
        <w:rPr>
          <w:rFonts w:ascii="Tahoma" w:eastAsia="DejaVu Sans" w:hAnsi="Tahoma" w:cs="Tahoma"/>
        </w:rPr>
        <w:t>‌</w:t>
      </w:r>
      <w:r w:rsidRPr="00C15401">
        <w:rPr>
          <w:rFonts w:ascii="Tahoma" w:eastAsia="DejaVu Sans" w:hAnsi="Tahoma" w:cs="Tahoma"/>
        </w:rPr>
        <w:t>حرکتی</w:t>
      </w:r>
      <w:r w:rsidRPr="00C15401">
        <w:rPr>
          <w:rFonts w:ascii="Tahoma" w:eastAsia="DejaVu Sans" w:hAnsi="Tahoma" w:cs="Tahoma"/>
        </w:rPr>
        <w:t xml:space="preserve"> </w:t>
      </w:r>
      <w:r w:rsidRPr="00C15401">
        <w:rPr>
          <w:rFonts w:ascii="Tahoma" w:eastAsia="DejaVu Sans" w:hAnsi="Tahoma" w:cs="Tahoma"/>
        </w:rPr>
        <w:t>طولانی،</w:t>
      </w:r>
      <w:r w:rsidRPr="00C15401">
        <w:rPr>
          <w:rFonts w:ascii="Tahoma" w:eastAsia="DejaVu Sans" w:hAnsi="Tahoma" w:cs="Tahoma"/>
        </w:rPr>
        <w:t xml:space="preserve"> </w:t>
      </w:r>
      <w:r w:rsidRPr="00C15401">
        <w:rPr>
          <w:rFonts w:ascii="Tahoma" w:eastAsia="DejaVu Sans" w:hAnsi="Tahoma" w:cs="Tahoma"/>
        </w:rPr>
        <w:t>فریاد</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درخواست</w:t>
      </w:r>
      <w:r w:rsidRPr="00C15401">
        <w:rPr>
          <w:rFonts w:ascii="Tahoma" w:eastAsia="DejaVu Sans" w:hAnsi="Tahoma" w:cs="Tahoma"/>
        </w:rPr>
        <w:t xml:space="preserve"> </w:t>
      </w:r>
      <w:r w:rsidRPr="00C15401">
        <w:rPr>
          <w:rFonts w:ascii="Tahoma" w:eastAsia="DejaVu Sans" w:hAnsi="Tahoma" w:cs="Tahoma"/>
        </w:rPr>
        <w:t>کمک،</w:t>
      </w:r>
      <w:r w:rsidRPr="00C15401">
        <w:rPr>
          <w:rFonts w:ascii="Tahoma" w:eastAsia="DejaVu Sans" w:hAnsi="Tahoma" w:cs="Tahoma"/>
        </w:rPr>
        <w:t xml:space="preserve"> </w:t>
      </w:r>
      <w:r w:rsidRPr="00C15401">
        <w:rPr>
          <w:rFonts w:ascii="Tahoma" w:eastAsia="DejaVu Sans" w:hAnsi="Tahoma" w:cs="Tahoma"/>
        </w:rPr>
        <w:t>خروج</w:t>
      </w:r>
      <w:r w:rsidRPr="00C15401">
        <w:rPr>
          <w:rFonts w:ascii="Tahoma" w:eastAsia="DejaVu Sans" w:hAnsi="Tahoma" w:cs="Tahoma"/>
        </w:rPr>
        <w:t xml:space="preserve"> </w:t>
      </w:r>
      <w:r w:rsidRPr="00C15401">
        <w:rPr>
          <w:rFonts w:ascii="Tahoma" w:eastAsia="DejaVu Sans" w:hAnsi="Tahoma" w:cs="Tahoma"/>
        </w:rPr>
        <w:t>غیرمنتظره،</w:t>
      </w:r>
      <w:r w:rsidRPr="00C15401">
        <w:rPr>
          <w:rFonts w:ascii="Tahoma" w:eastAsia="DejaVu Sans" w:hAnsi="Tahoma" w:cs="Tahoma"/>
        </w:rPr>
        <w:t xml:space="preserve"> </w:t>
      </w:r>
      <w:r w:rsidRPr="00C15401">
        <w:rPr>
          <w:rFonts w:ascii="Tahoma" w:eastAsia="DejaVu Sans" w:hAnsi="Tahoma" w:cs="Tahoma"/>
        </w:rPr>
        <w:t>بازماندن</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روشن</w:t>
      </w:r>
      <w:r w:rsidRPr="00C15401">
        <w:rPr>
          <w:rFonts w:ascii="Tahoma" w:eastAsia="DejaVu Sans" w:hAnsi="Tahoma" w:cs="Tahoma"/>
        </w:rPr>
        <w:t>‌</w:t>
      </w:r>
      <w:r w:rsidRPr="00C15401">
        <w:rPr>
          <w:rFonts w:ascii="Tahoma" w:eastAsia="DejaVu Sans" w:hAnsi="Tahoma" w:cs="Tahoma"/>
        </w:rPr>
        <w:t>ماندن</w:t>
      </w:r>
      <w:r w:rsidRPr="00C15401">
        <w:rPr>
          <w:rFonts w:ascii="Tahoma" w:eastAsia="DejaVu Sans" w:hAnsi="Tahoma" w:cs="Tahoma"/>
        </w:rPr>
        <w:t xml:space="preserve"> </w:t>
      </w:r>
      <w:r w:rsidRPr="00C15401">
        <w:rPr>
          <w:rFonts w:ascii="Tahoma" w:eastAsia="DejaVu Sans" w:hAnsi="Tahoma" w:cs="Tahoma"/>
        </w:rPr>
        <w:t>اجاق،</w:t>
      </w:r>
      <w:r w:rsidRPr="00C15401">
        <w:rPr>
          <w:rFonts w:ascii="Tahoma" w:eastAsia="DejaVu Sans" w:hAnsi="Tahoma" w:cs="Tahoma"/>
        </w:rPr>
        <w:t xml:space="preserve"> </w:t>
      </w:r>
      <w:r w:rsidRPr="00C15401">
        <w:rPr>
          <w:rFonts w:ascii="Tahoma" w:eastAsia="DejaVu Sans" w:hAnsi="Tahoma" w:cs="Tahoma"/>
        </w:rPr>
        <w:t>نشت</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گاز</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الگوهای</w:t>
      </w:r>
      <w:r w:rsidRPr="00C15401">
        <w:rPr>
          <w:rFonts w:ascii="Tahoma" w:eastAsia="DejaVu Sans" w:hAnsi="Tahoma" w:cs="Tahoma"/>
        </w:rPr>
        <w:t xml:space="preserve"> </w:t>
      </w:r>
      <w:r w:rsidRPr="00C15401">
        <w:rPr>
          <w:rFonts w:ascii="Tahoma" w:eastAsia="DejaVu Sans" w:hAnsi="Tahoma" w:cs="Tahoma"/>
        </w:rPr>
        <w:t>غیرعادی</w:t>
      </w:r>
      <w:r w:rsidRPr="00C15401">
        <w:rPr>
          <w:rFonts w:ascii="Tahoma" w:eastAsia="DejaVu Sans" w:hAnsi="Tahoma" w:cs="Tahoma"/>
        </w:rPr>
        <w:t xml:space="preserve"> </w:t>
      </w:r>
      <w:r w:rsidRPr="00C15401">
        <w:rPr>
          <w:rFonts w:ascii="Tahoma" w:eastAsia="DejaVu Sans" w:hAnsi="Tahoma" w:cs="Tahoma"/>
        </w:rPr>
        <w:t>حرکت</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بررسی</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تصویری</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خانواده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مراقب</w:t>
      </w:r>
      <w:r w:rsidRPr="00C15401">
        <w:rPr>
          <w:rFonts w:ascii="Tahoma" w:eastAsia="DejaVu Sans" w:hAnsi="Tahoma" w:cs="Tahoma"/>
        </w:rPr>
        <w:t xml:space="preserve"> </w:t>
      </w:r>
      <w:r w:rsidRPr="00C15401">
        <w:rPr>
          <w:rFonts w:ascii="Tahoma" w:eastAsia="DejaVu Sans" w:hAnsi="Tahoma" w:cs="Tahoma"/>
        </w:rPr>
        <w:t>برقرار</w:t>
      </w:r>
      <w:r w:rsidRPr="00C15401">
        <w:rPr>
          <w:rFonts w:ascii="Tahoma" w:eastAsia="DejaVu Sans" w:hAnsi="Tahoma" w:cs="Tahoma"/>
        </w:rPr>
        <w:t xml:space="preserve"> </w:t>
      </w:r>
      <w:r w:rsidRPr="00C15401">
        <w:rPr>
          <w:rFonts w:ascii="Tahoma" w:eastAsia="DejaVu Sans" w:hAnsi="Tahoma" w:cs="Tahoma"/>
        </w:rPr>
        <w:t>سازد</w:t>
      </w:r>
      <w:r w:rsidRPr="00C15401">
        <w:rPr>
          <w:rFonts w:ascii="Tahoma" w:eastAsia="DejaVu Sans" w:hAnsi="Tahoma" w:cs="Tahoma"/>
        </w:rPr>
        <w:t>.</w:t>
      </w:r>
    </w:p>
    <w:p w14:paraId="0952A292"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NCM-MED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پایش</w:t>
      </w:r>
      <w:r w:rsidRPr="00C15401">
        <w:rPr>
          <w:rFonts w:ascii="Tahoma" w:eastAsia="DejaVu Sans" w:hAnsi="Tahoma" w:cs="Tahoma"/>
        </w:rPr>
        <w:t xml:space="preserve"> </w:t>
      </w:r>
      <w:r w:rsidRPr="00C15401">
        <w:rPr>
          <w:rFonts w:ascii="Tahoma" w:eastAsia="DejaVu Sans" w:hAnsi="Tahoma" w:cs="Tahoma"/>
        </w:rPr>
        <w:t>پزشکی</w:t>
      </w:r>
      <w:r w:rsidRPr="00C15401">
        <w:rPr>
          <w:rFonts w:ascii="Tahoma" w:eastAsia="DejaVu Sans" w:hAnsi="Tahoma" w:cs="Tahoma"/>
        </w:rPr>
        <w:t xml:space="preserve"> </w:t>
      </w:r>
      <w:r w:rsidRPr="00C15401">
        <w:rPr>
          <w:rFonts w:ascii="Tahoma" w:eastAsia="DejaVu Sans" w:hAnsi="Tahoma" w:cs="Tahoma"/>
        </w:rPr>
        <w:t>معتبرتر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ابزارهای</w:t>
      </w:r>
      <w:r w:rsidRPr="00C15401">
        <w:rPr>
          <w:rFonts w:ascii="Tahoma" w:eastAsia="DejaVu Sans" w:hAnsi="Tahoma" w:cs="Tahoma"/>
        </w:rPr>
        <w:t xml:space="preserve"> </w:t>
      </w:r>
      <w:r w:rsidRPr="00C15401">
        <w:rPr>
          <w:rFonts w:ascii="Tahoma" w:eastAsia="DejaVu Sans" w:hAnsi="Tahoma" w:cs="Tahoma"/>
        </w:rPr>
        <w:t>تأییدشده</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w:t>
      </w:r>
      <w:r w:rsidRPr="00C15401">
        <w:rPr>
          <w:rFonts w:ascii="Tahoma" w:eastAsia="DejaVu Sans" w:hAnsi="Tahoma" w:cs="Tahoma"/>
        </w:rPr>
        <w:t>هایی</w:t>
      </w:r>
      <w:r w:rsidRPr="00C15401">
        <w:rPr>
          <w:rFonts w:ascii="Tahoma" w:eastAsia="DejaVu Sans" w:hAnsi="Tahoma" w:cs="Tahoma"/>
        </w:rPr>
        <w:t xml:space="preserve"> </w:t>
      </w:r>
      <w:r w:rsidRPr="00C15401">
        <w:rPr>
          <w:rFonts w:ascii="Tahoma" w:eastAsia="DejaVu Sans" w:hAnsi="Tahoma" w:cs="Tahoma"/>
        </w:rPr>
        <w:t>مانند</w:t>
      </w:r>
      <w:r w:rsidRPr="00C15401">
        <w:rPr>
          <w:rFonts w:ascii="Tahoma" w:eastAsia="DejaVu Sans" w:hAnsi="Tahoma" w:cs="Tahoma"/>
        </w:rPr>
        <w:t xml:space="preserve"> </w:t>
      </w:r>
      <w:r w:rsidRPr="00C15401">
        <w:rPr>
          <w:rFonts w:ascii="Tahoma" w:eastAsia="DejaVu Sans" w:hAnsi="Tahoma" w:cs="Tahoma"/>
        </w:rPr>
        <w:t>ضربان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تنفس</w:t>
      </w:r>
      <w:r w:rsidRPr="00C15401">
        <w:rPr>
          <w:rFonts w:ascii="Tahoma" w:eastAsia="DejaVu Sans" w:hAnsi="Tahoma" w:cs="Tahoma"/>
        </w:rPr>
        <w:t xml:space="preserve"> </w:t>
      </w:r>
      <w:r w:rsidRPr="00C15401">
        <w:rPr>
          <w:rFonts w:ascii="Tahoma" w:eastAsia="DejaVu Sans" w:hAnsi="Tahoma" w:cs="Tahoma"/>
        </w:rPr>
        <w:t>ممکن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تماس</w:t>
      </w:r>
      <w:r w:rsidRPr="00C15401">
        <w:rPr>
          <w:rFonts w:ascii="Tahoma" w:eastAsia="DejaVu Sans" w:hAnsi="Tahoma" w:cs="Tahoma"/>
        </w:rPr>
        <w:t xml:space="preserve"> </w:t>
      </w:r>
      <w:r w:rsidRPr="00C15401">
        <w:rPr>
          <w:rFonts w:ascii="Tahoma" w:eastAsia="DejaVu Sans" w:hAnsi="Tahoma" w:cs="Tahoma"/>
        </w:rPr>
        <w:t>تخمین</w:t>
      </w:r>
      <w:r w:rsidRPr="00C15401">
        <w:rPr>
          <w:rFonts w:ascii="Tahoma" w:eastAsia="DejaVu Sans" w:hAnsi="Tahoma" w:cs="Tahoma"/>
        </w:rPr>
        <w:t xml:space="preserve"> </w:t>
      </w:r>
      <w:r w:rsidRPr="00C15401">
        <w:rPr>
          <w:rFonts w:ascii="Tahoma" w:eastAsia="DejaVu Sans" w:hAnsi="Tahoma" w:cs="Tahoma"/>
        </w:rPr>
        <w:t>زده</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 xml:space="preserve"> </w:t>
      </w:r>
      <w:r w:rsidRPr="00C15401">
        <w:rPr>
          <w:rFonts w:ascii="Tahoma" w:eastAsia="DejaVu Sans" w:hAnsi="Tahoma" w:cs="Tahoma"/>
        </w:rPr>
        <w:t>اما</w:t>
      </w:r>
      <w:r w:rsidRPr="00C15401">
        <w:rPr>
          <w:rFonts w:ascii="Tahoma" w:eastAsia="DejaVu Sans" w:hAnsi="Tahoma" w:cs="Tahoma"/>
        </w:rPr>
        <w:t xml:space="preserve"> </w:t>
      </w:r>
      <w:r w:rsidRPr="00C15401">
        <w:rPr>
          <w:rFonts w:ascii="Tahoma" w:eastAsia="DejaVu Sans" w:hAnsi="Tahoma" w:cs="Tahoma"/>
        </w:rPr>
        <w:t>فشارخون،</w:t>
      </w:r>
      <w:r w:rsidRPr="00C15401">
        <w:rPr>
          <w:rFonts w:ascii="Tahoma" w:eastAsia="DejaVu Sans" w:hAnsi="Tahoma" w:cs="Tahoma"/>
        </w:rPr>
        <w:t xml:space="preserve"> </w:t>
      </w:r>
      <w:r w:rsidRPr="00C15401">
        <w:rPr>
          <w:rFonts w:ascii="Tahoma" w:eastAsia="DejaVu Sans" w:hAnsi="Tahoma" w:cs="Tahoma"/>
        </w:rPr>
        <w:t>اکسیژن،</w:t>
      </w:r>
      <w:r w:rsidRPr="00C15401">
        <w:rPr>
          <w:rFonts w:ascii="Tahoma" w:eastAsia="DejaVu Sans" w:hAnsi="Tahoma" w:cs="Tahoma"/>
        </w:rPr>
        <w:t xml:space="preserve"> ECG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قند</w:t>
      </w:r>
      <w:r w:rsidRPr="00C15401">
        <w:rPr>
          <w:rFonts w:ascii="Tahoma" w:eastAsia="DejaVu Sans" w:hAnsi="Tahoma" w:cs="Tahoma"/>
        </w:rPr>
        <w:t xml:space="preserve"> </w:t>
      </w:r>
      <w:r w:rsidRPr="00C15401">
        <w:rPr>
          <w:rFonts w:ascii="Tahoma" w:eastAsia="DejaVu Sans" w:hAnsi="Tahoma" w:cs="Tahoma"/>
        </w:rPr>
        <w:t>خون</w:t>
      </w:r>
      <w:r w:rsidRPr="00C15401">
        <w:rPr>
          <w:rFonts w:ascii="Tahoma" w:eastAsia="DejaVu Sans" w:hAnsi="Tahoma" w:cs="Tahoma"/>
        </w:rPr>
        <w:t xml:space="preserve"> </w:t>
      </w:r>
      <w:r w:rsidRPr="00C15401">
        <w:rPr>
          <w:rFonts w:ascii="Tahoma" w:eastAsia="DejaVu Sans" w:hAnsi="Tahoma" w:cs="Tahoma"/>
        </w:rPr>
        <w:t>غالباً</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پوشیدنی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lastRenderedPageBreak/>
        <w:t>حسگر</w:t>
      </w:r>
      <w:r w:rsidRPr="00C15401">
        <w:rPr>
          <w:rFonts w:ascii="Tahoma" w:eastAsia="DejaVu Sans" w:hAnsi="Tahoma" w:cs="Tahoma"/>
        </w:rPr>
        <w:t xml:space="preserve"> </w:t>
      </w:r>
      <w:r w:rsidRPr="00C15401">
        <w:rPr>
          <w:rFonts w:ascii="Tahoma" w:eastAsia="DejaVu Sans" w:hAnsi="Tahoma" w:cs="Tahoma"/>
        </w:rPr>
        <w:t>متصل</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بدن</w:t>
      </w:r>
      <w:r w:rsidRPr="00C15401">
        <w:rPr>
          <w:rFonts w:ascii="Tahoma" w:eastAsia="DejaVu Sans" w:hAnsi="Tahoma" w:cs="Tahoma"/>
        </w:rPr>
        <w:t xml:space="preserve"> </w:t>
      </w:r>
      <w:r w:rsidRPr="00C15401">
        <w:rPr>
          <w:rFonts w:ascii="Tahoma" w:eastAsia="DejaVu Sans" w:hAnsi="Tahoma" w:cs="Tahoma"/>
        </w:rPr>
        <w:t>نیاز</w:t>
      </w:r>
      <w:r w:rsidRPr="00C15401">
        <w:rPr>
          <w:rFonts w:ascii="Tahoma" w:eastAsia="DejaVu Sans" w:hAnsi="Tahoma" w:cs="Tahoma"/>
        </w:rPr>
        <w:t xml:space="preserve"> </w:t>
      </w:r>
      <w:r w:rsidRPr="00C15401">
        <w:rPr>
          <w:rFonts w:ascii="Tahoma" w:eastAsia="DejaVu Sans" w:hAnsi="Tahoma" w:cs="Tahoma"/>
        </w:rPr>
        <w:t>دارند</w:t>
      </w:r>
      <w:r w:rsidRPr="00C15401">
        <w:rPr>
          <w:rFonts w:ascii="Tahoma" w:eastAsia="DejaVu Sans" w:hAnsi="Tahoma" w:cs="Tahoma"/>
        </w:rPr>
        <w:t xml:space="preserve">. NCM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دریافت،</w:t>
      </w:r>
      <w:r w:rsidRPr="00C15401">
        <w:rPr>
          <w:rFonts w:ascii="Tahoma" w:eastAsia="DejaVu Sans" w:hAnsi="Tahoma" w:cs="Tahoma"/>
        </w:rPr>
        <w:t xml:space="preserve"> </w:t>
      </w:r>
      <w:r w:rsidRPr="00C15401">
        <w:rPr>
          <w:rFonts w:ascii="Tahoma" w:eastAsia="DejaVu Sans" w:hAnsi="Tahoma" w:cs="Tahoma"/>
        </w:rPr>
        <w:t>تحلیل</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ثبت،</w:t>
      </w:r>
      <w:r w:rsidRPr="00C15401">
        <w:rPr>
          <w:rFonts w:ascii="Tahoma" w:eastAsia="DejaVu Sans" w:hAnsi="Tahoma" w:cs="Tahoma"/>
        </w:rPr>
        <w:t xml:space="preserve"> </w:t>
      </w:r>
      <w:r w:rsidRPr="00C15401">
        <w:rPr>
          <w:rFonts w:ascii="Tahoma" w:eastAsia="DejaVu Sans" w:hAnsi="Tahoma" w:cs="Tahoma"/>
        </w:rPr>
        <w:t>گزارش</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انتقال</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هماهنگ</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423370EA"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تشدید</w:t>
      </w:r>
      <w:r w:rsidRPr="00C15401">
        <w:rPr>
          <w:rFonts w:ascii="Tahoma" w:eastAsia="DejaVu Sans" w:hAnsi="Tahoma" w:cs="Tahoma"/>
        </w:rPr>
        <w:t xml:space="preserve"> </w:t>
      </w:r>
      <w:r w:rsidRPr="00C15401">
        <w:rPr>
          <w:rFonts w:ascii="Tahoma" w:eastAsia="DejaVu Sans" w:hAnsi="Tahoma" w:cs="Tahoma"/>
        </w:rPr>
        <w:t>اضطراری</w:t>
      </w:r>
    </w:p>
    <w:p w14:paraId="4A7F8B7C" w14:textId="77777777" w:rsidR="005D7765" w:rsidRPr="00C15401" w:rsidRDefault="0093767E" w:rsidP="00C15401">
      <w:pPr>
        <w:bidi/>
        <w:jc w:val="both"/>
        <w:rPr>
          <w:rFonts w:ascii="Tahoma" w:hAnsi="Tahoma" w:cs="Tahoma"/>
        </w:rPr>
      </w:pPr>
      <w:r w:rsidRPr="00C15401">
        <w:rPr>
          <w:rFonts w:ascii="Tahoma" w:eastAsia="DejaVu Sans" w:hAnsi="Tahoma" w:cs="Tahoma"/>
        </w:rPr>
        <w:t>زنجیره</w:t>
      </w:r>
      <w:r w:rsidRPr="00C15401">
        <w:rPr>
          <w:rFonts w:ascii="Tahoma" w:eastAsia="DejaVu Sans" w:hAnsi="Tahoma" w:cs="Tahoma"/>
        </w:rPr>
        <w:t xml:space="preserve"> </w:t>
      </w:r>
      <w:r w:rsidRPr="00C15401">
        <w:rPr>
          <w:rFonts w:ascii="Tahoma" w:eastAsia="DejaVu Sans" w:hAnsi="Tahoma" w:cs="Tahoma"/>
        </w:rPr>
        <w:t>پیشنهادی</w:t>
      </w:r>
      <w:r w:rsidRPr="00C15401">
        <w:rPr>
          <w:rFonts w:ascii="Tahoma" w:eastAsia="DejaVu Sans" w:hAnsi="Tahoma" w:cs="Tahoma"/>
        </w:rPr>
        <w:t xml:space="preserve"> </w:t>
      </w:r>
      <w:r w:rsidRPr="00C15401">
        <w:rPr>
          <w:rFonts w:ascii="Tahoma" w:eastAsia="DejaVu Sans" w:hAnsi="Tahoma" w:cs="Tahoma"/>
        </w:rPr>
        <w:t>واکنش</w:t>
      </w:r>
      <w:r w:rsidRPr="00C15401">
        <w:rPr>
          <w:rFonts w:ascii="Tahoma" w:eastAsia="DejaVu Sans" w:hAnsi="Tahoma" w:cs="Tahoma"/>
        </w:rPr>
        <w:t xml:space="preserve"> </w:t>
      </w:r>
      <w:r w:rsidRPr="00C15401">
        <w:rPr>
          <w:rFonts w:ascii="Tahoma" w:eastAsia="DejaVu Sans" w:hAnsi="Tahoma" w:cs="Tahoma"/>
        </w:rPr>
        <w:t>اضطراری</w:t>
      </w:r>
      <w:r w:rsidRPr="00C15401">
        <w:rPr>
          <w:rFonts w:ascii="Tahoma" w:eastAsia="DejaVu Sans" w:hAnsi="Tahoma" w:cs="Tahoma"/>
        </w:rPr>
        <w:t xml:space="preserve"> </w:t>
      </w:r>
      <w:r w:rsidRPr="00C15401">
        <w:rPr>
          <w:rFonts w:ascii="Tahoma" w:eastAsia="DejaVu Sans" w:hAnsi="Tahoma" w:cs="Tahoma"/>
        </w:rPr>
        <w:t>عبارت</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غیرعادی،</w:t>
      </w:r>
      <w:r w:rsidRPr="00C15401">
        <w:rPr>
          <w:rFonts w:ascii="Tahoma" w:eastAsia="DejaVu Sans" w:hAnsi="Tahoma" w:cs="Tahoma"/>
        </w:rPr>
        <w:t xml:space="preserve"> </w:t>
      </w:r>
      <w:r w:rsidRPr="00C15401">
        <w:rPr>
          <w:rFonts w:ascii="Tahoma" w:eastAsia="DejaVu Sans" w:hAnsi="Tahoma" w:cs="Tahoma"/>
        </w:rPr>
        <w:t>بررسی</w:t>
      </w:r>
      <w:r w:rsidRPr="00C15401">
        <w:rPr>
          <w:rFonts w:ascii="Tahoma" w:eastAsia="DejaVu Sans" w:hAnsi="Tahoma" w:cs="Tahoma"/>
        </w:rPr>
        <w:t xml:space="preserve"> </w:t>
      </w:r>
      <w:r w:rsidRPr="00C15401">
        <w:rPr>
          <w:rFonts w:ascii="Tahoma" w:eastAsia="DejaVu Sans" w:hAnsi="Tahoma" w:cs="Tahoma"/>
        </w:rPr>
        <w:t>چندحسگری،</w:t>
      </w:r>
      <w:r w:rsidRPr="00C15401">
        <w:rPr>
          <w:rFonts w:ascii="Tahoma" w:eastAsia="DejaVu Sans" w:hAnsi="Tahoma" w:cs="Tahoma"/>
        </w:rPr>
        <w:t xml:space="preserve"> </w:t>
      </w:r>
      <w:r w:rsidRPr="00C15401">
        <w:rPr>
          <w:rFonts w:ascii="Tahoma" w:eastAsia="DejaVu Sans" w:hAnsi="Tahoma" w:cs="Tahoma"/>
        </w:rPr>
        <w:t>پرسش</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فرد،</w:t>
      </w:r>
      <w:r w:rsidRPr="00C15401">
        <w:rPr>
          <w:rFonts w:ascii="Tahoma" w:eastAsia="DejaVu Sans" w:hAnsi="Tahoma" w:cs="Tahoma"/>
        </w:rPr>
        <w:t xml:space="preserve"> </w:t>
      </w:r>
      <w:r w:rsidRPr="00C15401">
        <w:rPr>
          <w:rFonts w:ascii="Tahoma" w:eastAsia="DejaVu Sans" w:hAnsi="Tahoma" w:cs="Tahoma"/>
        </w:rPr>
        <w:t>تماس</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مراقب</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سپس</w:t>
      </w:r>
      <w:r w:rsidRPr="00C15401">
        <w:rPr>
          <w:rFonts w:ascii="Tahoma" w:eastAsia="DejaVu Sans" w:hAnsi="Tahoma" w:cs="Tahoma"/>
        </w:rPr>
        <w:t xml:space="preserve"> </w:t>
      </w:r>
      <w:r w:rsidRPr="00C15401">
        <w:rPr>
          <w:rFonts w:ascii="Tahoma" w:eastAsia="DejaVu Sans" w:hAnsi="Tahoma" w:cs="Tahoma"/>
        </w:rPr>
        <w:t>تماس</w:t>
      </w:r>
      <w:r w:rsidRPr="00C15401">
        <w:rPr>
          <w:rFonts w:ascii="Tahoma" w:eastAsia="DejaVu Sans" w:hAnsi="Tahoma" w:cs="Tahoma"/>
        </w:rPr>
        <w:t xml:space="preserve"> </w:t>
      </w:r>
      <w:r w:rsidRPr="00C15401">
        <w:rPr>
          <w:rFonts w:ascii="Tahoma" w:eastAsia="DejaVu Sans" w:hAnsi="Tahoma" w:cs="Tahoma"/>
        </w:rPr>
        <w:t>خودکار</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اورژانس</w:t>
      </w:r>
      <w:r w:rsidRPr="00C15401">
        <w:rPr>
          <w:rFonts w:ascii="Tahoma" w:eastAsia="DejaVu Sans" w:hAnsi="Tahoma" w:cs="Tahoma"/>
        </w:rPr>
        <w:t xml:space="preserve">. </w:t>
      </w:r>
      <w:r w:rsidRPr="00C15401">
        <w:rPr>
          <w:rFonts w:ascii="Tahoma" w:eastAsia="DejaVu Sans" w:hAnsi="Tahoma" w:cs="Tahoma"/>
        </w:rPr>
        <w:t>تماس</w:t>
      </w:r>
      <w:r w:rsidRPr="00C15401">
        <w:rPr>
          <w:rFonts w:ascii="Tahoma" w:eastAsia="DejaVu Sans" w:hAnsi="Tahoma" w:cs="Tahoma"/>
        </w:rPr>
        <w:t xml:space="preserve"> </w:t>
      </w:r>
      <w:r w:rsidRPr="00C15401">
        <w:rPr>
          <w:rFonts w:ascii="Tahoma" w:eastAsia="DejaVu Sans" w:hAnsi="Tahoma" w:cs="Tahoma"/>
        </w:rPr>
        <w:t>خودکار</w:t>
      </w:r>
      <w:r w:rsidRPr="00C15401">
        <w:rPr>
          <w:rFonts w:ascii="Tahoma" w:eastAsia="DejaVu Sans" w:hAnsi="Tahoma" w:cs="Tahoma"/>
        </w:rPr>
        <w:t xml:space="preserve">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Emergency-Certified Profile </w:t>
      </w:r>
      <w:r w:rsidRPr="00C15401">
        <w:rPr>
          <w:rFonts w:ascii="Tahoma" w:eastAsia="DejaVu Sans" w:hAnsi="Tahoma" w:cs="Tahoma"/>
        </w:rPr>
        <w:t>فعال</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w:t>
      </w:r>
      <w:r w:rsidRPr="00C15401">
        <w:rPr>
          <w:rFonts w:ascii="Tahoma" w:eastAsia="DejaVu Sans" w:hAnsi="Tahoma" w:cs="Tahoma"/>
        </w:rPr>
        <w:t>پشتیبان،</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جایگزین</w:t>
      </w:r>
      <w:r w:rsidRPr="00C15401">
        <w:rPr>
          <w:rFonts w:ascii="Tahoma" w:eastAsia="DejaVu Sans" w:hAnsi="Tahoma" w:cs="Tahoma"/>
        </w:rPr>
        <w:t xml:space="preserve"> </w:t>
      </w:r>
      <w:r w:rsidRPr="00C15401">
        <w:rPr>
          <w:rFonts w:ascii="Tahoma" w:eastAsia="DejaVu Sans" w:hAnsi="Tahoma" w:cs="Tahoma"/>
        </w:rPr>
        <w:t>سلولی،</w:t>
      </w:r>
      <w:r w:rsidRPr="00C15401">
        <w:rPr>
          <w:rFonts w:ascii="Tahoma" w:eastAsia="DejaVu Sans" w:hAnsi="Tahoma" w:cs="Tahoma"/>
        </w:rPr>
        <w:t xml:space="preserve"> </w:t>
      </w:r>
      <w:r w:rsidRPr="00C15401">
        <w:rPr>
          <w:rFonts w:ascii="Tahoma" w:eastAsia="DejaVu Sans" w:hAnsi="Tahoma" w:cs="Tahoma"/>
        </w:rPr>
        <w:t>پردازش</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خودآزمایی،</w:t>
      </w:r>
      <w:r w:rsidRPr="00C15401">
        <w:rPr>
          <w:rFonts w:ascii="Tahoma" w:eastAsia="DejaVu Sans" w:hAnsi="Tahoma" w:cs="Tahoma"/>
        </w:rPr>
        <w:t xml:space="preserve"> </w:t>
      </w:r>
      <w:r w:rsidRPr="00C15401">
        <w:rPr>
          <w:rFonts w:ascii="Tahoma" w:eastAsia="DejaVu Sans" w:hAnsi="Tahoma" w:cs="Tahoma"/>
        </w:rPr>
        <w:t>ثبت</w:t>
      </w:r>
      <w:r w:rsidRPr="00C15401">
        <w:rPr>
          <w:rFonts w:ascii="Tahoma" w:eastAsia="DejaVu Sans" w:hAnsi="Tahoma" w:cs="Tahoma"/>
        </w:rPr>
        <w:t xml:space="preserve"> </w:t>
      </w:r>
      <w:r w:rsidRPr="00C15401">
        <w:rPr>
          <w:rFonts w:ascii="Tahoma" w:eastAsia="DejaVu Sans" w:hAnsi="Tahoma" w:cs="Tahoma"/>
        </w:rPr>
        <w:t>رویداد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سازوکار</w:t>
      </w:r>
      <w:r w:rsidRPr="00C15401">
        <w:rPr>
          <w:rFonts w:ascii="Tahoma" w:eastAsia="DejaVu Sans" w:hAnsi="Tahoma" w:cs="Tahoma"/>
        </w:rPr>
        <w:t xml:space="preserve"> </w:t>
      </w:r>
      <w:r w:rsidRPr="00C15401">
        <w:rPr>
          <w:rFonts w:ascii="Tahoma" w:eastAsia="DejaVu Sans" w:hAnsi="Tahoma" w:cs="Tahoma"/>
        </w:rPr>
        <w:t>کاهش</w:t>
      </w:r>
      <w:r w:rsidRPr="00C15401">
        <w:rPr>
          <w:rFonts w:ascii="Tahoma" w:eastAsia="DejaVu Sans" w:hAnsi="Tahoma" w:cs="Tahoma"/>
        </w:rPr>
        <w:t xml:space="preserve"> </w:t>
      </w:r>
      <w:r w:rsidRPr="00C15401">
        <w:rPr>
          <w:rFonts w:ascii="Tahoma" w:eastAsia="DejaVu Sans" w:hAnsi="Tahoma" w:cs="Tahoma"/>
        </w:rPr>
        <w:t>هشدار</w:t>
      </w:r>
      <w:r w:rsidRPr="00C15401">
        <w:rPr>
          <w:rFonts w:ascii="Tahoma" w:eastAsia="DejaVu Sans" w:hAnsi="Tahoma" w:cs="Tahoma"/>
        </w:rPr>
        <w:t xml:space="preserve"> </w:t>
      </w:r>
      <w:r w:rsidRPr="00C15401">
        <w:rPr>
          <w:rFonts w:ascii="Tahoma" w:eastAsia="DejaVu Sans" w:hAnsi="Tahoma" w:cs="Tahoma"/>
        </w:rPr>
        <w:t>کاذب</w:t>
      </w:r>
      <w:r w:rsidRPr="00C15401">
        <w:rPr>
          <w:rFonts w:ascii="Tahoma" w:eastAsia="DejaVu Sans" w:hAnsi="Tahoma" w:cs="Tahoma"/>
        </w:rPr>
        <w:t xml:space="preserve"> </w:t>
      </w:r>
      <w:r w:rsidRPr="00C15401">
        <w:rPr>
          <w:rFonts w:ascii="Tahoma" w:eastAsia="DejaVu Sans" w:hAnsi="Tahoma" w:cs="Tahoma"/>
        </w:rPr>
        <w:t>مجهز</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1A170305" w14:textId="77777777" w:rsidR="005D7765" w:rsidRPr="00C15401" w:rsidRDefault="0093767E" w:rsidP="00C15401">
      <w:pPr>
        <w:bidi/>
        <w:jc w:val="both"/>
        <w:rPr>
          <w:rFonts w:ascii="Tahoma" w:hAnsi="Tahoma" w:cs="Tahoma"/>
        </w:rPr>
      </w:pP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سیستم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آدرس،</w:t>
      </w:r>
      <w:r w:rsidRPr="00C15401">
        <w:rPr>
          <w:rFonts w:ascii="Tahoma" w:eastAsia="DejaVu Sans" w:hAnsi="Tahoma" w:cs="Tahoma"/>
        </w:rPr>
        <w:t xml:space="preserve"> </w:t>
      </w:r>
      <w:r w:rsidRPr="00C15401">
        <w:rPr>
          <w:rFonts w:ascii="Tahoma" w:eastAsia="DejaVu Sans" w:hAnsi="Tahoma" w:cs="Tahoma"/>
        </w:rPr>
        <w:t>موقعیت</w:t>
      </w:r>
      <w:r w:rsidRPr="00C15401">
        <w:rPr>
          <w:rFonts w:ascii="Tahoma" w:eastAsia="DejaVu Sans" w:hAnsi="Tahoma" w:cs="Tahoma"/>
        </w:rPr>
        <w:t xml:space="preserve"> </w:t>
      </w:r>
      <w:r w:rsidRPr="00C15401">
        <w:rPr>
          <w:rFonts w:ascii="Tahoma" w:eastAsia="DejaVu Sans" w:hAnsi="Tahoma" w:cs="Tahoma"/>
        </w:rPr>
        <w:t>دقیق</w:t>
      </w:r>
      <w:r w:rsidRPr="00C15401">
        <w:rPr>
          <w:rFonts w:ascii="Tahoma" w:eastAsia="DejaVu Sans" w:hAnsi="Tahoma" w:cs="Tahoma"/>
        </w:rPr>
        <w:t xml:space="preserve"> </w:t>
      </w:r>
      <w:r w:rsidRPr="00C15401">
        <w:rPr>
          <w:rFonts w:ascii="Tahoma" w:eastAsia="DejaVu Sans" w:hAnsi="Tahoma" w:cs="Tahoma"/>
        </w:rPr>
        <w:t>فرد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نوع</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زمان</w:t>
      </w:r>
      <w:r w:rsidRPr="00C15401">
        <w:rPr>
          <w:rFonts w:ascii="Tahoma" w:eastAsia="DejaVu Sans" w:hAnsi="Tahoma" w:cs="Tahoma"/>
        </w:rPr>
        <w:t xml:space="preserve"> </w:t>
      </w:r>
      <w:r w:rsidRPr="00C15401">
        <w:rPr>
          <w:rFonts w:ascii="Tahoma" w:eastAsia="DejaVu Sans" w:hAnsi="Tahoma" w:cs="Tahoma"/>
        </w:rPr>
        <w:t>حادثه،</w:t>
      </w:r>
      <w:r w:rsidRPr="00C15401">
        <w:rPr>
          <w:rFonts w:ascii="Tahoma" w:eastAsia="DejaVu Sans" w:hAnsi="Tahoma" w:cs="Tahoma"/>
        </w:rPr>
        <w:t xml:space="preserve"> </w:t>
      </w:r>
      <w:r w:rsidRPr="00C15401">
        <w:rPr>
          <w:rFonts w:ascii="Tahoma" w:eastAsia="DejaVu Sans" w:hAnsi="Tahoma" w:cs="Tahoma"/>
        </w:rPr>
        <w:t>علائم</w:t>
      </w:r>
      <w:r w:rsidRPr="00C15401">
        <w:rPr>
          <w:rFonts w:ascii="Tahoma" w:eastAsia="DejaVu Sans" w:hAnsi="Tahoma" w:cs="Tahoma"/>
        </w:rPr>
        <w:t xml:space="preserve"> </w:t>
      </w:r>
      <w:r w:rsidRPr="00C15401">
        <w:rPr>
          <w:rFonts w:ascii="Tahoma" w:eastAsia="DejaVu Sans" w:hAnsi="Tahoma" w:cs="Tahoma"/>
        </w:rPr>
        <w:t>حیاتی</w:t>
      </w:r>
      <w:r w:rsidRPr="00C15401">
        <w:rPr>
          <w:rFonts w:ascii="Tahoma" w:eastAsia="DejaVu Sans" w:hAnsi="Tahoma" w:cs="Tahoma"/>
        </w:rPr>
        <w:t xml:space="preserve"> </w:t>
      </w:r>
      <w:r w:rsidRPr="00C15401">
        <w:rPr>
          <w:rFonts w:ascii="Tahoma" w:eastAsia="DejaVu Sans" w:hAnsi="Tahoma" w:cs="Tahoma"/>
        </w:rPr>
        <w:t>موجود،</w:t>
      </w:r>
      <w:r w:rsidRPr="00C15401">
        <w:rPr>
          <w:rFonts w:ascii="Tahoma" w:eastAsia="DejaVu Sans" w:hAnsi="Tahoma" w:cs="Tahoma"/>
        </w:rPr>
        <w:t xml:space="preserve"> </w:t>
      </w:r>
      <w:r w:rsidRPr="00C15401">
        <w:rPr>
          <w:rFonts w:ascii="Tahoma" w:eastAsia="DejaVu Sans" w:hAnsi="Tahoma" w:cs="Tahoma"/>
        </w:rPr>
        <w:t>اطلاعات</w:t>
      </w:r>
      <w:r w:rsidRPr="00C15401">
        <w:rPr>
          <w:rFonts w:ascii="Tahoma" w:eastAsia="DejaVu Sans" w:hAnsi="Tahoma" w:cs="Tahoma"/>
        </w:rPr>
        <w:t xml:space="preserve"> </w:t>
      </w:r>
      <w:r w:rsidRPr="00C15401">
        <w:rPr>
          <w:rFonts w:ascii="Tahoma" w:eastAsia="DejaVu Sans" w:hAnsi="Tahoma" w:cs="Tahoma"/>
        </w:rPr>
        <w:t>سلامت</w:t>
      </w:r>
      <w:r w:rsidRPr="00C15401">
        <w:rPr>
          <w:rFonts w:ascii="Tahoma" w:eastAsia="DejaVu Sans" w:hAnsi="Tahoma" w:cs="Tahoma"/>
        </w:rPr>
        <w:t xml:space="preserve"> </w:t>
      </w:r>
      <w:r w:rsidRPr="00C15401">
        <w:rPr>
          <w:rFonts w:ascii="Tahoma" w:eastAsia="DejaVu Sans" w:hAnsi="Tahoma" w:cs="Tahoma"/>
        </w:rPr>
        <w:t>ازپیش</w:t>
      </w:r>
      <w:r w:rsidRPr="00C15401">
        <w:rPr>
          <w:rFonts w:ascii="Tahoma" w:eastAsia="DejaVu Sans" w:hAnsi="Tahoma" w:cs="Tahoma"/>
        </w:rPr>
        <w:t>‌</w:t>
      </w:r>
      <w:r w:rsidRPr="00C15401">
        <w:rPr>
          <w:rFonts w:ascii="Tahoma" w:eastAsia="DejaVu Sans" w:hAnsi="Tahoma" w:cs="Tahoma"/>
        </w:rPr>
        <w:t>مجازشده،</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ورود</w:t>
      </w:r>
      <w:r w:rsidRPr="00C15401">
        <w:rPr>
          <w:rFonts w:ascii="Tahoma" w:eastAsia="DejaVu Sans" w:hAnsi="Tahoma" w:cs="Tahoma"/>
        </w:rPr>
        <w:t xml:space="preserve"> </w:t>
      </w:r>
      <w:r w:rsidRPr="00C15401">
        <w:rPr>
          <w:rFonts w:ascii="Tahoma" w:eastAsia="DejaVu Sans" w:hAnsi="Tahoma" w:cs="Tahoma"/>
        </w:rPr>
        <w:t>امدادگران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مکالمه</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ارائه</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بازکردن</w:t>
      </w:r>
      <w:r w:rsidRPr="00C15401">
        <w:rPr>
          <w:rFonts w:ascii="Tahoma" w:eastAsia="DejaVu Sans" w:hAnsi="Tahoma" w:cs="Tahoma"/>
        </w:rPr>
        <w:t xml:space="preserve"> </w:t>
      </w:r>
      <w:r w:rsidRPr="00C15401">
        <w:rPr>
          <w:rFonts w:ascii="Tahoma" w:eastAsia="DejaVu Sans" w:hAnsi="Tahoma" w:cs="Tahoma"/>
        </w:rPr>
        <w:t>ورودی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اشتراک</w:t>
      </w:r>
      <w:r w:rsidRPr="00C15401">
        <w:rPr>
          <w:rFonts w:ascii="Tahoma" w:eastAsia="DejaVu Sans" w:hAnsi="Tahoma" w:cs="Tahoma"/>
        </w:rPr>
        <w:t>‌</w:t>
      </w:r>
      <w:r w:rsidRPr="00C15401">
        <w:rPr>
          <w:rFonts w:ascii="Tahoma" w:eastAsia="DejaVu Sans" w:hAnsi="Tahoma" w:cs="Tahoma"/>
        </w:rPr>
        <w:t>گذاری</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حساس</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طبق</w:t>
      </w:r>
      <w:r w:rsidRPr="00C15401">
        <w:rPr>
          <w:rFonts w:ascii="Tahoma" w:eastAsia="DejaVu Sans" w:hAnsi="Tahoma" w:cs="Tahoma"/>
        </w:rPr>
        <w:t xml:space="preserve"> </w:t>
      </w:r>
      <w:r w:rsidRPr="00C15401">
        <w:rPr>
          <w:rFonts w:ascii="Tahoma" w:eastAsia="DejaVu Sans" w:hAnsi="Tahoma" w:cs="Tahoma"/>
        </w:rPr>
        <w:t>رضایت،</w:t>
      </w:r>
      <w:r w:rsidRPr="00C15401">
        <w:rPr>
          <w:rFonts w:ascii="Tahoma" w:eastAsia="DejaVu Sans" w:hAnsi="Tahoma" w:cs="Tahoma"/>
        </w:rPr>
        <w:t xml:space="preserve"> </w:t>
      </w:r>
      <w:r w:rsidRPr="00C15401">
        <w:rPr>
          <w:rFonts w:ascii="Tahoma" w:eastAsia="DejaVu Sans" w:hAnsi="Tahoma" w:cs="Tahoma"/>
        </w:rPr>
        <w:t>مجوز</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پروتکل</w:t>
      </w:r>
      <w:r w:rsidRPr="00C15401">
        <w:rPr>
          <w:rFonts w:ascii="Tahoma" w:eastAsia="DejaVu Sans" w:hAnsi="Tahoma" w:cs="Tahoma"/>
        </w:rPr>
        <w:t xml:space="preserve"> </w:t>
      </w:r>
      <w:r w:rsidRPr="00C15401">
        <w:rPr>
          <w:rFonts w:ascii="Tahoma" w:eastAsia="DejaVu Sans" w:hAnsi="Tahoma" w:cs="Tahoma"/>
        </w:rPr>
        <w:t>امنیتی</w:t>
      </w:r>
      <w:r w:rsidRPr="00C15401">
        <w:rPr>
          <w:rFonts w:ascii="Tahoma" w:eastAsia="DejaVu Sans" w:hAnsi="Tahoma" w:cs="Tahoma"/>
        </w:rPr>
        <w:t xml:space="preserve"> </w:t>
      </w:r>
      <w:r w:rsidRPr="00C15401">
        <w:rPr>
          <w:rFonts w:ascii="Tahoma" w:eastAsia="DejaVu Sans" w:hAnsi="Tahoma" w:cs="Tahoma"/>
        </w:rPr>
        <w:t>انجام</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w:t>
      </w:r>
    </w:p>
    <w:p w14:paraId="7FDB8AAA" w14:textId="77777777" w:rsidR="005D7765" w:rsidRPr="00C15401" w:rsidRDefault="0093767E" w:rsidP="00C15401">
      <w:pPr>
        <w:keepLines/>
        <w:shd w:val="clear" w:color="auto" w:fill="F4F6F9"/>
        <w:bidi/>
        <w:spacing w:before="80" w:after="160"/>
        <w:ind w:left="144" w:right="144"/>
        <w:jc w:val="both"/>
        <w:rPr>
          <w:rFonts w:ascii="Tahoma" w:hAnsi="Tahoma" w:cs="Tahoma"/>
        </w:rPr>
      </w:pPr>
      <w:r w:rsidRPr="00C15401">
        <w:rPr>
          <w:rFonts w:ascii="Tahoma" w:eastAsia="DejaVu Sans" w:hAnsi="Tahoma" w:cs="Tahoma"/>
          <w:b/>
          <w:color w:val="1F4D78"/>
        </w:rPr>
        <w:t>اصل</w:t>
      </w:r>
      <w:r w:rsidRPr="00C15401">
        <w:rPr>
          <w:rFonts w:ascii="Tahoma" w:eastAsia="DejaVu Sans" w:hAnsi="Tahoma" w:cs="Tahoma"/>
          <w:b/>
          <w:color w:val="1F4D78"/>
        </w:rPr>
        <w:t xml:space="preserve"> </w:t>
      </w:r>
      <w:r w:rsidRPr="00C15401">
        <w:rPr>
          <w:rFonts w:ascii="Tahoma" w:eastAsia="DejaVu Sans" w:hAnsi="Tahoma" w:cs="Tahoma"/>
          <w:b/>
          <w:color w:val="1F4D78"/>
        </w:rPr>
        <w:t>انسانی</w:t>
      </w:r>
      <w:r w:rsidRPr="00C15401">
        <w:rPr>
          <w:rFonts w:ascii="Tahoma" w:eastAsia="DejaVu Sans" w:hAnsi="Tahoma" w:cs="Tahoma"/>
          <w:b/>
          <w:color w:val="1F4D78"/>
        </w:rPr>
        <w:t xml:space="preserve">: </w:t>
      </w:r>
      <w:r w:rsidRPr="00C15401">
        <w:rPr>
          <w:rFonts w:ascii="Tahoma" w:eastAsia="DejaVu Sans" w:hAnsi="Tahoma" w:cs="Tahoma"/>
        </w:rPr>
        <w:t>پایش</w:t>
      </w:r>
      <w:r w:rsidRPr="00C15401">
        <w:rPr>
          <w:rFonts w:ascii="Tahoma" w:eastAsia="DejaVu Sans" w:hAnsi="Tahoma" w:cs="Tahoma"/>
        </w:rPr>
        <w:t xml:space="preserve"> </w:t>
      </w:r>
      <w:r w:rsidRPr="00C15401">
        <w:rPr>
          <w:rFonts w:ascii="Tahoma" w:eastAsia="DejaVu Sans" w:hAnsi="Tahoma" w:cs="Tahoma"/>
        </w:rPr>
        <w:t>سلامت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مراقبت</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حریم</w:t>
      </w:r>
      <w:r w:rsidRPr="00C15401">
        <w:rPr>
          <w:rFonts w:ascii="Tahoma" w:eastAsia="DejaVu Sans" w:hAnsi="Tahoma" w:cs="Tahoma"/>
        </w:rPr>
        <w:t xml:space="preserve"> </w:t>
      </w:r>
      <w:r w:rsidRPr="00C15401">
        <w:rPr>
          <w:rFonts w:ascii="Tahoma" w:eastAsia="DejaVu Sans" w:hAnsi="Tahoma" w:cs="Tahoma"/>
        </w:rPr>
        <w:t>خصوصی،</w:t>
      </w:r>
      <w:r w:rsidRPr="00C15401">
        <w:rPr>
          <w:rFonts w:ascii="Tahoma" w:eastAsia="DejaVu Sans" w:hAnsi="Tahoma" w:cs="Tahoma"/>
        </w:rPr>
        <w:t xml:space="preserve"> </w:t>
      </w:r>
      <w:r w:rsidRPr="00C15401">
        <w:rPr>
          <w:rFonts w:ascii="Tahoma" w:eastAsia="DejaVu Sans" w:hAnsi="Tahoma" w:cs="Tahoma"/>
        </w:rPr>
        <w:t>رضایت</w:t>
      </w:r>
      <w:r w:rsidRPr="00C15401">
        <w:rPr>
          <w:rFonts w:ascii="Tahoma" w:eastAsia="DejaVu Sans" w:hAnsi="Tahoma" w:cs="Tahoma"/>
        </w:rPr>
        <w:t xml:space="preserve"> </w:t>
      </w:r>
      <w:r w:rsidRPr="00C15401">
        <w:rPr>
          <w:rFonts w:ascii="Tahoma" w:eastAsia="DejaVu Sans" w:hAnsi="Tahoma" w:cs="Tahoma"/>
        </w:rPr>
        <w:t>آگاهانه،</w:t>
      </w:r>
      <w:r w:rsidRPr="00C15401">
        <w:rPr>
          <w:rFonts w:ascii="Tahoma" w:eastAsia="DejaVu Sans" w:hAnsi="Tahoma" w:cs="Tahoma"/>
        </w:rPr>
        <w:t xml:space="preserve"> </w:t>
      </w:r>
      <w:r w:rsidRPr="00C15401">
        <w:rPr>
          <w:rFonts w:ascii="Tahoma" w:eastAsia="DejaVu Sans" w:hAnsi="Tahoma" w:cs="Tahoma"/>
        </w:rPr>
        <w:t>اختیار</w:t>
      </w:r>
      <w:r w:rsidRPr="00C15401">
        <w:rPr>
          <w:rFonts w:ascii="Tahoma" w:eastAsia="DejaVu Sans" w:hAnsi="Tahoma" w:cs="Tahoma"/>
        </w:rPr>
        <w:t xml:space="preserve"> </w:t>
      </w:r>
      <w:r w:rsidRPr="00C15401">
        <w:rPr>
          <w:rFonts w:ascii="Tahoma" w:eastAsia="DejaVu Sans" w:hAnsi="Tahoma" w:cs="Tahoma"/>
        </w:rPr>
        <w:t>ساکن،</w:t>
      </w:r>
      <w:r w:rsidRPr="00C15401">
        <w:rPr>
          <w:rFonts w:ascii="Tahoma" w:eastAsia="DejaVu Sans" w:hAnsi="Tahoma" w:cs="Tahoma"/>
        </w:rPr>
        <w:t xml:space="preserve"> </w:t>
      </w:r>
      <w:r w:rsidRPr="00C15401">
        <w:rPr>
          <w:rFonts w:ascii="Tahoma" w:eastAsia="DejaVu Sans" w:hAnsi="Tahoma" w:cs="Tahoma"/>
        </w:rPr>
        <w:t>حداقل</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خاموش</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غیرحیاتی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عملکرد</w:t>
      </w:r>
      <w:r w:rsidRPr="00C15401">
        <w:rPr>
          <w:rFonts w:ascii="Tahoma" w:eastAsia="DejaVu Sans" w:hAnsi="Tahoma" w:cs="Tahoma"/>
        </w:rPr>
        <w:t xml:space="preserve"> Fail-Safe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w:t>
      </w:r>
    </w:p>
    <w:p w14:paraId="24639046"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NCM</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داخلی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خارجی</w:t>
      </w:r>
    </w:p>
    <w:p w14:paraId="1AA2924B" w14:textId="77777777" w:rsidR="005D7765" w:rsidRPr="00C15401" w:rsidRDefault="0093767E" w:rsidP="00C15401">
      <w:pPr>
        <w:bidi/>
        <w:jc w:val="both"/>
        <w:rPr>
          <w:rFonts w:ascii="Tahoma" w:hAnsi="Tahoma" w:cs="Tahoma"/>
        </w:rPr>
      </w:pPr>
      <w:r w:rsidRPr="00C15401">
        <w:rPr>
          <w:rFonts w:ascii="Tahoma" w:eastAsia="DejaVu Sans" w:hAnsi="Tahoma" w:cs="Tahoma"/>
        </w:rPr>
        <w:t>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Node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 xml:space="preserve"> </w:t>
      </w:r>
      <w:r w:rsidRPr="00C15401">
        <w:rPr>
          <w:rFonts w:ascii="Tahoma" w:eastAsia="DejaVu Sans" w:hAnsi="Tahoma" w:cs="Tahoma"/>
        </w:rPr>
        <w:t>داخلی،</w:t>
      </w:r>
      <w:r w:rsidRPr="00C15401">
        <w:rPr>
          <w:rFonts w:ascii="Tahoma" w:eastAsia="DejaVu Sans" w:hAnsi="Tahoma" w:cs="Tahoma"/>
        </w:rPr>
        <w:t xml:space="preserve"> </w:t>
      </w:r>
      <w:r w:rsidRPr="00C15401">
        <w:rPr>
          <w:rFonts w:ascii="Tahoma" w:eastAsia="DejaVu Sans" w:hAnsi="Tahoma" w:cs="Tahoma"/>
        </w:rPr>
        <w:t>پیرامونی،</w:t>
      </w:r>
      <w:r w:rsidRPr="00C15401">
        <w:rPr>
          <w:rFonts w:ascii="Tahoma" w:eastAsia="DejaVu Sans" w:hAnsi="Tahoma" w:cs="Tahoma"/>
        </w:rPr>
        <w:t xml:space="preserve"> </w:t>
      </w:r>
      <w:r w:rsidRPr="00C15401">
        <w:rPr>
          <w:rFonts w:ascii="Tahoma" w:eastAsia="DejaVu Sans" w:hAnsi="Tahoma" w:cs="Tahoma"/>
        </w:rPr>
        <w:t>نما،</w:t>
      </w:r>
      <w:r w:rsidRPr="00C15401">
        <w:rPr>
          <w:rFonts w:ascii="Tahoma" w:eastAsia="DejaVu Sans" w:hAnsi="Tahoma" w:cs="Tahoma"/>
        </w:rPr>
        <w:t xml:space="preserve"> </w:t>
      </w:r>
      <w:r w:rsidRPr="00C15401">
        <w:rPr>
          <w:rFonts w:ascii="Tahoma" w:eastAsia="DejaVu Sans" w:hAnsi="Tahoma" w:cs="Tahoma"/>
        </w:rPr>
        <w:t>سقف</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سایر</w:t>
      </w:r>
      <w:r w:rsidRPr="00C15401">
        <w:rPr>
          <w:rFonts w:ascii="Tahoma" w:eastAsia="DejaVu Sans" w:hAnsi="Tahoma" w:cs="Tahoma"/>
        </w:rPr>
        <w:t xml:space="preserve"> </w:t>
      </w:r>
      <w:r w:rsidRPr="00C15401">
        <w:rPr>
          <w:rFonts w:ascii="Tahoma" w:eastAsia="DejaVu Sans" w:hAnsi="Tahoma" w:cs="Tahoma"/>
        </w:rPr>
        <w:t>موقعیت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مناسب</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 xml:space="preserve">. Active Service Face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فضایی</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69D2F7F2" w14:textId="77777777" w:rsidR="005D7765" w:rsidRPr="00C15401" w:rsidRDefault="0093767E" w:rsidP="00C15401">
      <w:pPr>
        <w:bidi/>
        <w:jc w:val="both"/>
        <w:rPr>
          <w:rFonts w:ascii="Tahoma" w:hAnsi="Tahoma" w:cs="Tahoma"/>
        </w:rPr>
      </w:pPr>
      <w:r w:rsidRPr="00C15401">
        <w:rPr>
          <w:rFonts w:ascii="Tahoma" w:eastAsia="DejaVu Sans" w:hAnsi="Tahoma" w:cs="Tahoma"/>
        </w:rPr>
        <w:t>NCM</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 xml:space="preserve"> </w:t>
      </w:r>
      <w:r w:rsidRPr="00C15401">
        <w:rPr>
          <w:rFonts w:ascii="Tahoma" w:eastAsia="DejaVu Sans" w:hAnsi="Tahoma" w:cs="Tahoma"/>
        </w:rPr>
        <w:t>خارجی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موارد</w:t>
      </w:r>
      <w:r w:rsidRPr="00C15401">
        <w:rPr>
          <w:rFonts w:ascii="Tahoma" w:eastAsia="DejaVu Sans" w:hAnsi="Tahoma" w:cs="Tahoma"/>
        </w:rPr>
        <w:t xml:space="preserve"> </w:t>
      </w:r>
      <w:r w:rsidRPr="00C15401">
        <w:rPr>
          <w:rFonts w:ascii="Tahoma" w:eastAsia="DejaVu Sans" w:hAnsi="Tahoma" w:cs="Tahoma"/>
        </w:rPr>
        <w:t>زیر</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کار</w:t>
      </w:r>
      <w:r w:rsidRPr="00C15401">
        <w:rPr>
          <w:rFonts w:ascii="Tahoma" w:eastAsia="DejaVu Sans" w:hAnsi="Tahoma" w:cs="Tahoma"/>
        </w:rPr>
        <w:t xml:space="preserve"> </w:t>
      </w:r>
      <w:r w:rsidRPr="00C15401">
        <w:rPr>
          <w:rFonts w:ascii="Tahoma" w:eastAsia="DejaVu Sans" w:hAnsi="Tahoma" w:cs="Tahoma"/>
        </w:rPr>
        <w:t>روند</w:t>
      </w:r>
      <w:r w:rsidRPr="00C15401">
        <w:rPr>
          <w:rFonts w:ascii="Tahoma" w:eastAsia="DejaVu Sans" w:hAnsi="Tahoma" w:cs="Tahoma"/>
        </w:rPr>
        <w:t>:</w:t>
      </w:r>
    </w:p>
    <w:p w14:paraId="5D7F01AA"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امنیت</w:t>
      </w:r>
      <w:r w:rsidRPr="00C15401">
        <w:rPr>
          <w:rFonts w:ascii="Tahoma" w:eastAsia="DejaVu Sans" w:hAnsi="Tahoma" w:cs="Tahoma"/>
        </w:rPr>
        <w:t xml:space="preserve"> </w:t>
      </w:r>
      <w:r w:rsidRPr="00C15401">
        <w:rPr>
          <w:rFonts w:ascii="Tahoma" w:eastAsia="DejaVu Sans" w:hAnsi="Tahoma" w:cs="Tahoma"/>
        </w:rPr>
        <w:t>تصویری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پایش</w:t>
      </w:r>
      <w:r w:rsidRPr="00C15401">
        <w:rPr>
          <w:rFonts w:ascii="Tahoma" w:eastAsia="DejaVu Sans" w:hAnsi="Tahoma" w:cs="Tahoma"/>
        </w:rPr>
        <w:t xml:space="preserve"> </w:t>
      </w:r>
      <w:r w:rsidRPr="00C15401">
        <w:rPr>
          <w:rFonts w:ascii="Tahoma" w:eastAsia="DejaVu Sans" w:hAnsi="Tahoma" w:cs="Tahoma"/>
        </w:rPr>
        <w:t>پیرامونی؛</w:t>
      </w:r>
    </w:p>
    <w:p w14:paraId="6C6FAF2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دود،</w:t>
      </w:r>
      <w:r w:rsidRPr="00C15401">
        <w:rPr>
          <w:rFonts w:ascii="Tahoma" w:eastAsia="DejaVu Sans" w:hAnsi="Tahoma" w:cs="Tahoma"/>
        </w:rPr>
        <w:t xml:space="preserve"> </w:t>
      </w:r>
      <w:r w:rsidRPr="00C15401">
        <w:rPr>
          <w:rFonts w:ascii="Tahoma" w:eastAsia="DejaVu Sans" w:hAnsi="Tahoma" w:cs="Tahoma"/>
        </w:rPr>
        <w:t>آتش</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حرارت</w:t>
      </w:r>
      <w:r w:rsidRPr="00C15401">
        <w:rPr>
          <w:rFonts w:ascii="Tahoma" w:eastAsia="DejaVu Sans" w:hAnsi="Tahoma" w:cs="Tahoma"/>
        </w:rPr>
        <w:t xml:space="preserve"> </w:t>
      </w:r>
      <w:r w:rsidRPr="00C15401">
        <w:rPr>
          <w:rFonts w:ascii="Tahoma" w:eastAsia="DejaVu Sans" w:hAnsi="Tahoma" w:cs="Tahoma"/>
        </w:rPr>
        <w:t>غیرعادی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پوسته؛</w:t>
      </w:r>
    </w:p>
    <w:p w14:paraId="13A011B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پایش</w:t>
      </w:r>
      <w:r w:rsidRPr="00C15401">
        <w:rPr>
          <w:rFonts w:ascii="Tahoma" w:eastAsia="DejaVu Sans" w:hAnsi="Tahoma" w:cs="Tahoma"/>
        </w:rPr>
        <w:t xml:space="preserve"> </w:t>
      </w:r>
      <w:r w:rsidRPr="00C15401">
        <w:rPr>
          <w:rFonts w:ascii="Tahoma" w:eastAsia="DejaVu Sans" w:hAnsi="Tahoma" w:cs="Tahoma"/>
        </w:rPr>
        <w:t>باران،</w:t>
      </w:r>
      <w:r w:rsidRPr="00C15401">
        <w:rPr>
          <w:rFonts w:ascii="Tahoma" w:eastAsia="DejaVu Sans" w:hAnsi="Tahoma" w:cs="Tahoma"/>
        </w:rPr>
        <w:t xml:space="preserve"> </w:t>
      </w:r>
      <w:r w:rsidRPr="00C15401">
        <w:rPr>
          <w:rFonts w:ascii="Tahoma" w:eastAsia="DejaVu Sans" w:hAnsi="Tahoma" w:cs="Tahoma"/>
        </w:rPr>
        <w:t>برف،</w:t>
      </w:r>
      <w:r w:rsidRPr="00C15401">
        <w:rPr>
          <w:rFonts w:ascii="Tahoma" w:eastAsia="DejaVu Sans" w:hAnsi="Tahoma" w:cs="Tahoma"/>
        </w:rPr>
        <w:t xml:space="preserve"> </w:t>
      </w:r>
      <w:r w:rsidRPr="00C15401">
        <w:rPr>
          <w:rFonts w:ascii="Tahoma" w:eastAsia="DejaVu Sans" w:hAnsi="Tahoma" w:cs="Tahoma"/>
        </w:rPr>
        <w:t>باد،</w:t>
      </w:r>
      <w:r w:rsidRPr="00C15401">
        <w:rPr>
          <w:rFonts w:ascii="Tahoma" w:eastAsia="DejaVu Sans" w:hAnsi="Tahoma" w:cs="Tahoma"/>
        </w:rPr>
        <w:t xml:space="preserve"> </w:t>
      </w:r>
      <w:r w:rsidRPr="00C15401">
        <w:rPr>
          <w:rFonts w:ascii="Tahoma" w:eastAsia="DejaVu Sans" w:hAnsi="Tahoma" w:cs="Tahoma"/>
        </w:rPr>
        <w:t>یخ</w:t>
      </w:r>
      <w:r w:rsidRPr="00C15401">
        <w:rPr>
          <w:rFonts w:ascii="Tahoma" w:eastAsia="DejaVu Sans" w:hAnsi="Tahoma" w:cs="Tahoma"/>
        </w:rPr>
        <w:t>‌</w:t>
      </w:r>
      <w:r w:rsidRPr="00C15401">
        <w:rPr>
          <w:rFonts w:ascii="Tahoma" w:eastAsia="DejaVu Sans" w:hAnsi="Tahoma" w:cs="Tahoma"/>
        </w:rPr>
        <w:t>زدگی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شرایط</w:t>
      </w:r>
      <w:r w:rsidRPr="00C15401">
        <w:rPr>
          <w:rFonts w:ascii="Tahoma" w:eastAsia="DejaVu Sans" w:hAnsi="Tahoma" w:cs="Tahoma"/>
        </w:rPr>
        <w:t xml:space="preserve"> </w:t>
      </w:r>
      <w:r w:rsidRPr="00C15401">
        <w:rPr>
          <w:rFonts w:ascii="Tahoma" w:eastAsia="DejaVu Sans" w:hAnsi="Tahoma" w:cs="Tahoma"/>
        </w:rPr>
        <w:t>اقلیمی؛</w:t>
      </w:r>
    </w:p>
    <w:p w14:paraId="7ED44E2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نشت</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 xml:space="preserve"> </w:t>
      </w:r>
      <w:r w:rsidRPr="00C15401">
        <w:rPr>
          <w:rFonts w:ascii="Tahoma" w:eastAsia="DejaVu Sans" w:hAnsi="Tahoma" w:cs="Tahoma"/>
        </w:rPr>
        <w:t>رطوبت</w:t>
      </w:r>
      <w:r w:rsidRPr="00C15401">
        <w:rPr>
          <w:rFonts w:ascii="Tahoma" w:eastAsia="DejaVu Sans" w:hAnsi="Tahoma" w:cs="Tahoma"/>
        </w:rPr>
        <w:t xml:space="preserve"> </w:t>
      </w:r>
      <w:r w:rsidRPr="00C15401">
        <w:rPr>
          <w:rFonts w:ascii="Tahoma" w:eastAsia="DejaVu Sans" w:hAnsi="Tahoma" w:cs="Tahoma"/>
        </w:rPr>
        <w:t>نما</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تخریب</w:t>
      </w:r>
      <w:r w:rsidRPr="00C15401">
        <w:rPr>
          <w:rFonts w:ascii="Tahoma" w:eastAsia="DejaVu Sans" w:hAnsi="Tahoma" w:cs="Tahoma"/>
        </w:rPr>
        <w:t xml:space="preserve"> </w:t>
      </w:r>
      <w:r w:rsidRPr="00C15401">
        <w:rPr>
          <w:rFonts w:ascii="Tahoma" w:eastAsia="DejaVu Sans" w:hAnsi="Tahoma" w:cs="Tahoma"/>
        </w:rPr>
        <w:t>پوشش؛</w:t>
      </w:r>
    </w:p>
    <w:p w14:paraId="31C7229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پایش</w:t>
      </w:r>
      <w:r w:rsidRPr="00C15401">
        <w:rPr>
          <w:rFonts w:ascii="Tahoma" w:eastAsia="DejaVu Sans" w:hAnsi="Tahoma" w:cs="Tahoma"/>
        </w:rPr>
        <w:t xml:space="preserve"> </w:t>
      </w:r>
      <w:r w:rsidRPr="00C15401">
        <w:rPr>
          <w:rFonts w:ascii="Tahoma" w:eastAsia="DejaVu Sans" w:hAnsi="Tahoma" w:cs="Tahoma"/>
        </w:rPr>
        <w:t>تغییرشکل</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آسیب</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نقاط</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w:t>
      </w:r>
      <w:r w:rsidRPr="00C15401">
        <w:rPr>
          <w:rFonts w:ascii="Tahoma" w:eastAsia="DejaVu Sans" w:hAnsi="Tahoma" w:cs="Tahoma"/>
        </w:rPr>
        <w:t>گیری</w:t>
      </w:r>
      <w:r w:rsidRPr="00C15401">
        <w:rPr>
          <w:rFonts w:ascii="Tahoma" w:eastAsia="DejaVu Sans" w:hAnsi="Tahoma" w:cs="Tahoma"/>
        </w:rPr>
        <w:t xml:space="preserve"> </w:t>
      </w:r>
      <w:r w:rsidRPr="00C15401">
        <w:rPr>
          <w:rFonts w:ascii="Tahoma" w:eastAsia="DejaVu Sans" w:hAnsi="Tahoma" w:cs="Tahoma"/>
        </w:rPr>
        <w:t>مناسب؛</w:t>
      </w:r>
    </w:p>
    <w:p w14:paraId="3F8778A3"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تشخیص</w:t>
      </w:r>
      <w:r w:rsidRPr="00C15401">
        <w:rPr>
          <w:rFonts w:ascii="Tahoma" w:eastAsia="DejaVu Sans" w:hAnsi="Tahoma" w:cs="Tahoma"/>
        </w:rPr>
        <w:t xml:space="preserve"> </w:t>
      </w:r>
      <w:r w:rsidRPr="00C15401">
        <w:rPr>
          <w:rFonts w:ascii="Tahoma" w:eastAsia="DejaVu Sans" w:hAnsi="Tahoma" w:cs="Tahoma"/>
        </w:rPr>
        <w:t>ورود</w:t>
      </w:r>
      <w:r w:rsidRPr="00C15401">
        <w:rPr>
          <w:rFonts w:ascii="Tahoma" w:eastAsia="DejaVu Sans" w:hAnsi="Tahoma" w:cs="Tahoma"/>
        </w:rPr>
        <w:t xml:space="preserve"> </w:t>
      </w:r>
      <w:r w:rsidRPr="00C15401">
        <w:rPr>
          <w:rFonts w:ascii="Tahoma" w:eastAsia="DejaVu Sans" w:hAnsi="Tahoma" w:cs="Tahoma"/>
        </w:rPr>
        <w:t>انسان</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حیوان،</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روشنایی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تجهیزات</w:t>
      </w:r>
      <w:r w:rsidRPr="00C15401">
        <w:rPr>
          <w:rFonts w:ascii="Tahoma" w:eastAsia="DejaVu Sans" w:hAnsi="Tahoma" w:cs="Tahoma"/>
        </w:rPr>
        <w:t xml:space="preserve"> </w:t>
      </w:r>
      <w:r w:rsidRPr="00C15401">
        <w:rPr>
          <w:rFonts w:ascii="Tahoma" w:eastAsia="DejaVu Sans" w:hAnsi="Tahoma" w:cs="Tahoma"/>
        </w:rPr>
        <w:t>خارجی؛</w:t>
      </w:r>
    </w:p>
    <w:p w14:paraId="4B2BE75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اضطراری</w:t>
      </w:r>
      <w:r w:rsidRPr="00C15401">
        <w:rPr>
          <w:rFonts w:ascii="Tahoma" w:eastAsia="DejaVu Sans" w:hAnsi="Tahoma" w:cs="Tahoma"/>
        </w:rPr>
        <w:t xml:space="preserve"> </w:t>
      </w:r>
      <w:r w:rsidRPr="00C15401">
        <w:rPr>
          <w:rFonts w:ascii="Tahoma" w:eastAsia="DejaVu Sans" w:hAnsi="Tahoma" w:cs="Tahoma"/>
        </w:rPr>
        <w:t>مستقل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اجرای</w:t>
      </w:r>
      <w:r w:rsidRPr="00C15401">
        <w:rPr>
          <w:rFonts w:ascii="Tahoma" w:eastAsia="DejaVu Sans" w:hAnsi="Tahoma" w:cs="Tahoma"/>
        </w:rPr>
        <w:t xml:space="preserve"> </w:t>
      </w:r>
      <w:r w:rsidRPr="00C15401">
        <w:rPr>
          <w:rFonts w:ascii="Tahoma" w:eastAsia="DejaVu Sans" w:hAnsi="Tahoma" w:cs="Tahoma"/>
        </w:rPr>
        <w:t>عملکردهای</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اطفا</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ایمنی</w:t>
      </w:r>
      <w:r w:rsidRPr="00C15401">
        <w:rPr>
          <w:rFonts w:ascii="Tahoma" w:eastAsia="DejaVu Sans" w:hAnsi="Tahoma" w:cs="Tahoma"/>
        </w:rPr>
        <w:t>.</w:t>
      </w:r>
    </w:p>
    <w:p w14:paraId="6E57FF66" w14:textId="77777777" w:rsidR="005D7765" w:rsidRPr="00C15401" w:rsidRDefault="0093767E" w:rsidP="00C15401">
      <w:pPr>
        <w:bidi/>
        <w:jc w:val="both"/>
        <w:rPr>
          <w:rFonts w:ascii="Tahoma" w:hAnsi="Tahoma" w:cs="Tahoma"/>
        </w:rPr>
      </w:pPr>
      <w:r w:rsidRPr="00C15401">
        <w:rPr>
          <w:rFonts w:ascii="Tahoma" w:eastAsia="DejaVu Sans" w:hAnsi="Tahoma" w:cs="Tahoma"/>
        </w:rPr>
        <w:t>برای</w:t>
      </w:r>
      <w:r w:rsidRPr="00C15401">
        <w:rPr>
          <w:rFonts w:ascii="Tahoma" w:eastAsia="DejaVu Sans" w:hAnsi="Tahoma" w:cs="Tahoma"/>
        </w:rPr>
        <w:t xml:space="preserve"> NCM </w:t>
      </w:r>
      <w:r w:rsidRPr="00C15401">
        <w:rPr>
          <w:rFonts w:ascii="Tahoma" w:eastAsia="DejaVu Sans" w:hAnsi="Tahoma" w:cs="Tahoma"/>
        </w:rPr>
        <w:t>خارجی،</w:t>
      </w:r>
      <w:r w:rsidRPr="00C15401">
        <w:rPr>
          <w:rFonts w:ascii="Tahoma" w:eastAsia="DejaVu Sans" w:hAnsi="Tahoma" w:cs="Tahoma"/>
        </w:rPr>
        <w:t xml:space="preserve"> </w:t>
      </w:r>
      <w:r w:rsidRPr="00C15401">
        <w:rPr>
          <w:rFonts w:ascii="Tahoma" w:eastAsia="DejaVu Sans" w:hAnsi="Tahoma" w:cs="Tahoma"/>
        </w:rPr>
        <w:t>مقاومت</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برابر</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 xml:space="preserve"> </w:t>
      </w:r>
      <w:r w:rsidRPr="00C15401">
        <w:rPr>
          <w:rFonts w:ascii="Tahoma" w:eastAsia="DejaVu Sans" w:hAnsi="Tahoma" w:cs="Tahoma"/>
        </w:rPr>
        <w:t>گردوغبار،</w:t>
      </w:r>
      <w:r w:rsidRPr="00C15401">
        <w:rPr>
          <w:rFonts w:ascii="Tahoma" w:eastAsia="DejaVu Sans" w:hAnsi="Tahoma" w:cs="Tahoma"/>
        </w:rPr>
        <w:t xml:space="preserve"> UV</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خوردگی،</w:t>
      </w:r>
      <w:r w:rsidRPr="00C15401">
        <w:rPr>
          <w:rFonts w:ascii="Tahoma" w:eastAsia="DejaVu Sans" w:hAnsi="Tahoma" w:cs="Tahoma"/>
        </w:rPr>
        <w:t xml:space="preserve"> </w:t>
      </w:r>
      <w:r w:rsidRPr="00C15401">
        <w:rPr>
          <w:rFonts w:ascii="Tahoma" w:eastAsia="DejaVu Sans" w:hAnsi="Tahoma" w:cs="Tahoma"/>
        </w:rPr>
        <w:t>ضربه،</w:t>
      </w:r>
      <w:r w:rsidRPr="00C15401">
        <w:rPr>
          <w:rFonts w:ascii="Tahoma" w:eastAsia="DejaVu Sans" w:hAnsi="Tahoma" w:cs="Tahoma"/>
        </w:rPr>
        <w:t xml:space="preserve"> </w:t>
      </w:r>
      <w:r w:rsidRPr="00C15401">
        <w:rPr>
          <w:rFonts w:ascii="Tahoma" w:eastAsia="DejaVu Sans" w:hAnsi="Tahoma" w:cs="Tahoma"/>
        </w:rPr>
        <w:t>دستکاری،</w:t>
      </w:r>
      <w:r w:rsidRPr="00C15401">
        <w:rPr>
          <w:rFonts w:ascii="Tahoma" w:eastAsia="DejaVu Sans" w:hAnsi="Tahoma" w:cs="Tahoma"/>
        </w:rPr>
        <w:t xml:space="preserve"> </w:t>
      </w:r>
      <w:r w:rsidRPr="00C15401">
        <w:rPr>
          <w:rFonts w:ascii="Tahoma" w:eastAsia="DejaVu Sans" w:hAnsi="Tahoma" w:cs="Tahoma"/>
        </w:rPr>
        <w:t>تغییرات</w:t>
      </w:r>
      <w:r w:rsidRPr="00C15401">
        <w:rPr>
          <w:rFonts w:ascii="Tahoma" w:eastAsia="DejaVu Sans" w:hAnsi="Tahoma" w:cs="Tahoma"/>
        </w:rPr>
        <w:t xml:space="preserve"> </w:t>
      </w:r>
      <w:r w:rsidRPr="00C15401">
        <w:rPr>
          <w:rFonts w:ascii="Tahoma" w:eastAsia="DejaVu Sans" w:hAnsi="Tahoma" w:cs="Tahoma"/>
        </w:rPr>
        <w:t>دما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میعان</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ابتدا</w:t>
      </w:r>
      <w:r w:rsidRPr="00C15401">
        <w:rPr>
          <w:rFonts w:ascii="Tahoma" w:eastAsia="DejaVu Sans" w:hAnsi="Tahoma" w:cs="Tahoma"/>
        </w:rPr>
        <w:t xml:space="preserve"> </w:t>
      </w:r>
      <w:r w:rsidRPr="00C15401">
        <w:rPr>
          <w:rFonts w:ascii="Tahoma" w:eastAsia="DejaVu Sans" w:hAnsi="Tahoma" w:cs="Tahoma"/>
        </w:rPr>
        <w:t>جزئی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 xml:space="preserve"> </w:t>
      </w:r>
      <w:r w:rsidRPr="00C15401">
        <w:rPr>
          <w:rFonts w:ascii="Tahoma" w:eastAsia="DejaVu Sans" w:hAnsi="Tahoma" w:cs="Tahoma"/>
        </w:rPr>
        <w:t>محیطی</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Bay </w:t>
      </w:r>
      <w:r w:rsidRPr="00C15401">
        <w:rPr>
          <w:rFonts w:ascii="Tahoma" w:eastAsia="DejaVu Sans" w:hAnsi="Tahoma" w:cs="Tahoma"/>
        </w:rPr>
        <w:t>باشد</w:t>
      </w:r>
      <w:r w:rsidRPr="00C15401">
        <w:rPr>
          <w:rFonts w:ascii="Tahoma" w:eastAsia="DejaVu Sans" w:hAnsi="Tahoma" w:cs="Tahoma"/>
        </w:rPr>
        <w:t>.</w:t>
      </w:r>
    </w:p>
    <w:p w14:paraId="40EDEEBB"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اکوسیستم</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NCM </w:t>
      </w:r>
      <w:r w:rsidRPr="00C15401">
        <w:rPr>
          <w:rFonts w:ascii="Tahoma" w:eastAsia="DejaVu Sans" w:hAnsi="Tahoma" w:cs="Tahoma"/>
        </w:rPr>
        <w:t>و</w:t>
      </w:r>
      <w:r w:rsidRPr="00C15401">
        <w:rPr>
          <w:rFonts w:ascii="Tahoma" w:eastAsia="DejaVu Sans" w:hAnsi="Tahoma" w:cs="Tahoma"/>
        </w:rPr>
        <w:t xml:space="preserve"> NCM-CORE</w:t>
      </w:r>
    </w:p>
    <w:p w14:paraId="02EC4D62" w14:textId="77777777" w:rsidR="005D7765" w:rsidRPr="00C15401" w:rsidRDefault="0093767E" w:rsidP="00C15401">
      <w:pPr>
        <w:bidi/>
        <w:jc w:val="both"/>
        <w:rPr>
          <w:rFonts w:ascii="Tahoma" w:hAnsi="Tahoma" w:cs="Tahoma"/>
        </w:rPr>
      </w:pPr>
      <w:r w:rsidRPr="00C15401">
        <w:rPr>
          <w:rFonts w:ascii="Tahoma" w:eastAsia="DejaVu Sans" w:hAnsi="Tahoma" w:cs="Tahoma"/>
        </w:rPr>
        <w:t>مجموعه</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قلب</w:t>
      </w:r>
      <w:r w:rsidRPr="00C15401">
        <w:rPr>
          <w:rFonts w:ascii="Tahoma" w:eastAsia="DejaVu Sans" w:hAnsi="Tahoma" w:cs="Tahoma"/>
        </w:rPr>
        <w:t xml:space="preserve"> </w:t>
      </w:r>
      <w:r w:rsidRPr="00C15401">
        <w:rPr>
          <w:rFonts w:ascii="Tahoma" w:eastAsia="DejaVu Sans" w:hAnsi="Tahoma" w:cs="Tahoma"/>
        </w:rPr>
        <w:t>عملیاتی</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NCM</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حس</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ذخیره</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مرتبط</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وظایف</w:t>
      </w:r>
      <w:r w:rsidRPr="00C15401">
        <w:rPr>
          <w:rFonts w:ascii="Tahoma" w:eastAsia="DejaVu Sans" w:hAnsi="Tahoma" w:cs="Tahoma"/>
        </w:rPr>
        <w:t xml:space="preserve"> </w:t>
      </w:r>
      <w:r w:rsidRPr="00C15401">
        <w:rPr>
          <w:rFonts w:ascii="Tahoma" w:eastAsia="DejaVu Sans" w:hAnsi="Tahoma" w:cs="Tahoma"/>
        </w:rPr>
        <w:t>تخصصی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انجام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دهند</w:t>
      </w:r>
      <w:r w:rsidRPr="00C15401">
        <w:rPr>
          <w:rFonts w:ascii="Tahoma" w:eastAsia="DejaVu Sans" w:hAnsi="Tahoma" w:cs="Tahoma"/>
        </w:rPr>
        <w:t xml:space="preserve">. NCM-CORE </w:t>
      </w:r>
      <w:r w:rsidRPr="00C15401">
        <w:rPr>
          <w:rFonts w:ascii="Tahoma" w:eastAsia="DejaVu Sans" w:hAnsi="Tahoma" w:cs="Tahoma"/>
        </w:rPr>
        <w:t>هسته</w:t>
      </w:r>
      <w:r w:rsidRPr="00C15401">
        <w:rPr>
          <w:rFonts w:ascii="Tahoma" w:eastAsia="DejaVu Sans" w:hAnsi="Tahoma" w:cs="Tahoma"/>
        </w:rPr>
        <w:t xml:space="preserve"> </w:t>
      </w:r>
      <w:r w:rsidRPr="00C15401">
        <w:rPr>
          <w:rFonts w:ascii="Tahoma" w:eastAsia="DejaVu Sans" w:hAnsi="Tahoma" w:cs="Tahoma"/>
        </w:rPr>
        <w:t>هماهنگی،</w:t>
      </w:r>
      <w:r w:rsidRPr="00C15401">
        <w:rPr>
          <w:rFonts w:ascii="Tahoma" w:eastAsia="DejaVu Sans" w:hAnsi="Tahoma" w:cs="Tahoma"/>
        </w:rPr>
        <w:t xml:space="preserve"> </w:t>
      </w:r>
      <w:r w:rsidRPr="00C15401">
        <w:rPr>
          <w:rFonts w:ascii="Tahoma" w:eastAsia="DejaVu Sans" w:hAnsi="Tahoma" w:cs="Tahoma"/>
        </w:rPr>
        <w:t>آرشیو</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محل</w:t>
      </w:r>
      <w:r w:rsidRPr="00C15401">
        <w:rPr>
          <w:rFonts w:ascii="Tahoma" w:eastAsia="DejaVu Sans" w:hAnsi="Tahoma" w:cs="Tahoma"/>
        </w:rPr>
        <w:t xml:space="preserve"> </w:t>
      </w:r>
      <w:r w:rsidRPr="00C15401">
        <w:rPr>
          <w:rFonts w:ascii="Tahoma" w:eastAsia="DejaVu Sans" w:hAnsi="Tahoma" w:cs="Tahoma"/>
        </w:rPr>
        <w:t>استقرار</w:t>
      </w:r>
      <w:r w:rsidRPr="00C15401">
        <w:rPr>
          <w:rFonts w:ascii="Tahoma" w:eastAsia="DejaVu Sans" w:hAnsi="Tahoma" w:cs="Tahoma"/>
        </w:rPr>
        <w:t xml:space="preserve"> Building BIOS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پنل</w:t>
      </w:r>
      <w:r w:rsidRPr="00C15401">
        <w:rPr>
          <w:rFonts w:ascii="Tahoma" w:eastAsia="DejaVu Sans" w:hAnsi="Tahoma" w:cs="Tahoma"/>
        </w:rPr>
        <w:t xml:space="preserve"> AI Clone </w:t>
      </w:r>
      <w:r w:rsidRPr="00C15401">
        <w:rPr>
          <w:rFonts w:ascii="Tahoma" w:eastAsia="DejaVu Sans" w:hAnsi="Tahoma" w:cs="Tahoma"/>
        </w:rPr>
        <w:t>عملیاتی</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tbl>
      <w:tblPr>
        <w:tblStyle w:val="TableGrid"/>
        <w:tblW w:w="9360" w:type="dxa"/>
        <w:tblInd w:w="120" w:type="dxa"/>
        <w:tblLayout w:type="fixed"/>
        <w:tblLook w:val="04A0" w:firstRow="1" w:lastRow="0" w:firstColumn="1" w:lastColumn="0" w:noHBand="0" w:noVBand="1"/>
      </w:tblPr>
      <w:tblGrid>
        <w:gridCol w:w="2500"/>
        <w:gridCol w:w="6860"/>
      </w:tblGrid>
      <w:tr w:rsidR="005D7765" w:rsidRPr="00C15401" w14:paraId="109C98C4" w14:textId="77777777">
        <w:trPr>
          <w:cantSplit/>
          <w:tblHeader/>
        </w:trPr>
        <w:tc>
          <w:tcPr>
            <w:tcW w:w="2500" w:type="dxa"/>
            <w:shd w:val="clear" w:color="auto" w:fill="F2F4F7"/>
            <w:tcMar>
              <w:top w:w="80" w:type="dxa"/>
              <w:left w:w="120" w:type="dxa"/>
              <w:bottom w:w="80" w:type="dxa"/>
              <w:right w:w="120" w:type="dxa"/>
            </w:tcMar>
            <w:vAlign w:val="center"/>
          </w:tcPr>
          <w:p w14:paraId="3E616D16"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لایه</w:t>
            </w:r>
          </w:p>
        </w:tc>
        <w:tc>
          <w:tcPr>
            <w:tcW w:w="6860" w:type="dxa"/>
            <w:shd w:val="clear" w:color="auto" w:fill="F2F4F7"/>
            <w:tcMar>
              <w:top w:w="80" w:type="dxa"/>
              <w:left w:w="120" w:type="dxa"/>
              <w:bottom w:w="80" w:type="dxa"/>
              <w:right w:w="120" w:type="dxa"/>
            </w:tcMar>
            <w:vAlign w:val="center"/>
          </w:tcPr>
          <w:p w14:paraId="3AA2BF9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نقش</w:t>
            </w:r>
          </w:p>
        </w:tc>
      </w:tr>
      <w:tr w:rsidR="005D7765" w:rsidRPr="00C15401" w14:paraId="6DE66587" w14:textId="77777777">
        <w:trPr>
          <w:cantSplit/>
        </w:trPr>
        <w:tc>
          <w:tcPr>
            <w:tcW w:w="2500" w:type="dxa"/>
            <w:tcMar>
              <w:top w:w="80" w:type="dxa"/>
              <w:left w:w="120" w:type="dxa"/>
              <w:bottom w:w="80" w:type="dxa"/>
              <w:right w:w="120" w:type="dxa"/>
            </w:tcMar>
            <w:vAlign w:val="center"/>
          </w:tcPr>
          <w:p w14:paraId="629D3E50"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Distributed NCMs</w:t>
            </w:r>
          </w:p>
        </w:tc>
        <w:tc>
          <w:tcPr>
            <w:tcW w:w="6860" w:type="dxa"/>
            <w:tcMar>
              <w:top w:w="80" w:type="dxa"/>
              <w:left w:w="120" w:type="dxa"/>
              <w:bottom w:w="80" w:type="dxa"/>
              <w:right w:w="120" w:type="dxa"/>
            </w:tcMar>
            <w:vAlign w:val="center"/>
          </w:tcPr>
          <w:p w14:paraId="456C7C39"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حسگری،</w:t>
            </w:r>
            <w:r w:rsidRPr="00C15401">
              <w:rPr>
                <w:rFonts w:ascii="Tahoma" w:eastAsia="DejaVu Sans" w:hAnsi="Tahoma" w:cs="Tahoma"/>
                <w:sz w:val="19"/>
              </w:rPr>
              <w:t xml:space="preserve"> </w:t>
            </w:r>
            <w:r w:rsidRPr="00C15401">
              <w:rPr>
                <w:rFonts w:ascii="Tahoma" w:eastAsia="DejaVu Sans" w:hAnsi="Tahoma" w:cs="Tahoma"/>
                <w:sz w:val="19"/>
              </w:rPr>
              <w:t>عملگری،</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 xml:space="preserve"> </w:t>
            </w:r>
            <w:r w:rsidRPr="00C15401">
              <w:rPr>
                <w:rFonts w:ascii="Tahoma" w:eastAsia="DejaVu Sans" w:hAnsi="Tahoma" w:cs="Tahoma"/>
                <w:sz w:val="19"/>
              </w:rPr>
              <w:t>محلی،</w:t>
            </w:r>
            <w:r w:rsidRPr="00C15401">
              <w:rPr>
                <w:rFonts w:ascii="Tahoma" w:eastAsia="DejaVu Sans" w:hAnsi="Tahoma" w:cs="Tahoma"/>
                <w:sz w:val="19"/>
              </w:rPr>
              <w:t xml:space="preserve"> </w:t>
            </w:r>
            <w:r w:rsidRPr="00C15401">
              <w:rPr>
                <w:rFonts w:ascii="Tahoma" w:eastAsia="DejaVu Sans" w:hAnsi="Tahoma" w:cs="Tahoma"/>
                <w:sz w:val="19"/>
              </w:rPr>
              <w:t>ذخیره</w:t>
            </w:r>
            <w:r w:rsidRPr="00C15401">
              <w:rPr>
                <w:rFonts w:ascii="Tahoma" w:eastAsia="DejaVu Sans" w:hAnsi="Tahoma" w:cs="Tahoma"/>
                <w:sz w:val="19"/>
              </w:rPr>
              <w:t xml:space="preserve"> </w:t>
            </w:r>
            <w:r w:rsidRPr="00C15401">
              <w:rPr>
                <w:rFonts w:ascii="Tahoma" w:eastAsia="DejaVu Sans" w:hAnsi="Tahoma" w:cs="Tahoma"/>
                <w:sz w:val="19"/>
              </w:rPr>
              <w:t>داده</w:t>
            </w:r>
            <w:r w:rsidRPr="00C15401">
              <w:rPr>
                <w:rFonts w:ascii="Tahoma" w:eastAsia="DejaVu Sans" w:hAnsi="Tahoma" w:cs="Tahoma"/>
                <w:sz w:val="19"/>
              </w:rPr>
              <w:t xml:space="preserve"> </w:t>
            </w:r>
            <w:r w:rsidRPr="00C15401">
              <w:rPr>
                <w:rFonts w:ascii="Tahoma" w:eastAsia="DejaVu Sans" w:hAnsi="Tahoma" w:cs="Tahoma"/>
                <w:sz w:val="19"/>
              </w:rPr>
              <w:t>نزدیک</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ادامه</w:t>
            </w:r>
            <w:r w:rsidRPr="00C15401">
              <w:rPr>
                <w:rFonts w:ascii="Tahoma" w:eastAsia="DejaVu Sans" w:hAnsi="Tahoma" w:cs="Tahoma"/>
                <w:sz w:val="19"/>
              </w:rPr>
              <w:t xml:space="preserve"> </w:t>
            </w:r>
            <w:r w:rsidRPr="00C15401">
              <w:rPr>
                <w:rFonts w:ascii="Tahoma" w:eastAsia="DejaVu Sans" w:hAnsi="Tahoma" w:cs="Tahoma"/>
                <w:sz w:val="19"/>
              </w:rPr>
              <w:t>عملکرد</w:t>
            </w:r>
            <w:r w:rsidRPr="00C15401">
              <w:rPr>
                <w:rFonts w:ascii="Tahoma" w:eastAsia="DejaVu Sans" w:hAnsi="Tahoma" w:cs="Tahoma"/>
                <w:sz w:val="19"/>
              </w:rPr>
              <w:t xml:space="preserve"> </w:t>
            </w:r>
            <w:r w:rsidRPr="00C15401">
              <w:rPr>
                <w:rFonts w:ascii="Tahoma" w:eastAsia="DejaVu Sans" w:hAnsi="Tahoma" w:cs="Tahoma"/>
                <w:sz w:val="19"/>
              </w:rPr>
              <w:t>ایمن</w:t>
            </w:r>
            <w:r w:rsidRPr="00C15401">
              <w:rPr>
                <w:rFonts w:ascii="Tahoma" w:eastAsia="DejaVu Sans" w:hAnsi="Tahoma" w:cs="Tahoma"/>
                <w:sz w:val="19"/>
              </w:rPr>
              <w:t xml:space="preserve"> </w:t>
            </w:r>
            <w:r w:rsidRPr="00C15401">
              <w:rPr>
                <w:rFonts w:ascii="Tahoma" w:eastAsia="DejaVu Sans" w:hAnsi="Tahoma" w:cs="Tahoma"/>
                <w:sz w:val="19"/>
              </w:rPr>
              <w:t>در</w:t>
            </w:r>
            <w:r w:rsidRPr="00C15401">
              <w:rPr>
                <w:rFonts w:ascii="Tahoma" w:eastAsia="DejaVu Sans" w:hAnsi="Tahoma" w:cs="Tahoma"/>
                <w:sz w:val="19"/>
              </w:rPr>
              <w:t xml:space="preserve"> </w:t>
            </w:r>
            <w:r w:rsidRPr="00C15401">
              <w:rPr>
                <w:rFonts w:ascii="Tahoma" w:eastAsia="DejaVu Sans" w:hAnsi="Tahoma" w:cs="Tahoma"/>
                <w:sz w:val="19"/>
              </w:rPr>
              <w:t>صورت</w:t>
            </w:r>
            <w:r w:rsidRPr="00C15401">
              <w:rPr>
                <w:rFonts w:ascii="Tahoma" w:eastAsia="DejaVu Sans" w:hAnsi="Tahoma" w:cs="Tahoma"/>
                <w:sz w:val="19"/>
              </w:rPr>
              <w:t xml:space="preserve"> </w:t>
            </w:r>
            <w:r w:rsidRPr="00C15401">
              <w:rPr>
                <w:rFonts w:ascii="Tahoma" w:eastAsia="DejaVu Sans" w:hAnsi="Tahoma" w:cs="Tahoma"/>
                <w:sz w:val="19"/>
              </w:rPr>
              <w:t>قطع</w:t>
            </w:r>
            <w:r w:rsidRPr="00C15401">
              <w:rPr>
                <w:rFonts w:ascii="Tahoma" w:eastAsia="DejaVu Sans" w:hAnsi="Tahoma" w:cs="Tahoma"/>
                <w:sz w:val="19"/>
              </w:rPr>
              <w:t xml:space="preserve"> </w:t>
            </w:r>
            <w:r w:rsidRPr="00C15401">
              <w:rPr>
                <w:rFonts w:ascii="Tahoma" w:eastAsia="DejaVu Sans" w:hAnsi="Tahoma" w:cs="Tahoma"/>
                <w:sz w:val="19"/>
              </w:rPr>
              <w:t>ارتباط</w:t>
            </w:r>
            <w:r w:rsidRPr="00C15401">
              <w:rPr>
                <w:rFonts w:ascii="Tahoma" w:eastAsia="DejaVu Sans" w:hAnsi="Tahoma" w:cs="Tahoma"/>
                <w:sz w:val="19"/>
              </w:rPr>
              <w:t>.</w:t>
            </w:r>
          </w:p>
        </w:tc>
      </w:tr>
      <w:tr w:rsidR="005D7765" w:rsidRPr="00C15401" w14:paraId="722FA065" w14:textId="77777777">
        <w:trPr>
          <w:cantSplit/>
        </w:trPr>
        <w:tc>
          <w:tcPr>
            <w:tcW w:w="2500" w:type="dxa"/>
            <w:tcMar>
              <w:top w:w="80" w:type="dxa"/>
              <w:left w:w="120" w:type="dxa"/>
              <w:bottom w:w="80" w:type="dxa"/>
              <w:right w:w="120" w:type="dxa"/>
            </w:tcMar>
            <w:vAlign w:val="center"/>
          </w:tcPr>
          <w:p w14:paraId="3AD1EF8B"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NCM-CORE</w:t>
            </w:r>
          </w:p>
        </w:tc>
        <w:tc>
          <w:tcPr>
            <w:tcW w:w="6860" w:type="dxa"/>
            <w:tcMar>
              <w:top w:w="80" w:type="dxa"/>
              <w:left w:w="120" w:type="dxa"/>
              <w:bottom w:w="80" w:type="dxa"/>
              <w:right w:w="120" w:type="dxa"/>
            </w:tcMar>
            <w:vAlign w:val="center"/>
          </w:tcPr>
          <w:p w14:paraId="22DF78F2"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هماهنگی،</w:t>
            </w:r>
            <w:r w:rsidRPr="00C15401">
              <w:rPr>
                <w:rFonts w:ascii="Tahoma" w:eastAsia="DejaVu Sans" w:hAnsi="Tahoma" w:cs="Tahoma"/>
                <w:sz w:val="19"/>
              </w:rPr>
              <w:t xml:space="preserve"> </w:t>
            </w:r>
            <w:r w:rsidRPr="00C15401">
              <w:rPr>
                <w:rFonts w:ascii="Tahoma" w:eastAsia="DejaVu Sans" w:hAnsi="Tahoma" w:cs="Tahoma"/>
                <w:sz w:val="19"/>
              </w:rPr>
              <w:t>اجرای</w:t>
            </w:r>
            <w:r w:rsidRPr="00C15401">
              <w:rPr>
                <w:rFonts w:ascii="Tahoma" w:eastAsia="DejaVu Sans" w:hAnsi="Tahoma" w:cs="Tahoma"/>
                <w:sz w:val="19"/>
              </w:rPr>
              <w:t xml:space="preserve"> BIOS</w:t>
            </w:r>
            <w:r w:rsidRPr="00C15401">
              <w:rPr>
                <w:rFonts w:ascii="Tahoma" w:eastAsia="DejaVu Sans" w:hAnsi="Tahoma" w:cs="Tahoma"/>
                <w:sz w:val="19"/>
              </w:rPr>
              <w:t>،</w:t>
            </w:r>
            <w:r w:rsidRPr="00C15401">
              <w:rPr>
                <w:rFonts w:ascii="Tahoma" w:eastAsia="DejaVu Sans" w:hAnsi="Tahoma" w:cs="Tahoma"/>
                <w:sz w:val="19"/>
              </w:rPr>
              <w:t xml:space="preserve"> AI Clone </w:t>
            </w:r>
            <w:r w:rsidRPr="00C15401">
              <w:rPr>
                <w:rFonts w:ascii="Tahoma" w:eastAsia="DejaVu Sans" w:hAnsi="Tahoma" w:cs="Tahoma"/>
                <w:sz w:val="19"/>
              </w:rPr>
              <w:t>عملیاتی،</w:t>
            </w:r>
            <w:r w:rsidRPr="00C15401">
              <w:rPr>
                <w:rFonts w:ascii="Tahoma" w:eastAsia="DejaVu Sans" w:hAnsi="Tahoma" w:cs="Tahoma"/>
                <w:sz w:val="19"/>
              </w:rPr>
              <w:t xml:space="preserve"> </w:t>
            </w:r>
            <w:r w:rsidRPr="00C15401">
              <w:rPr>
                <w:rFonts w:ascii="Tahoma" w:eastAsia="DejaVu Sans" w:hAnsi="Tahoma" w:cs="Tahoma"/>
                <w:sz w:val="19"/>
              </w:rPr>
              <w:t>آرشیو</w:t>
            </w:r>
            <w:r w:rsidRPr="00C15401">
              <w:rPr>
                <w:rFonts w:ascii="Tahoma" w:eastAsia="DejaVu Sans" w:hAnsi="Tahoma" w:cs="Tahoma"/>
                <w:sz w:val="19"/>
              </w:rPr>
              <w:t xml:space="preserve"> </w:t>
            </w:r>
            <w:r w:rsidRPr="00C15401">
              <w:rPr>
                <w:rFonts w:ascii="Tahoma" w:eastAsia="DejaVu Sans" w:hAnsi="Tahoma" w:cs="Tahoma"/>
                <w:sz w:val="19"/>
              </w:rPr>
              <w:t>اصلی،</w:t>
            </w:r>
            <w:r w:rsidRPr="00C15401">
              <w:rPr>
                <w:rFonts w:ascii="Tahoma" w:eastAsia="DejaVu Sans" w:hAnsi="Tahoma" w:cs="Tahoma"/>
                <w:sz w:val="19"/>
              </w:rPr>
              <w:t xml:space="preserve"> </w:t>
            </w:r>
            <w:r w:rsidRPr="00C15401">
              <w:rPr>
                <w:rFonts w:ascii="Tahoma" w:eastAsia="DejaVu Sans" w:hAnsi="Tahoma" w:cs="Tahoma"/>
                <w:sz w:val="19"/>
              </w:rPr>
              <w:t>مدیریت</w:t>
            </w:r>
            <w:r w:rsidRPr="00C15401">
              <w:rPr>
                <w:rFonts w:ascii="Tahoma" w:eastAsia="DejaVu Sans" w:hAnsi="Tahoma" w:cs="Tahoma"/>
                <w:sz w:val="19"/>
              </w:rPr>
              <w:t xml:space="preserve"> </w:t>
            </w:r>
            <w:r w:rsidRPr="00C15401">
              <w:rPr>
                <w:rFonts w:ascii="Tahoma" w:eastAsia="DejaVu Sans" w:hAnsi="Tahoma" w:cs="Tahoma"/>
                <w:sz w:val="19"/>
              </w:rPr>
              <w:t>هویت</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دسترسی،</w:t>
            </w:r>
            <w:r w:rsidRPr="00C15401">
              <w:rPr>
                <w:rFonts w:ascii="Tahoma" w:eastAsia="DejaVu Sans" w:hAnsi="Tahoma" w:cs="Tahoma"/>
                <w:sz w:val="19"/>
              </w:rPr>
              <w:t xml:space="preserve"> </w:t>
            </w:r>
            <w:r w:rsidRPr="00C15401">
              <w:rPr>
                <w:rFonts w:ascii="Tahoma" w:eastAsia="DejaVu Sans" w:hAnsi="Tahoma" w:cs="Tahoma"/>
                <w:sz w:val="19"/>
              </w:rPr>
              <w:t>شبکه،</w:t>
            </w:r>
            <w:r w:rsidRPr="00C15401">
              <w:rPr>
                <w:rFonts w:ascii="Tahoma" w:eastAsia="DejaVu Sans" w:hAnsi="Tahoma" w:cs="Tahoma"/>
                <w:sz w:val="19"/>
              </w:rPr>
              <w:t xml:space="preserve"> </w:t>
            </w:r>
            <w:r w:rsidRPr="00C15401">
              <w:rPr>
                <w:rFonts w:ascii="Tahoma" w:eastAsia="DejaVu Sans" w:hAnsi="Tahoma" w:cs="Tahoma"/>
                <w:sz w:val="19"/>
              </w:rPr>
              <w:t>بازیابی</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ارتباط</w:t>
            </w:r>
            <w:r w:rsidRPr="00C15401">
              <w:rPr>
                <w:rFonts w:ascii="Tahoma" w:eastAsia="DejaVu Sans" w:hAnsi="Tahoma" w:cs="Tahoma"/>
                <w:sz w:val="19"/>
              </w:rPr>
              <w:t xml:space="preserve"> </w:t>
            </w:r>
            <w:r w:rsidRPr="00C15401">
              <w:rPr>
                <w:rFonts w:ascii="Tahoma" w:eastAsia="DejaVu Sans" w:hAnsi="Tahoma" w:cs="Tahoma"/>
                <w:sz w:val="19"/>
              </w:rPr>
              <w:t>بیرونی</w:t>
            </w:r>
            <w:r w:rsidRPr="00C15401">
              <w:rPr>
                <w:rFonts w:ascii="Tahoma" w:eastAsia="DejaVu Sans" w:hAnsi="Tahoma" w:cs="Tahoma"/>
                <w:sz w:val="19"/>
              </w:rPr>
              <w:t xml:space="preserve"> </w:t>
            </w:r>
            <w:r w:rsidRPr="00C15401">
              <w:rPr>
                <w:rFonts w:ascii="Tahoma" w:eastAsia="DejaVu Sans" w:hAnsi="Tahoma" w:cs="Tahoma"/>
                <w:sz w:val="19"/>
              </w:rPr>
              <w:t>مجاز</w:t>
            </w:r>
            <w:r w:rsidRPr="00C15401">
              <w:rPr>
                <w:rFonts w:ascii="Tahoma" w:eastAsia="DejaVu Sans" w:hAnsi="Tahoma" w:cs="Tahoma"/>
                <w:sz w:val="19"/>
              </w:rPr>
              <w:t>.</w:t>
            </w:r>
          </w:p>
        </w:tc>
      </w:tr>
      <w:tr w:rsidR="005D7765" w:rsidRPr="00C15401" w14:paraId="053B2675" w14:textId="77777777">
        <w:trPr>
          <w:cantSplit/>
        </w:trPr>
        <w:tc>
          <w:tcPr>
            <w:tcW w:w="2500" w:type="dxa"/>
            <w:tcMar>
              <w:top w:w="80" w:type="dxa"/>
              <w:left w:w="120" w:type="dxa"/>
              <w:bottom w:w="80" w:type="dxa"/>
              <w:right w:w="120" w:type="dxa"/>
            </w:tcMar>
            <w:vAlign w:val="center"/>
          </w:tcPr>
          <w:p w14:paraId="282943A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lastRenderedPageBreak/>
              <w:t>Building BIOS</w:t>
            </w:r>
          </w:p>
        </w:tc>
        <w:tc>
          <w:tcPr>
            <w:tcW w:w="6860" w:type="dxa"/>
            <w:tcMar>
              <w:top w:w="80" w:type="dxa"/>
              <w:left w:w="120" w:type="dxa"/>
              <w:bottom w:w="80" w:type="dxa"/>
              <w:right w:w="120" w:type="dxa"/>
            </w:tcMar>
            <w:vAlign w:val="center"/>
          </w:tcPr>
          <w:p w14:paraId="5214DBA5"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مرجع</w:t>
            </w:r>
            <w:r w:rsidRPr="00C15401">
              <w:rPr>
                <w:rFonts w:ascii="Tahoma" w:eastAsia="DejaVu Sans" w:hAnsi="Tahoma" w:cs="Tahoma"/>
                <w:sz w:val="19"/>
              </w:rPr>
              <w:t xml:space="preserve"> </w:t>
            </w:r>
            <w:r w:rsidRPr="00C15401">
              <w:rPr>
                <w:rFonts w:ascii="Tahoma" w:eastAsia="DejaVu Sans" w:hAnsi="Tahoma" w:cs="Tahoma"/>
                <w:sz w:val="19"/>
              </w:rPr>
              <w:t>رسمی</w:t>
            </w:r>
            <w:r w:rsidRPr="00C15401">
              <w:rPr>
                <w:rFonts w:ascii="Tahoma" w:eastAsia="DejaVu Sans" w:hAnsi="Tahoma" w:cs="Tahoma"/>
                <w:sz w:val="19"/>
              </w:rPr>
              <w:t xml:space="preserve"> </w:t>
            </w:r>
            <w:r w:rsidRPr="00C15401">
              <w:rPr>
                <w:rFonts w:ascii="Tahoma" w:eastAsia="DejaVu Sans" w:hAnsi="Tahoma" w:cs="Tahoma"/>
                <w:sz w:val="19"/>
              </w:rPr>
              <w:t>هویت،</w:t>
            </w:r>
            <w:r w:rsidRPr="00C15401">
              <w:rPr>
                <w:rFonts w:ascii="Tahoma" w:eastAsia="DejaVu Sans" w:hAnsi="Tahoma" w:cs="Tahoma"/>
                <w:sz w:val="19"/>
              </w:rPr>
              <w:t xml:space="preserve"> </w:t>
            </w:r>
            <w:r w:rsidRPr="00C15401">
              <w:rPr>
                <w:rFonts w:ascii="Tahoma" w:eastAsia="DejaVu Sans" w:hAnsi="Tahoma" w:cs="Tahoma"/>
                <w:sz w:val="19"/>
              </w:rPr>
              <w:t>پیکربندی،</w:t>
            </w:r>
            <w:r w:rsidRPr="00C15401">
              <w:rPr>
                <w:rFonts w:ascii="Tahoma" w:eastAsia="DejaVu Sans" w:hAnsi="Tahoma" w:cs="Tahoma"/>
                <w:sz w:val="19"/>
              </w:rPr>
              <w:t xml:space="preserve"> </w:t>
            </w:r>
            <w:r w:rsidRPr="00C15401">
              <w:rPr>
                <w:rFonts w:ascii="Tahoma" w:eastAsia="DejaVu Sans" w:hAnsi="Tahoma" w:cs="Tahoma"/>
                <w:sz w:val="19"/>
              </w:rPr>
              <w:t>وضعیت</w:t>
            </w:r>
            <w:r w:rsidRPr="00C15401">
              <w:rPr>
                <w:rFonts w:ascii="Tahoma" w:eastAsia="DejaVu Sans" w:hAnsi="Tahoma" w:cs="Tahoma"/>
                <w:sz w:val="19"/>
              </w:rPr>
              <w:t xml:space="preserve"> </w:t>
            </w:r>
            <w:r w:rsidRPr="00C15401">
              <w:rPr>
                <w:rFonts w:ascii="Tahoma" w:eastAsia="DejaVu Sans" w:hAnsi="Tahoma" w:cs="Tahoma"/>
                <w:sz w:val="19"/>
              </w:rPr>
              <w:t>معتبر،</w:t>
            </w:r>
            <w:r w:rsidRPr="00C15401">
              <w:rPr>
                <w:rFonts w:ascii="Tahoma" w:eastAsia="DejaVu Sans" w:hAnsi="Tahoma" w:cs="Tahoma"/>
                <w:sz w:val="19"/>
              </w:rPr>
              <w:t xml:space="preserve"> </w:t>
            </w:r>
            <w:r w:rsidRPr="00C15401">
              <w:rPr>
                <w:rFonts w:ascii="Tahoma" w:eastAsia="DejaVu Sans" w:hAnsi="Tahoma" w:cs="Tahoma"/>
                <w:sz w:val="19"/>
              </w:rPr>
              <w:t>قواعد</w:t>
            </w:r>
            <w:r w:rsidRPr="00C15401">
              <w:rPr>
                <w:rFonts w:ascii="Tahoma" w:eastAsia="DejaVu Sans" w:hAnsi="Tahoma" w:cs="Tahoma"/>
                <w:sz w:val="19"/>
              </w:rPr>
              <w:t xml:space="preserve"> </w:t>
            </w:r>
            <w:r w:rsidRPr="00C15401">
              <w:rPr>
                <w:rFonts w:ascii="Tahoma" w:eastAsia="DejaVu Sans" w:hAnsi="Tahoma" w:cs="Tahoma"/>
                <w:sz w:val="19"/>
              </w:rPr>
              <w:t>عملکرد</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تاریخچه</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w:t>
            </w:r>
            <w:r w:rsidRPr="00C15401">
              <w:rPr>
                <w:rFonts w:ascii="Tahoma" w:eastAsia="DejaVu Sans" w:hAnsi="Tahoma" w:cs="Tahoma"/>
                <w:sz w:val="19"/>
              </w:rPr>
              <w:t>شده</w:t>
            </w:r>
            <w:r w:rsidRPr="00C15401">
              <w:rPr>
                <w:rFonts w:ascii="Tahoma" w:eastAsia="DejaVu Sans" w:hAnsi="Tahoma" w:cs="Tahoma"/>
                <w:sz w:val="19"/>
              </w:rPr>
              <w:t xml:space="preserve"> </w:t>
            </w:r>
            <w:r w:rsidRPr="00C15401">
              <w:rPr>
                <w:rFonts w:ascii="Tahoma" w:eastAsia="DejaVu Sans" w:hAnsi="Tahoma" w:cs="Tahoma"/>
                <w:sz w:val="19"/>
              </w:rPr>
              <w:t>ساختمان</w:t>
            </w:r>
            <w:r w:rsidRPr="00C15401">
              <w:rPr>
                <w:rFonts w:ascii="Tahoma" w:eastAsia="DejaVu Sans" w:hAnsi="Tahoma" w:cs="Tahoma"/>
                <w:sz w:val="19"/>
              </w:rPr>
              <w:t>.</w:t>
            </w:r>
          </w:p>
        </w:tc>
      </w:tr>
    </w:tbl>
    <w:p w14:paraId="493EFDFE"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وظایف</w:t>
      </w:r>
      <w:r w:rsidRPr="00C15401">
        <w:rPr>
          <w:rFonts w:ascii="Tahoma" w:eastAsia="DejaVu Sans" w:hAnsi="Tahoma" w:cs="Tahoma"/>
        </w:rPr>
        <w:t xml:space="preserve"> NCM-CORE</w:t>
      </w:r>
    </w:p>
    <w:p w14:paraId="10A2C88D"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اجرای</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 xml:space="preserve"> </w:t>
      </w:r>
      <w:r w:rsidRPr="00C15401">
        <w:rPr>
          <w:rFonts w:ascii="Tahoma" w:eastAsia="DejaVu Sans" w:hAnsi="Tahoma" w:cs="Tahoma"/>
        </w:rPr>
        <w:t>معتبر</w:t>
      </w:r>
      <w:r w:rsidRPr="00C15401">
        <w:rPr>
          <w:rFonts w:ascii="Tahoma" w:eastAsia="DejaVu Sans" w:hAnsi="Tahoma" w:cs="Tahoma"/>
        </w:rPr>
        <w:t xml:space="preserve"> Building BIOS</w:t>
      </w:r>
      <w:r w:rsidRPr="00C15401">
        <w:rPr>
          <w:rFonts w:ascii="Tahoma" w:eastAsia="DejaVu Sans" w:hAnsi="Tahoma" w:cs="Tahoma"/>
        </w:rPr>
        <w:t>؛</w:t>
      </w:r>
    </w:p>
    <w:p w14:paraId="4FF48371"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میزبانی</w:t>
      </w:r>
      <w:r w:rsidRPr="00C15401">
        <w:rPr>
          <w:rFonts w:ascii="Tahoma" w:eastAsia="DejaVu Sans" w:hAnsi="Tahoma" w:cs="Tahoma"/>
        </w:rPr>
        <w:t xml:space="preserve"> </w:t>
      </w:r>
      <w:r w:rsidRPr="00C15401">
        <w:rPr>
          <w:rFonts w:ascii="Tahoma" w:eastAsia="DejaVu Sans" w:hAnsi="Tahoma" w:cs="Tahoma"/>
        </w:rPr>
        <w:t>پنل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پردازش</w:t>
      </w:r>
      <w:r w:rsidRPr="00C15401">
        <w:rPr>
          <w:rFonts w:ascii="Tahoma" w:eastAsia="DejaVu Sans" w:hAnsi="Tahoma" w:cs="Tahoma"/>
        </w:rPr>
        <w:t xml:space="preserve"> AI Clone </w:t>
      </w:r>
      <w:r w:rsidRPr="00C15401">
        <w:rPr>
          <w:rFonts w:ascii="Tahoma" w:eastAsia="DejaVu Sans" w:hAnsi="Tahoma" w:cs="Tahoma"/>
        </w:rPr>
        <w:t>مرتبط</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بهره</w:t>
      </w:r>
      <w:r w:rsidRPr="00C15401">
        <w:rPr>
          <w:rFonts w:ascii="Tahoma" w:eastAsia="DejaVu Sans" w:hAnsi="Tahoma" w:cs="Tahoma"/>
        </w:rPr>
        <w:t>‌</w:t>
      </w:r>
      <w:r w:rsidRPr="00C15401">
        <w:rPr>
          <w:rFonts w:ascii="Tahoma" w:eastAsia="DejaVu Sans" w:hAnsi="Tahoma" w:cs="Tahoma"/>
        </w:rPr>
        <w:t>برداری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مدیریت</w:t>
      </w:r>
      <w:r w:rsidRPr="00C15401">
        <w:rPr>
          <w:rFonts w:ascii="Tahoma" w:eastAsia="DejaVu Sans" w:hAnsi="Tahoma" w:cs="Tahoma"/>
        </w:rPr>
        <w:t xml:space="preserve"> </w:t>
      </w:r>
      <w:r w:rsidRPr="00C15401">
        <w:rPr>
          <w:rFonts w:ascii="Tahoma" w:eastAsia="DejaVu Sans" w:hAnsi="Tahoma" w:cs="Tahoma"/>
        </w:rPr>
        <w:t>خانه؛</w:t>
      </w:r>
    </w:p>
    <w:p w14:paraId="7263650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هماهنگی</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مدیریت</w:t>
      </w:r>
      <w:r w:rsidRPr="00C15401">
        <w:rPr>
          <w:rFonts w:ascii="Tahoma" w:eastAsia="DejaVu Sans" w:hAnsi="Tahoma" w:cs="Tahoma"/>
        </w:rPr>
        <w:t xml:space="preserve"> </w:t>
      </w: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ساکنان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کنترل</w:t>
      </w:r>
      <w:r w:rsidRPr="00C15401">
        <w:rPr>
          <w:rFonts w:ascii="Tahoma" w:eastAsia="DejaVu Sans" w:hAnsi="Tahoma" w:cs="Tahoma"/>
        </w:rPr>
        <w:t xml:space="preserve"> </w:t>
      </w:r>
      <w:r w:rsidRPr="00C15401">
        <w:rPr>
          <w:rFonts w:ascii="Tahoma" w:eastAsia="DejaVu Sans" w:hAnsi="Tahoma" w:cs="Tahoma"/>
        </w:rPr>
        <w:t>دسترسی؛</w:t>
      </w:r>
    </w:p>
    <w:p w14:paraId="6A28D693"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مدل</w:t>
      </w:r>
      <w:r w:rsidRPr="00C15401">
        <w:rPr>
          <w:rFonts w:ascii="Tahoma" w:eastAsia="DejaVu Sans" w:hAnsi="Tahoma" w:cs="Tahoma"/>
        </w:rPr>
        <w:t xml:space="preserve"> </w:t>
      </w:r>
      <w:r w:rsidRPr="00C15401">
        <w:rPr>
          <w:rFonts w:ascii="Tahoma" w:eastAsia="DejaVu Sans" w:hAnsi="Tahoma" w:cs="Tahoma"/>
        </w:rPr>
        <w:t>تجمیع</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فعلی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Digital Twin</w:t>
      </w:r>
      <w:r w:rsidRPr="00C15401">
        <w:rPr>
          <w:rFonts w:ascii="Tahoma" w:eastAsia="DejaVu Sans" w:hAnsi="Tahoma" w:cs="Tahoma"/>
        </w:rPr>
        <w:t>؛</w:t>
      </w:r>
    </w:p>
    <w:p w14:paraId="3BBCB56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آرشیو</w:t>
      </w:r>
      <w:r w:rsidRPr="00C15401">
        <w:rPr>
          <w:rFonts w:ascii="Tahoma" w:eastAsia="DejaVu Sans" w:hAnsi="Tahoma" w:cs="Tahoma"/>
        </w:rPr>
        <w:t xml:space="preserve"> </w:t>
      </w:r>
      <w:r w:rsidRPr="00C15401">
        <w:rPr>
          <w:rFonts w:ascii="Tahoma" w:eastAsia="DejaVu Sans" w:hAnsi="Tahoma" w:cs="Tahoma"/>
        </w:rPr>
        <w:t>بلندمدت</w:t>
      </w:r>
      <w:r w:rsidRPr="00C15401">
        <w:rPr>
          <w:rFonts w:ascii="Tahoma" w:eastAsia="DejaVu Sans" w:hAnsi="Tahoma" w:cs="Tahoma"/>
        </w:rPr>
        <w:t xml:space="preserve"> </w:t>
      </w:r>
      <w:r w:rsidRPr="00C15401">
        <w:rPr>
          <w:rFonts w:ascii="Tahoma" w:eastAsia="DejaVu Sans" w:hAnsi="Tahoma" w:cs="Tahoma"/>
        </w:rPr>
        <w:t>رویدادها،</w:t>
      </w:r>
      <w:r w:rsidRPr="00C15401">
        <w:rPr>
          <w:rFonts w:ascii="Tahoma" w:eastAsia="DejaVu Sans" w:hAnsi="Tahoma" w:cs="Tahoma"/>
        </w:rPr>
        <w:t xml:space="preserve"> </w:t>
      </w: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سوابق</w:t>
      </w:r>
      <w:r w:rsidRPr="00C15401">
        <w:rPr>
          <w:rFonts w:ascii="Tahoma" w:eastAsia="DejaVu Sans" w:hAnsi="Tahoma" w:cs="Tahoma"/>
        </w:rPr>
        <w:t xml:space="preserve"> </w:t>
      </w:r>
      <w:r w:rsidRPr="00C15401">
        <w:rPr>
          <w:rFonts w:ascii="Tahoma" w:eastAsia="DejaVu Sans" w:hAnsi="Tahoma" w:cs="Tahoma"/>
        </w:rPr>
        <w:t>مهم؛</w:t>
      </w:r>
    </w:p>
    <w:p w14:paraId="5188B8EA"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فراهم</w:t>
      </w:r>
      <w:r w:rsidRPr="00C15401">
        <w:rPr>
          <w:rFonts w:ascii="Tahoma" w:eastAsia="DejaVu Sans" w:hAnsi="Tahoma" w:cs="Tahoma"/>
        </w:rPr>
        <w:t>‌</w:t>
      </w:r>
      <w:r w:rsidRPr="00C15401">
        <w:rPr>
          <w:rFonts w:ascii="Tahoma" w:eastAsia="DejaVu Sans" w:hAnsi="Tahoma" w:cs="Tahoma"/>
        </w:rPr>
        <w:t>کردن</w:t>
      </w:r>
      <w:r w:rsidRPr="00C15401">
        <w:rPr>
          <w:rFonts w:ascii="Tahoma" w:eastAsia="DejaVu Sans" w:hAnsi="Tahoma" w:cs="Tahoma"/>
        </w:rPr>
        <w:t xml:space="preserve"> </w:t>
      </w:r>
      <w:r w:rsidRPr="00C15401">
        <w:rPr>
          <w:rFonts w:ascii="Tahoma" w:eastAsia="DejaVu Sans" w:hAnsi="Tahoma" w:cs="Tahoma"/>
        </w:rPr>
        <w:t>رابط</w:t>
      </w:r>
      <w:r w:rsidRPr="00C15401">
        <w:rPr>
          <w:rFonts w:ascii="Tahoma" w:eastAsia="DejaVu Sans" w:hAnsi="Tahoma" w:cs="Tahoma"/>
        </w:rPr>
        <w:t xml:space="preserve"> </w:t>
      </w:r>
      <w:r w:rsidRPr="00C15401">
        <w:rPr>
          <w:rFonts w:ascii="Tahoma" w:eastAsia="DejaVu Sans" w:hAnsi="Tahoma" w:cs="Tahoma"/>
        </w:rPr>
        <w:t>سرویس،</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ارتقا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ابری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اضطراری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مجازبودن؛</w:t>
      </w:r>
    </w:p>
    <w:p w14:paraId="052ACA32"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پشتیبانی</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جایگزین</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عملکردهای</w:t>
      </w:r>
      <w:r w:rsidRPr="00C15401">
        <w:rPr>
          <w:rFonts w:ascii="Tahoma" w:eastAsia="DejaVu Sans" w:hAnsi="Tahoma" w:cs="Tahoma"/>
        </w:rPr>
        <w:t xml:space="preserve"> </w:t>
      </w:r>
      <w:r w:rsidRPr="00C15401">
        <w:rPr>
          <w:rFonts w:ascii="Tahoma" w:eastAsia="DejaVu Sans" w:hAnsi="Tahoma" w:cs="Tahoma"/>
        </w:rPr>
        <w:t>حیاتی</w:t>
      </w:r>
      <w:r w:rsidRPr="00C15401">
        <w:rPr>
          <w:rFonts w:ascii="Tahoma" w:eastAsia="DejaVu Sans" w:hAnsi="Tahoma" w:cs="Tahoma"/>
        </w:rPr>
        <w:t>.</w:t>
      </w:r>
    </w:p>
    <w:p w14:paraId="559B83D4" w14:textId="77777777" w:rsidR="005D7765" w:rsidRPr="00C15401" w:rsidRDefault="0093767E" w:rsidP="00C15401">
      <w:pPr>
        <w:bidi/>
        <w:jc w:val="both"/>
        <w:rPr>
          <w:rFonts w:ascii="Tahoma" w:hAnsi="Tahoma" w:cs="Tahoma"/>
        </w:rPr>
      </w:pPr>
      <w:r w:rsidRPr="00C15401">
        <w:rPr>
          <w:rFonts w:ascii="Tahoma" w:eastAsia="DejaVu Sans" w:hAnsi="Tahoma" w:cs="Tahoma"/>
        </w:rPr>
        <w:t xml:space="preserve">AI Clone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اولیه،</w:t>
      </w:r>
      <w:r w:rsidRPr="00C15401">
        <w:rPr>
          <w:rFonts w:ascii="Tahoma" w:eastAsia="DejaVu Sans" w:hAnsi="Tahoma" w:cs="Tahoma"/>
        </w:rPr>
        <w:t xml:space="preserve"> </w:t>
      </w:r>
      <w:r w:rsidRPr="00C15401">
        <w:rPr>
          <w:rFonts w:ascii="Tahoma" w:eastAsia="DejaVu Sans" w:hAnsi="Tahoma" w:cs="Tahoma"/>
        </w:rPr>
        <w:t>عامل</w:t>
      </w:r>
      <w:r w:rsidRPr="00C15401">
        <w:rPr>
          <w:rFonts w:ascii="Tahoma" w:eastAsia="DejaVu Sans" w:hAnsi="Tahoma" w:cs="Tahoma"/>
        </w:rPr>
        <w:t xml:space="preserve"> </w:t>
      </w:r>
      <w:r w:rsidRPr="00C15401">
        <w:rPr>
          <w:rFonts w:ascii="Tahoma" w:eastAsia="DejaVu Sans" w:hAnsi="Tahoma" w:cs="Tahoma"/>
        </w:rPr>
        <w:t>بهره</w:t>
      </w:r>
      <w:r w:rsidRPr="00C15401">
        <w:rPr>
          <w:rFonts w:ascii="Tahoma" w:eastAsia="DejaVu Sans" w:hAnsi="Tahoma" w:cs="Tahoma"/>
        </w:rPr>
        <w:t>‌</w:t>
      </w:r>
      <w:r w:rsidRPr="00C15401">
        <w:rPr>
          <w:rFonts w:ascii="Tahoma" w:eastAsia="DejaVu Sans" w:hAnsi="Tahoma" w:cs="Tahoma"/>
        </w:rPr>
        <w:t>برداری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مدیریت</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معنای</w:t>
      </w:r>
      <w:r w:rsidRPr="00C15401">
        <w:rPr>
          <w:rFonts w:ascii="Tahoma" w:eastAsia="DejaVu Sans" w:hAnsi="Tahoma" w:cs="Tahoma"/>
        </w:rPr>
        <w:t xml:space="preserve"> </w:t>
      </w:r>
      <w:r w:rsidRPr="00C15401">
        <w:rPr>
          <w:rFonts w:ascii="Tahoma" w:eastAsia="DejaVu Sans" w:hAnsi="Tahoma" w:cs="Tahoma"/>
        </w:rPr>
        <w:t>استقرار</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عامل</w:t>
      </w:r>
      <w:r w:rsidRPr="00C15401">
        <w:rPr>
          <w:rFonts w:ascii="Tahoma" w:eastAsia="DejaVu Sans" w:hAnsi="Tahoma" w:cs="Tahoma"/>
        </w:rPr>
        <w:t xml:space="preserve"> </w:t>
      </w:r>
      <w:r w:rsidRPr="00C15401">
        <w:rPr>
          <w:rFonts w:ascii="Tahoma" w:eastAsia="DejaVu Sans" w:hAnsi="Tahoma" w:cs="Tahoma"/>
        </w:rPr>
        <w:t>مستقل</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w:t>
      </w:r>
      <w:r w:rsidRPr="00C15401">
        <w:rPr>
          <w:rFonts w:ascii="Tahoma" w:eastAsia="DejaVu Sans" w:hAnsi="Tahoma" w:cs="Tahoma"/>
        </w:rPr>
        <w:t>تا</w:t>
      </w:r>
      <w:r w:rsidRPr="00C15401">
        <w:rPr>
          <w:rFonts w:ascii="Tahoma" w:eastAsia="DejaVu Sans" w:hAnsi="Tahoma" w:cs="Tahoma"/>
        </w:rPr>
        <w:t>‌</w:t>
      </w:r>
      <w:r w:rsidRPr="00C15401">
        <w:rPr>
          <w:rFonts w:ascii="Tahoma" w:eastAsia="DejaVu Sans" w:hAnsi="Tahoma" w:cs="Tahoma"/>
        </w:rPr>
        <w:t>ساخت</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نسل</w:t>
      </w:r>
      <w:r w:rsidRPr="00C15401">
        <w:rPr>
          <w:rFonts w:ascii="Tahoma" w:eastAsia="DejaVu Sans" w:hAnsi="Tahoma" w:cs="Tahoma"/>
        </w:rPr>
        <w:t xml:space="preserve"> </w:t>
      </w:r>
      <w:r w:rsidRPr="00C15401">
        <w:rPr>
          <w:rFonts w:ascii="Tahoma" w:eastAsia="DejaVu Sans" w:hAnsi="Tahoma" w:cs="Tahoma"/>
        </w:rPr>
        <w:t>نخست</w:t>
      </w:r>
      <w:r w:rsidRPr="00C15401">
        <w:rPr>
          <w:rFonts w:ascii="Tahoma" w:eastAsia="DejaVu Sans" w:hAnsi="Tahoma" w:cs="Tahoma"/>
        </w:rPr>
        <w:t xml:space="preserve"> System05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عامل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مستقل</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نسل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بعد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هم</w:t>
      </w:r>
      <w:r w:rsidRPr="00C15401">
        <w:rPr>
          <w:rFonts w:ascii="Tahoma" w:eastAsia="DejaVu Sans" w:hAnsi="Tahoma" w:cs="Tahoma"/>
        </w:rPr>
        <w:t>‌</w:t>
      </w:r>
      <w:r w:rsidRPr="00C15401">
        <w:rPr>
          <w:rFonts w:ascii="Tahoma" w:eastAsia="DejaVu Sans" w:hAnsi="Tahoma" w:cs="Tahoma"/>
        </w:rPr>
        <w:t>زمان</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بلوغ</w:t>
      </w:r>
      <w:r w:rsidRPr="00C15401">
        <w:rPr>
          <w:rFonts w:ascii="Tahoma" w:eastAsia="DejaVu Sans" w:hAnsi="Tahoma" w:cs="Tahoma"/>
        </w:rPr>
        <w:t xml:space="preserve"> </w:t>
      </w:r>
      <w:r w:rsidRPr="00C15401">
        <w:rPr>
          <w:rFonts w:ascii="Tahoma" w:eastAsia="DejaVu Sans" w:hAnsi="Tahoma" w:cs="Tahoma"/>
        </w:rPr>
        <w:t>رباتیک</w:t>
      </w:r>
      <w:r w:rsidRPr="00C15401">
        <w:rPr>
          <w:rFonts w:ascii="Tahoma" w:eastAsia="DejaVu Sans" w:hAnsi="Tahoma" w:cs="Tahoma"/>
        </w:rPr>
        <w:t xml:space="preserve"> </w:t>
      </w:r>
      <w:r w:rsidRPr="00C15401">
        <w:rPr>
          <w:rFonts w:ascii="Tahoma" w:eastAsia="DejaVu Sans" w:hAnsi="Tahoma" w:cs="Tahoma"/>
        </w:rPr>
        <w:t>وارد</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w:t>
      </w:r>
    </w:p>
    <w:p w14:paraId="4A1D478A"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ذخیره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واحد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بازیابی</w:t>
      </w:r>
    </w:p>
    <w:p w14:paraId="604E45B5" w14:textId="77777777" w:rsidR="005D7765" w:rsidRPr="00C15401" w:rsidRDefault="0093767E" w:rsidP="00C15401">
      <w:pPr>
        <w:bidi/>
        <w:jc w:val="both"/>
        <w:rPr>
          <w:rFonts w:ascii="Tahoma" w:hAnsi="Tahoma" w:cs="Tahoma"/>
        </w:rPr>
      </w:pPr>
      <w:r w:rsidRPr="00C15401">
        <w:rPr>
          <w:rFonts w:ascii="Tahoma" w:eastAsia="DejaVu Sans" w:hAnsi="Tahoma" w:cs="Tahoma"/>
        </w:rPr>
        <w:t>هر</w:t>
      </w:r>
      <w:r w:rsidRPr="00C15401">
        <w:rPr>
          <w:rFonts w:ascii="Tahoma" w:eastAsia="DejaVu Sans" w:hAnsi="Tahoma" w:cs="Tahoma"/>
        </w:rPr>
        <w:t xml:space="preserve"> NCM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بتواند</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مرتبط</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وظیفه</w:t>
      </w:r>
      <w:r w:rsidRPr="00C15401">
        <w:rPr>
          <w:rFonts w:ascii="Tahoma" w:eastAsia="DejaVu Sans" w:hAnsi="Tahoma" w:cs="Tahoma"/>
        </w:rPr>
        <w:t xml:space="preserve"> </w:t>
      </w:r>
      <w:r w:rsidRPr="00C15401">
        <w:rPr>
          <w:rFonts w:ascii="Tahoma" w:eastAsia="DejaVu Sans" w:hAnsi="Tahoma" w:cs="Tahoma"/>
        </w:rPr>
        <w:t>خود</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نگه</w:t>
      </w:r>
      <w:r w:rsidRPr="00C15401">
        <w:rPr>
          <w:rFonts w:ascii="Tahoma" w:eastAsia="DejaVu Sans" w:hAnsi="Tahoma" w:cs="Tahoma"/>
        </w:rPr>
        <w:t xml:space="preserve"> </w:t>
      </w:r>
      <w:r w:rsidRPr="00C15401">
        <w:rPr>
          <w:rFonts w:ascii="Tahoma" w:eastAsia="DejaVu Sans" w:hAnsi="Tahoma" w:cs="Tahoma"/>
        </w:rPr>
        <w:t>دارد؛</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جمله</w:t>
      </w:r>
      <w:r w:rsidRPr="00C15401">
        <w:rPr>
          <w:rFonts w:ascii="Tahoma" w:eastAsia="DejaVu Sans" w:hAnsi="Tahoma" w:cs="Tahoma"/>
        </w:rPr>
        <w:t xml:space="preserve"> </w:t>
      </w:r>
      <w:r w:rsidRPr="00C15401">
        <w:rPr>
          <w:rFonts w:ascii="Tahoma" w:eastAsia="DejaVu Sans" w:hAnsi="Tahoma" w:cs="Tahoma"/>
        </w:rPr>
        <w:t>شناسه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نوع،</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 xml:space="preserve"> </w:t>
      </w:r>
      <w:r w:rsidRPr="00C15401">
        <w:rPr>
          <w:rFonts w:ascii="Tahoma" w:eastAsia="DejaVu Sans" w:hAnsi="Tahoma" w:cs="Tahoma"/>
        </w:rPr>
        <w:t>سخت</w:t>
      </w:r>
      <w:r w:rsidRPr="00C15401">
        <w:rPr>
          <w:rFonts w:ascii="Tahoma" w:eastAsia="DejaVu Sans" w:hAnsi="Tahoma" w:cs="Tahoma"/>
        </w:rPr>
        <w:t>‌</w:t>
      </w:r>
      <w:r w:rsidRPr="00C15401">
        <w:rPr>
          <w:rFonts w:ascii="Tahoma" w:eastAsia="DejaVu Sans" w:hAnsi="Tahoma" w:cs="Tahoma"/>
        </w:rPr>
        <w:t>افزار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نرم</w:t>
      </w:r>
      <w:r w:rsidRPr="00C15401">
        <w:rPr>
          <w:rFonts w:ascii="Tahoma" w:eastAsia="DejaVu Sans" w:hAnsi="Tahoma" w:cs="Tahoma"/>
        </w:rPr>
        <w:t>‌</w:t>
      </w:r>
      <w:r w:rsidRPr="00C15401">
        <w:rPr>
          <w:rFonts w:ascii="Tahoma" w:eastAsia="DejaVu Sans" w:hAnsi="Tahoma" w:cs="Tahoma"/>
        </w:rPr>
        <w:t>افزار،</w:t>
      </w:r>
      <w:r w:rsidRPr="00C15401">
        <w:rPr>
          <w:rFonts w:ascii="Tahoma" w:eastAsia="DejaVu Sans" w:hAnsi="Tahoma" w:cs="Tahoma"/>
        </w:rPr>
        <w:t xml:space="preserve"> </w:t>
      </w:r>
      <w:r w:rsidRPr="00C15401">
        <w:rPr>
          <w:rFonts w:ascii="Tahoma" w:eastAsia="DejaVu Sans" w:hAnsi="Tahoma" w:cs="Tahoma"/>
        </w:rPr>
        <w:t>تنظیمات،</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اخیر</w:t>
      </w:r>
      <w:r w:rsidRPr="00C15401">
        <w:rPr>
          <w:rFonts w:ascii="Tahoma" w:eastAsia="DejaVu Sans" w:hAnsi="Tahoma" w:cs="Tahoma"/>
        </w:rPr>
        <w:t xml:space="preserve"> </w:t>
      </w:r>
      <w:r w:rsidRPr="00C15401">
        <w:rPr>
          <w:rFonts w:ascii="Tahoma" w:eastAsia="DejaVu Sans" w:hAnsi="Tahoma" w:cs="Tahoma"/>
        </w:rPr>
        <w:t>حسگر،</w:t>
      </w:r>
      <w:r w:rsidRPr="00C15401">
        <w:rPr>
          <w:rFonts w:ascii="Tahoma" w:eastAsia="DejaVu Sans" w:hAnsi="Tahoma" w:cs="Tahoma"/>
        </w:rPr>
        <w:t xml:space="preserve"> </w:t>
      </w:r>
      <w:r w:rsidRPr="00C15401">
        <w:rPr>
          <w:rFonts w:ascii="Tahoma" w:eastAsia="DejaVu Sans" w:hAnsi="Tahoma" w:cs="Tahoma"/>
        </w:rPr>
        <w:t>رویدادها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هشدارها،</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 xml:space="preserve"> </w:t>
      </w:r>
      <w:r w:rsidRPr="00C15401">
        <w:rPr>
          <w:rFonts w:ascii="Tahoma" w:eastAsia="DejaVu Sans" w:hAnsi="Tahoma" w:cs="Tahoma"/>
        </w:rPr>
        <w:t>سلامت،</w:t>
      </w:r>
      <w:r w:rsidRPr="00C15401">
        <w:rPr>
          <w:rFonts w:ascii="Tahoma" w:eastAsia="DejaVu Sans" w:hAnsi="Tahoma" w:cs="Tahoma"/>
        </w:rPr>
        <w:t xml:space="preserve"> </w:t>
      </w:r>
      <w:r w:rsidRPr="00C15401">
        <w:rPr>
          <w:rFonts w:ascii="Tahoma" w:eastAsia="DejaVu Sans" w:hAnsi="Tahoma" w:cs="Tahoma"/>
        </w:rPr>
        <w:t>تاریخ</w:t>
      </w:r>
      <w:r w:rsidRPr="00C15401">
        <w:rPr>
          <w:rFonts w:ascii="Tahoma" w:eastAsia="DejaVu Sans" w:hAnsi="Tahoma" w:cs="Tahoma"/>
        </w:rPr>
        <w:t xml:space="preserve"> </w:t>
      </w:r>
      <w:r w:rsidRPr="00C15401">
        <w:rPr>
          <w:rFonts w:ascii="Tahoma" w:eastAsia="DejaVu Sans" w:hAnsi="Tahoma" w:cs="Tahoma"/>
        </w:rPr>
        <w:t>کالیبراسیون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آخرین</w:t>
      </w:r>
      <w:r w:rsidRPr="00C15401">
        <w:rPr>
          <w:rFonts w:ascii="Tahoma" w:eastAsia="DejaVu Sans" w:hAnsi="Tahoma" w:cs="Tahoma"/>
        </w:rPr>
        <w:t xml:space="preserve"> </w:t>
      </w:r>
      <w:r w:rsidRPr="00C15401">
        <w:rPr>
          <w:rFonts w:ascii="Tahoma" w:eastAsia="DejaVu Sans" w:hAnsi="Tahoma" w:cs="Tahoma"/>
        </w:rPr>
        <w:t>دستور</w:t>
      </w:r>
      <w:r w:rsidRPr="00C15401">
        <w:rPr>
          <w:rFonts w:ascii="Tahoma" w:eastAsia="DejaVu Sans" w:hAnsi="Tahoma" w:cs="Tahoma"/>
        </w:rPr>
        <w:t xml:space="preserve"> </w:t>
      </w:r>
      <w:r w:rsidRPr="00C15401">
        <w:rPr>
          <w:rFonts w:ascii="Tahoma" w:eastAsia="DejaVu Sans" w:hAnsi="Tahoma" w:cs="Tahoma"/>
        </w:rPr>
        <w:t>معتبر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اطلاعات</w:t>
      </w:r>
      <w:r w:rsidRPr="00C15401">
        <w:rPr>
          <w:rFonts w:ascii="Tahoma" w:eastAsia="DejaVu Sans" w:hAnsi="Tahoma" w:cs="Tahoma"/>
        </w:rPr>
        <w:t xml:space="preserve"> </w:t>
      </w:r>
      <w:r w:rsidRPr="00C15401">
        <w:rPr>
          <w:rFonts w:ascii="Tahoma" w:eastAsia="DejaVu Sans" w:hAnsi="Tahoma" w:cs="Tahoma"/>
        </w:rPr>
        <w:t>لازم</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w:t>
      </w:r>
    </w:p>
    <w:p w14:paraId="35D52305" w14:textId="77777777" w:rsidR="005D7765" w:rsidRPr="00C15401" w:rsidRDefault="0093767E" w:rsidP="00C15401">
      <w:pPr>
        <w:bidi/>
        <w:jc w:val="both"/>
        <w:rPr>
          <w:rFonts w:ascii="Tahoma" w:hAnsi="Tahoma" w:cs="Tahoma"/>
        </w:rPr>
      </w:pP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ذخیره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متعارض</w:t>
      </w:r>
      <w:r w:rsidRPr="00C15401">
        <w:rPr>
          <w:rFonts w:ascii="Tahoma" w:eastAsia="DejaVu Sans" w:hAnsi="Tahoma" w:cs="Tahoma"/>
        </w:rPr>
        <w:t xml:space="preserve"> </w:t>
      </w:r>
      <w:r w:rsidRPr="00C15401">
        <w:rPr>
          <w:rFonts w:ascii="Tahoma" w:eastAsia="DejaVu Sans" w:hAnsi="Tahoma" w:cs="Tahoma"/>
        </w:rPr>
        <w:t>ایجاد</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Building BIOS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مخزن</w:t>
      </w:r>
      <w:r w:rsidRPr="00C15401">
        <w:rPr>
          <w:rFonts w:ascii="Tahoma" w:eastAsia="DejaVu Sans" w:hAnsi="Tahoma" w:cs="Tahoma"/>
        </w:rPr>
        <w:t xml:space="preserve"> </w:t>
      </w:r>
      <w:r w:rsidRPr="00C15401">
        <w:rPr>
          <w:rFonts w:ascii="Tahoma" w:eastAsia="DejaVu Sans" w:hAnsi="Tahoma" w:cs="Tahoma"/>
        </w:rPr>
        <w:t>رسمی</w:t>
      </w:r>
      <w:r w:rsidRPr="00C15401">
        <w:rPr>
          <w:rFonts w:ascii="Tahoma" w:eastAsia="DejaVu Sans" w:hAnsi="Tahoma" w:cs="Tahoma"/>
        </w:rPr>
        <w:t xml:space="preserve"> NCM-CORE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واحد</w:t>
      </w:r>
      <w:r w:rsidRPr="00C15401">
        <w:rPr>
          <w:rFonts w:ascii="Tahoma" w:eastAsia="DejaVu Sans" w:hAnsi="Tahoma" w:cs="Tahoma"/>
        </w:rPr>
        <w:t xml:space="preserve"> </w:t>
      </w:r>
      <w:r w:rsidRPr="00C15401">
        <w:rPr>
          <w:rFonts w:ascii="Tahoma" w:eastAsia="DejaVu Sans" w:hAnsi="Tahoma" w:cs="Tahoma"/>
        </w:rPr>
        <w:t>حقیقت</w:t>
      </w:r>
      <w:r w:rsidRPr="00C15401">
        <w:rPr>
          <w:rFonts w:ascii="Tahoma" w:eastAsia="DejaVu Sans" w:hAnsi="Tahoma" w:cs="Tahoma"/>
        </w:rPr>
        <w:t xml:space="preserve">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مانند؛</w:t>
      </w:r>
      <w:r w:rsidRPr="00C15401">
        <w:rPr>
          <w:rFonts w:ascii="Tahoma" w:eastAsia="DejaVu Sans" w:hAnsi="Tahoma" w:cs="Tahoma"/>
        </w:rPr>
        <w:t xml:space="preserve"> </w:t>
      </w:r>
      <w:r w:rsidRPr="00C15401">
        <w:rPr>
          <w:rFonts w:ascii="Tahoma" w:eastAsia="DejaVu Sans" w:hAnsi="Tahoma" w:cs="Tahoma"/>
        </w:rPr>
        <w:t>سایر</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امضاشده،</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دارای</w:t>
      </w:r>
      <w:r w:rsidRPr="00C15401">
        <w:rPr>
          <w:rFonts w:ascii="Tahoma" w:eastAsia="DejaVu Sans" w:hAnsi="Tahoma" w:cs="Tahoma"/>
        </w:rPr>
        <w:t xml:space="preserve"> </w:t>
      </w:r>
      <w:r w:rsidRPr="00C15401">
        <w:rPr>
          <w:rFonts w:ascii="Tahoma" w:eastAsia="DejaVu Sans" w:hAnsi="Tahoma" w:cs="Tahoma"/>
        </w:rPr>
        <w:t>زمان</w:t>
      </w:r>
      <w:r w:rsidRPr="00C15401">
        <w:rPr>
          <w:rFonts w:ascii="Tahoma" w:eastAsia="DejaVu Sans" w:hAnsi="Tahoma" w:cs="Tahoma"/>
        </w:rPr>
        <w:t xml:space="preserve"> </w:t>
      </w:r>
      <w:r w:rsidRPr="00C15401">
        <w:rPr>
          <w:rFonts w:ascii="Tahoma" w:eastAsia="DejaVu Sans" w:hAnsi="Tahoma" w:cs="Tahoma"/>
        </w:rPr>
        <w:t>ثبت</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اطلاعات</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نگه</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دارند</w:t>
      </w:r>
      <w:r w:rsidRPr="00C15401">
        <w:rPr>
          <w:rFonts w:ascii="Tahoma" w:eastAsia="DejaVu Sans" w:hAnsi="Tahoma" w:cs="Tahoma"/>
        </w:rPr>
        <w:t xml:space="preserve">. </w:t>
      </w:r>
      <w:r w:rsidRPr="00C15401">
        <w:rPr>
          <w:rFonts w:ascii="Tahoma" w:eastAsia="DejaVu Sans" w:hAnsi="Tahoma" w:cs="Tahoma"/>
        </w:rPr>
        <w:t>تعارض</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قواعد</w:t>
      </w:r>
      <w:r w:rsidRPr="00C15401">
        <w:rPr>
          <w:rFonts w:ascii="Tahoma" w:eastAsia="DejaVu Sans" w:hAnsi="Tahoma" w:cs="Tahoma"/>
        </w:rPr>
        <w:t xml:space="preserve"> </w:t>
      </w:r>
      <w:r w:rsidRPr="00C15401">
        <w:rPr>
          <w:rFonts w:ascii="Tahoma" w:eastAsia="DejaVu Sans" w:hAnsi="Tahoma" w:cs="Tahoma"/>
        </w:rPr>
        <w:t>اقتدار،</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صحت</w:t>
      </w:r>
      <w:r w:rsidRPr="00C15401">
        <w:rPr>
          <w:rFonts w:ascii="Tahoma" w:eastAsia="DejaVu Sans" w:hAnsi="Tahoma" w:cs="Tahoma"/>
        </w:rPr>
        <w:t xml:space="preserve"> </w:t>
      </w:r>
      <w:r w:rsidRPr="00C15401">
        <w:rPr>
          <w:rFonts w:ascii="Tahoma" w:eastAsia="DejaVu Sans" w:hAnsi="Tahoma" w:cs="Tahoma"/>
        </w:rPr>
        <w:t>امضا</w:t>
      </w:r>
      <w:r w:rsidRPr="00C15401">
        <w:rPr>
          <w:rFonts w:ascii="Tahoma" w:eastAsia="DejaVu Sans" w:hAnsi="Tahoma" w:cs="Tahoma"/>
        </w:rPr>
        <w:t xml:space="preserve"> </w:t>
      </w:r>
      <w:r w:rsidRPr="00C15401">
        <w:rPr>
          <w:rFonts w:ascii="Tahoma" w:eastAsia="DejaVu Sans" w:hAnsi="Tahoma" w:cs="Tahoma"/>
        </w:rPr>
        <w:t>حل</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w:t>
      </w:r>
    </w:p>
    <w:p w14:paraId="4CAD50BB" w14:textId="77777777" w:rsidR="005D7765" w:rsidRPr="00C15401" w:rsidRDefault="0093767E" w:rsidP="00C15401">
      <w:pPr>
        <w:bidi/>
        <w:jc w:val="both"/>
        <w:rPr>
          <w:rFonts w:ascii="Tahoma" w:hAnsi="Tahoma" w:cs="Tahoma"/>
        </w:rPr>
      </w:pPr>
      <w:r w:rsidRPr="00C15401">
        <w:rPr>
          <w:rFonts w:ascii="Tahoma" w:eastAsia="DejaVu Sans" w:hAnsi="Tahoma" w:cs="Tahoma"/>
        </w:rPr>
        <w:t>اطلاعات</w:t>
      </w:r>
      <w:r w:rsidRPr="00C15401">
        <w:rPr>
          <w:rFonts w:ascii="Tahoma" w:eastAsia="DejaVu Sans" w:hAnsi="Tahoma" w:cs="Tahoma"/>
        </w:rPr>
        <w:t xml:space="preserve"> </w:t>
      </w:r>
      <w:r w:rsidRPr="00C15401">
        <w:rPr>
          <w:rFonts w:ascii="Tahoma" w:eastAsia="DejaVu Sans" w:hAnsi="Tahoma" w:cs="Tahoma"/>
        </w:rPr>
        <w:t>حیاتی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رمزگذاری</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NCM </w:t>
      </w:r>
      <w:r w:rsidRPr="00C15401">
        <w:rPr>
          <w:rFonts w:ascii="Tahoma" w:eastAsia="DejaVu Sans" w:hAnsi="Tahoma" w:cs="Tahoma"/>
        </w:rPr>
        <w:t>منتخب</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مخزن</w:t>
      </w:r>
      <w:r w:rsidRPr="00C15401">
        <w:rPr>
          <w:rFonts w:ascii="Tahoma" w:eastAsia="DejaVu Sans" w:hAnsi="Tahoma" w:cs="Tahoma"/>
        </w:rPr>
        <w:t xml:space="preserve"> </w:t>
      </w:r>
      <w:r w:rsidRPr="00C15401">
        <w:rPr>
          <w:rFonts w:ascii="Tahoma" w:eastAsia="DejaVu Sans" w:hAnsi="Tahoma" w:cs="Tahoma"/>
        </w:rPr>
        <w:t>پشتیبان</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تکرار</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وابستگی</w:t>
      </w:r>
      <w:r w:rsidRPr="00C15401">
        <w:rPr>
          <w:rFonts w:ascii="Tahoma" w:eastAsia="DejaVu Sans" w:hAnsi="Tahoma" w:cs="Tahoma"/>
        </w:rPr>
        <w:t xml:space="preserve"> </w:t>
      </w:r>
      <w:r w:rsidRPr="00C15401">
        <w:rPr>
          <w:rFonts w:ascii="Tahoma" w:eastAsia="DejaVu Sans" w:hAnsi="Tahoma" w:cs="Tahoma"/>
        </w:rPr>
        <w:t>اجباری</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Cloud </w:t>
      </w:r>
      <w:r w:rsidRPr="00C15401">
        <w:rPr>
          <w:rFonts w:ascii="Tahoma" w:eastAsia="DejaVu Sans" w:hAnsi="Tahoma" w:cs="Tahoma"/>
        </w:rPr>
        <w:t>پذیرفته</w:t>
      </w:r>
      <w:r w:rsidRPr="00C15401">
        <w:rPr>
          <w:rFonts w:ascii="Tahoma" w:eastAsia="DejaVu Sans" w:hAnsi="Tahoma" w:cs="Tahoma"/>
        </w:rPr>
        <w:t xml:space="preserve"> </w:t>
      </w:r>
      <w:r w:rsidRPr="00C15401">
        <w:rPr>
          <w:rFonts w:ascii="Tahoma" w:eastAsia="DejaVu Sans" w:hAnsi="Tahoma" w:cs="Tahoma"/>
        </w:rPr>
        <w:t>نشده</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وظایف</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خود</w:t>
      </w:r>
      <w:r w:rsidRPr="00C15401">
        <w:rPr>
          <w:rFonts w:ascii="Tahoma" w:eastAsia="DejaVu Sans" w:hAnsi="Tahoma" w:cs="Tahoma"/>
        </w:rPr>
        <w:t xml:space="preserve"> Local-First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Cloud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گزینه</w:t>
      </w:r>
      <w:r w:rsidRPr="00C15401">
        <w:rPr>
          <w:rFonts w:ascii="Tahoma" w:eastAsia="DejaVu Sans" w:hAnsi="Tahoma" w:cs="Tahoma"/>
        </w:rPr>
        <w:t xml:space="preserve"> </w:t>
      </w:r>
      <w:r w:rsidRPr="00C15401">
        <w:rPr>
          <w:rFonts w:ascii="Tahoma" w:eastAsia="DejaVu Sans" w:hAnsi="Tahoma" w:cs="Tahoma"/>
        </w:rPr>
        <w:t>استقرار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پشتیبان</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2FFEEE93"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سناریوی</w:t>
      </w:r>
      <w:r w:rsidRPr="00C15401">
        <w:rPr>
          <w:rFonts w:ascii="Tahoma" w:eastAsia="DejaVu Sans" w:hAnsi="Tahoma" w:cs="Tahoma"/>
        </w:rPr>
        <w:t xml:space="preserve"> </w:t>
      </w:r>
      <w:r w:rsidRPr="00C15401">
        <w:rPr>
          <w:rFonts w:ascii="Tahoma" w:eastAsia="DejaVu Sans" w:hAnsi="Tahoma" w:cs="Tahoma"/>
        </w:rPr>
        <w:t>خرابی</w:t>
      </w:r>
      <w:r w:rsidRPr="00C15401">
        <w:rPr>
          <w:rFonts w:ascii="Tahoma" w:eastAsia="DejaVu Sans" w:hAnsi="Tahoma" w:cs="Tahoma"/>
        </w:rPr>
        <w:t xml:space="preserve"> NCM-CORE</w:t>
      </w:r>
    </w:p>
    <w:p w14:paraId="621352AB" w14:textId="77777777" w:rsidR="005D7765" w:rsidRPr="00C15401" w:rsidRDefault="0093767E" w:rsidP="00C15401">
      <w:pPr>
        <w:keepNext/>
        <w:numPr>
          <w:ilvl w:val="0"/>
          <w:numId w:val="1"/>
        </w:numPr>
        <w:bidi/>
        <w:spacing w:after="160" w:line="280" w:lineRule="auto"/>
        <w:ind w:right="720"/>
        <w:jc w:val="both"/>
        <w:rPr>
          <w:rFonts w:ascii="Tahoma" w:hAnsi="Tahoma" w:cs="Tahoma"/>
        </w:rPr>
      </w:pPr>
      <w:r w:rsidRPr="00C15401">
        <w:rPr>
          <w:rFonts w:ascii="Tahoma" w:eastAsia="DejaVu Sans" w:hAnsi="Tahoma" w:cs="Tahoma"/>
        </w:rPr>
        <w:t>NCM</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وظایف</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ایمن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ازپیش</w:t>
      </w:r>
      <w:r w:rsidRPr="00C15401">
        <w:rPr>
          <w:rFonts w:ascii="Tahoma" w:eastAsia="DejaVu Sans" w:hAnsi="Tahoma" w:cs="Tahoma"/>
        </w:rPr>
        <w:t>‌</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خود</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ادامه</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دهند؛</w:t>
      </w:r>
    </w:p>
    <w:p w14:paraId="1A575F16" w14:textId="77777777" w:rsidR="005D7765" w:rsidRPr="00C15401" w:rsidRDefault="0093767E" w:rsidP="00C15401">
      <w:pPr>
        <w:keepNext/>
        <w:numPr>
          <w:ilvl w:val="0"/>
          <w:numId w:val="1"/>
        </w:numPr>
        <w:bidi/>
        <w:spacing w:after="160" w:line="280" w:lineRule="auto"/>
        <w:ind w:right="720"/>
        <w:jc w:val="both"/>
        <w:rPr>
          <w:rFonts w:ascii="Tahoma" w:hAnsi="Tahoma" w:cs="Tahoma"/>
        </w:rPr>
      </w:pP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معیوب</w:t>
      </w:r>
      <w:r w:rsidRPr="00C15401">
        <w:rPr>
          <w:rFonts w:ascii="Tahoma" w:eastAsia="DejaVu Sans" w:hAnsi="Tahoma" w:cs="Tahoma"/>
        </w:rPr>
        <w:t xml:space="preserve"> </w:t>
      </w:r>
      <w:r w:rsidRPr="00C15401">
        <w:rPr>
          <w:rFonts w:ascii="Tahoma" w:eastAsia="DejaVu Sans" w:hAnsi="Tahoma" w:cs="Tahoma"/>
        </w:rPr>
        <w:t>ایزوله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NCM-CORE </w:t>
      </w:r>
      <w:r w:rsidRPr="00C15401">
        <w:rPr>
          <w:rFonts w:ascii="Tahoma" w:eastAsia="DejaVu Sans" w:hAnsi="Tahoma" w:cs="Tahoma"/>
        </w:rPr>
        <w:t>جایگزین</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p>
    <w:p w14:paraId="24E7973A" w14:textId="77777777" w:rsidR="005D7765" w:rsidRPr="00C15401" w:rsidRDefault="0093767E" w:rsidP="00C15401">
      <w:pPr>
        <w:keepNext/>
        <w:numPr>
          <w:ilvl w:val="0"/>
          <w:numId w:val="1"/>
        </w:numPr>
        <w:bidi/>
        <w:spacing w:after="160" w:line="280" w:lineRule="auto"/>
        <w:ind w:right="720"/>
        <w:jc w:val="both"/>
        <w:rPr>
          <w:rFonts w:ascii="Tahoma" w:hAnsi="Tahoma" w:cs="Tahoma"/>
        </w:rPr>
      </w:pP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پیکربندی،</w:t>
      </w:r>
      <w:r w:rsidRPr="00C15401">
        <w:rPr>
          <w:rFonts w:ascii="Tahoma" w:eastAsia="DejaVu Sans" w:hAnsi="Tahoma" w:cs="Tahoma"/>
        </w:rPr>
        <w:t xml:space="preserve"> </w:t>
      </w:r>
      <w:r w:rsidRPr="00C15401">
        <w:rPr>
          <w:rFonts w:ascii="Tahoma" w:eastAsia="DejaVu Sans" w:hAnsi="Tahoma" w:cs="Tahoma"/>
        </w:rPr>
        <w:t>تاریخچه</w:t>
      </w:r>
      <w:r w:rsidRPr="00C15401">
        <w:rPr>
          <w:rFonts w:ascii="Tahoma" w:eastAsia="DejaVu Sans" w:hAnsi="Tahoma" w:cs="Tahoma"/>
        </w:rPr>
        <w:t xml:space="preserve"> </w:t>
      </w:r>
      <w:r w:rsidRPr="00C15401">
        <w:rPr>
          <w:rFonts w:ascii="Tahoma" w:eastAsia="DejaVu Sans" w:hAnsi="Tahoma" w:cs="Tahoma"/>
        </w:rPr>
        <w:t>ضروری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فهرست</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معتبر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امضاشده</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p>
    <w:p w14:paraId="63A14371" w14:textId="77777777" w:rsidR="005D7765" w:rsidRPr="00C15401" w:rsidRDefault="0093767E" w:rsidP="00C15401">
      <w:pPr>
        <w:keepNext/>
        <w:numPr>
          <w:ilvl w:val="0"/>
          <w:numId w:val="1"/>
        </w:numPr>
        <w:bidi/>
        <w:spacing w:after="160" w:line="280" w:lineRule="auto"/>
        <w:ind w:right="720"/>
        <w:jc w:val="both"/>
        <w:rPr>
          <w:rFonts w:ascii="Tahoma" w:hAnsi="Tahoma" w:cs="Tahoma"/>
        </w:rPr>
      </w:pPr>
      <w:r w:rsidRPr="00C15401">
        <w:rPr>
          <w:rFonts w:ascii="Tahoma" w:eastAsia="DejaVu Sans" w:hAnsi="Tahoma" w:cs="Tahoma"/>
        </w:rPr>
        <w:t xml:space="preserve">Building BIOS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تنظیمات</w:t>
      </w:r>
      <w:r w:rsidRPr="00C15401">
        <w:rPr>
          <w:rFonts w:ascii="Tahoma" w:eastAsia="DejaVu Sans" w:hAnsi="Tahoma" w:cs="Tahoma"/>
        </w:rPr>
        <w:t xml:space="preserve"> AI Clone </w:t>
      </w:r>
      <w:r w:rsidRPr="00C15401">
        <w:rPr>
          <w:rFonts w:ascii="Tahoma" w:eastAsia="DejaVu Sans" w:hAnsi="Tahoma" w:cs="Tahoma"/>
        </w:rPr>
        <w:t>عملیاتی</w:t>
      </w:r>
      <w:r w:rsidRPr="00C15401">
        <w:rPr>
          <w:rFonts w:ascii="Tahoma" w:eastAsia="DejaVu Sans" w:hAnsi="Tahoma" w:cs="Tahoma"/>
        </w:rPr>
        <w:t xml:space="preserve"> </w:t>
      </w:r>
      <w:r w:rsidRPr="00C15401">
        <w:rPr>
          <w:rFonts w:ascii="Tahoma" w:eastAsia="DejaVu Sans" w:hAnsi="Tahoma" w:cs="Tahoma"/>
        </w:rPr>
        <w:t>روی</w:t>
      </w:r>
      <w:r w:rsidRPr="00C15401">
        <w:rPr>
          <w:rFonts w:ascii="Tahoma" w:eastAsia="DejaVu Sans" w:hAnsi="Tahoma" w:cs="Tahoma"/>
        </w:rPr>
        <w:t xml:space="preserve"> Core </w:t>
      </w:r>
      <w:r w:rsidRPr="00C15401">
        <w:rPr>
          <w:rFonts w:ascii="Tahoma" w:eastAsia="DejaVu Sans" w:hAnsi="Tahoma" w:cs="Tahoma"/>
        </w:rPr>
        <w:t>جدید</w:t>
      </w:r>
      <w:r w:rsidRPr="00C15401">
        <w:rPr>
          <w:rFonts w:ascii="Tahoma" w:eastAsia="DejaVu Sans" w:hAnsi="Tahoma" w:cs="Tahoma"/>
        </w:rPr>
        <w:t xml:space="preserve"> </w:t>
      </w:r>
      <w:r w:rsidRPr="00C15401">
        <w:rPr>
          <w:rFonts w:ascii="Tahoma" w:eastAsia="DejaVu Sans" w:hAnsi="Tahoma" w:cs="Tahoma"/>
        </w:rPr>
        <w:t>بازسازی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سپس</w:t>
      </w:r>
      <w:r w:rsidRPr="00C15401">
        <w:rPr>
          <w:rFonts w:ascii="Tahoma" w:eastAsia="DejaVu Sans" w:hAnsi="Tahoma" w:cs="Tahoma"/>
        </w:rPr>
        <w:t xml:space="preserve"> </w:t>
      </w:r>
      <w:r w:rsidRPr="00C15401">
        <w:rPr>
          <w:rFonts w:ascii="Tahoma" w:eastAsia="DejaVu Sans" w:hAnsi="Tahoma" w:cs="Tahoma"/>
        </w:rPr>
        <w:t>همگام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شوند؛</w:t>
      </w:r>
    </w:p>
    <w:p w14:paraId="3CA528CF" w14:textId="77777777" w:rsidR="005D7765" w:rsidRPr="00C15401" w:rsidRDefault="0093767E" w:rsidP="00C15401">
      <w:pPr>
        <w:numPr>
          <w:ilvl w:val="0"/>
          <w:numId w:val="1"/>
        </w:numPr>
        <w:bidi/>
        <w:spacing w:after="160" w:line="280" w:lineRule="auto"/>
        <w:ind w:right="720"/>
        <w:jc w:val="both"/>
        <w:rPr>
          <w:rFonts w:ascii="Tahoma" w:hAnsi="Tahoma" w:cs="Tahoma"/>
        </w:rPr>
      </w:pPr>
      <w:r w:rsidRPr="00C15401">
        <w:rPr>
          <w:rFonts w:ascii="Tahoma" w:eastAsia="DejaVu Sans" w:hAnsi="Tahoma" w:cs="Tahoma"/>
        </w:rPr>
        <w:t>هیچ</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منفردی</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نقطه</w:t>
      </w:r>
      <w:r w:rsidRPr="00C15401">
        <w:rPr>
          <w:rFonts w:ascii="Tahoma" w:eastAsia="DejaVu Sans" w:hAnsi="Tahoma" w:cs="Tahoma"/>
        </w:rPr>
        <w:t xml:space="preserve"> </w:t>
      </w:r>
      <w:r w:rsidRPr="00C15401">
        <w:rPr>
          <w:rFonts w:ascii="Tahoma" w:eastAsia="DejaVu Sans" w:hAnsi="Tahoma" w:cs="Tahoma"/>
        </w:rPr>
        <w:t>دائمی</w:t>
      </w:r>
      <w:r w:rsidRPr="00C15401">
        <w:rPr>
          <w:rFonts w:ascii="Tahoma" w:eastAsia="DejaVu Sans" w:hAnsi="Tahoma" w:cs="Tahoma"/>
        </w:rPr>
        <w:t xml:space="preserve"> </w:t>
      </w:r>
      <w:r w:rsidRPr="00C15401">
        <w:rPr>
          <w:rFonts w:ascii="Tahoma" w:eastAsia="DejaVu Sans" w:hAnsi="Tahoma" w:cs="Tahoma"/>
        </w:rPr>
        <w:t>ازدست</w:t>
      </w:r>
      <w:r w:rsidRPr="00C15401">
        <w:rPr>
          <w:rFonts w:ascii="Tahoma" w:eastAsia="DejaVu Sans" w:hAnsi="Tahoma" w:cs="Tahoma"/>
        </w:rPr>
        <w:t>‌</w:t>
      </w:r>
      <w:r w:rsidRPr="00C15401">
        <w:rPr>
          <w:rFonts w:ascii="Tahoma" w:eastAsia="DejaVu Sans" w:hAnsi="Tahoma" w:cs="Tahoma"/>
        </w:rPr>
        <w:t>رفتن</w:t>
      </w:r>
      <w:r w:rsidRPr="00C15401">
        <w:rPr>
          <w:rFonts w:ascii="Tahoma" w:eastAsia="DejaVu Sans" w:hAnsi="Tahoma" w:cs="Tahoma"/>
        </w:rPr>
        <w:t xml:space="preserve"> </w:t>
      </w:r>
      <w:r w:rsidRPr="00C15401">
        <w:rPr>
          <w:rFonts w:ascii="Tahoma" w:eastAsia="DejaVu Sans" w:hAnsi="Tahoma" w:cs="Tahoma"/>
        </w:rPr>
        <w:t>حافظه</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شکست</w:t>
      </w:r>
      <w:r w:rsidRPr="00C15401">
        <w:rPr>
          <w:rFonts w:ascii="Tahoma" w:eastAsia="DejaVu Sans" w:hAnsi="Tahoma" w:cs="Tahoma"/>
        </w:rPr>
        <w:t xml:space="preserve"> </w:t>
      </w:r>
      <w:r w:rsidRPr="00C15401">
        <w:rPr>
          <w:rFonts w:ascii="Tahoma" w:eastAsia="DejaVu Sans" w:hAnsi="Tahoma" w:cs="Tahoma"/>
        </w:rPr>
        <w:t>کامل</w:t>
      </w:r>
      <w:r w:rsidRPr="00C15401">
        <w:rPr>
          <w:rFonts w:ascii="Tahoma" w:eastAsia="DejaVu Sans" w:hAnsi="Tahoma" w:cs="Tahoma"/>
        </w:rPr>
        <w:t xml:space="preserve"> </w:t>
      </w:r>
      <w:r w:rsidRPr="00C15401">
        <w:rPr>
          <w:rFonts w:ascii="Tahoma" w:eastAsia="DejaVu Sans" w:hAnsi="Tahoma" w:cs="Tahoma"/>
        </w:rPr>
        <w:t>عملکردهای</w:t>
      </w:r>
      <w:r w:rsidRPr="00C15401">
        <w:rPr>
          <w:rFonts w:ascii="Tahoma" w:eastAsia="DejaVu Sans" w:hAnsi="Tahoma" w:cs="Tahoma"/>
        </w:rPr>
        <w:t xml:space="preserve"> </w:t>
      </w:r>
      <w:r w:rsidRPr="00C15401">
        <w:rPr>
          <w:rFonts w:ascii="Tahoma" w:eastAsia="DejaVu Sans" w:hAnsi="Tahoma" w:cs="Tahoma"/>
        </w:rPr>
        <w:t>حیاتی</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271B501D"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lastRenderedPageBreak/>
        <w:t>حاکمیت</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امنیت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حریم</w:t>
      </w:r>
      <w:r w:rsidRPr="00C15401">
        <w:rPr>
          <w:rFonts w:ascii="Tahoma" w:eastAsia="DejaVu Sans" w:hAnsi="Tahoma" w:cs="Tahoma"/>
        </w:rPr>
        <w:t xml:space="preserve"> </w:t>
      </w:r>
      <w:r w:rsidRPr="00C15401">
        <w:rPr>
          <w:rFonts w:ascii="Tahoma" w:eastAsia="DejaVu Sans" w:hAnsi="Tahoma" w:cs="Tahoma"/>
        </w:rPr>
        <w:t>خصوصی</w:t>
      </w:r>
    </w:p>
    <w:p w14:paraId="5DDD23E0" w14:textId="77777777" w:rsidR="005D7765" w:rsidRPr="00C15401" w:rsidRDefault="0093767E" w:rsidP="00C15401">
      <w:pPr>
        <w:bidi/>
        <w:jc w:val="both"/>
        <w:rPr>
          <w:rFonts w:ascii="Tahoma" w:hAnsi="Tahoma" w:cs="Tahoma"/>
        </w:rPr>
      </w:pPr>
      <w:r w:rsidRPr="00C15401">
        <w:rPr>
          <w:rFonts w:ascii="Tahoma" w:eastAsia="DejaVu Sans" w:hAnsi="Tahoma" w:cs="Tahoma"/>
        </w:rPr>
        <w:t>داده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نظر</w:t>
      </w:r>
      <w:r w:rsidRPr="00C15401">
        <w:rPr>
          <w:rFonts w:ascii="Tahoma" w:eastAsia="DejaVu Sans" w:hAnsi="Tahoma" w:cs="Tahoma"/>
        </w:rPr>
        <w:t xml:space="preserve"> </w:t>
      </w:r>
      <w:r w:rsidRPr="00C15401">
        <w:rPr>
          <w:rFonts w:ascii="Tahoma" w:eastAsia="DejaVu Sans" w:hAnsi="Tahoma" w:cs="Tahoma"/>
        </w:rPr>
        <w:t>صحت،</w:t>
      </w:r>
      <w:r w:rsidRPr="00C15401">
        <w:rPr>
          <w:rFonts w:ascii="Tahoma" w:eastAsia="DejaVu Sans" w:hAnsi="Tahoma" w:cs="Tahoma"/>
        </w:rPr>
        <w:t xml:space="preserve"> </w:t>
      </w:r>
      <w:r w:rsidRPr="00C15401">
        <w:rPr>
          <w:rFonts w:ascii="Tahoma" w:eastAsia="DejaVu Sans" w:hAnsi="Tahoma" w:cs="Tahoma"/>
        </w:rPr>
        <w:t>اصالت،</w:t>
      </w:r>
      <w:r w:rsidRPr="00C15401">
        <w:rPr>
          <w:rFonts w:ascii="Tahoma" w:eastAsia="DejaVu Sans" w:hAnsi="Tahoma" w:cs="Tahoma"/>
        </w:rPr>
        <w:t xml:space="preserve"> </w:t>
      </w:r>
      <w:r w:rsidRPr="00C15401">
        <w:rPr>
          <w:rFonts w:ascii="Tahoma" w:eastAsia="DejaVu Sans" w:hAnsi="Tahoma" w:cs="Tahoma"/>
        </w:rPr>
        <w:t>دسترس</w:t>
      </w:r>
      <w:r w:rsidRPr="00C15401">
        <w:rPr>
          <w:rFonts w:ascii="Tahoma" w:eastAsia="DejaVu Sans" w:hAnsi="Tahoma" w:cs="Tahoma"/>
        </w:rPr>
        <w:t>‌</w:t>
      </w:r>
      <w:r w:rsidRPr="00C15401">
        <w:rPr>
          <w:rFonts w:ascii="Tahoma" w:eastAsia="DejaVu Sans" w:hAnsi="Tahoma" w:cs="Tahoma"/>
        </w:rPr>
        <w:t>پذیری،</w:t>
      </w:r>
      <w:r w:rsidRPr="00C15401">
        <w:rPr>
          <w:rFonts w:ascii="Tahoma" w:eastAsia="DejaVu Sans" w:hAnsi="Tahoma" w:cs="Tahoma"/>
        </w:rPr>
        <w:t xml:space="preserve"> </w:t>
      </w:r>
      <w:r w:rsidRPr="00C15401">
        <w:rPr>
          <w:rFonts w:ascii="Tahoma" w:eastAsia="DejaVu Sans" w:hAnsi="Tahoma" w:cs="Tahoma"/>
        </w:rPr>
        <w:t>محرمانگی،</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پیوستگی</w:t>
      </w:r>
      <w:r w:rsidRPr="00C15401">
        <w:rPr>
          <w:rFonts w:ascii="Tahoma" w:eastAsia="DejaVu Sans" w:hAnsi="Tahoma" w:cs="Tahoma"/>
        </w:rPr>
        <w:t xml:space="preserve"> </w:t>
      </w:r>
      <w:r w:rsidRPr="00C15401">
        <w:rPr>
          <w:rFonts w:ascii="Tahoma" w:eastAsia="DejaVu Sans" w:hAnsi="Tahoma" w:cs="Tahoma"/>
        </w:rPr>
        <w:t>چرخه</w:t>
      </w:r>
      <w:r w:rsidRPr="00C15401">
        <w:rPr>
          <w:rFonts w:ascii="Tahoma" w:eastAsia="DejaVu Sans" w:hAnsi="Tahoma" w:cs="Tahoma"/>
        </w:rPr>
        <w:t xml:space="preserve"> </w:t>
      </w:r>
      <w:r w:rsidRPr="00C15401">
        <w:rPr>
          <w:rFonts w:ascii="Tahoma" w:eastAsia="DejaVu Sans" w:hAnsi="Tahoma" w:cs="Tahoma"/>
        </w:rPr>
        <w:t>عمر</w:t>
      </w:r>
      <w:r w:rsidRPr="00C15401">
        <w:rPr>
          <w:rFonts w:ascii="Tahoma" w:eastAsia="DejaVu Sans" w:hAnsi="Tahoma" w:cs="Tahoma"/>
        </w:rPr>
        <w:t xml:space="preserve"> </w:t>
      </w:r>
      <w:r w:rsidRPr="00C15401">
        <w:rPr>
          <w:rFonts w:ascii="Tahoma" w:eastAsia="DejaVu Sans" w:hAnsi="Tahoma" w:cs="Tahoma"/>
        </w:rPr>
        <w:t>مدیریت</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NCM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w:t>
      </w:r>
      <w:r w:rsidRPr="00C15401">
        <w:rPr>
          <w:rFonts w:ascii="Tahoma" w:eastAsia="DejaVu Sans" w:hAnsi="Tahoma" w:cs="Tahoma"/>
        </w:rPr>
        <w:t>رویداد</w:t>
      </w:r>
      <w:r w:rsidRPr="00C15401">
        <w:rPr>
          <w:rFonts w:ascii="Tahoma" w:eastAsia="DejaVu Sans" w:hAnsi="Tahoma" w:cs="Tahoma"/>
        </w:rPr>
        <w:t xml:space="preserve"> </w:t>
      </w:r>
      <w:r w:rsidRPr="00C15401">
        <w:rPr>
          <w:rFonts w:ascii="Tahoma" w:eastAsia="DejaVu Sans" w:hAnsi="Tahoma" w:cs="Tahoma"/>
        </w:rPr>
        <w:t>مهم</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Digital Identity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 xml:space="preserve"> </w:t>
      </w:r>
      <w:r w:rsidRPr="00C15401">
        <w:rPr>
          <w:rFonts w:ascii="Tahoma" w:eastAsia="DejaVu Sans" w:hAnsi="Tahoma" w:cs="Tahoma"/>
        </w:rPr>
        <w:t>معتبر</w:t>
      </w:r>
      <w:r w:rsidRPr="00C15401">
        <w:rPr>
          <w:rFonts w:ascii="Tahoma" w:eastAsia="DejaVu Sans" w:hAnsi="Tahoma" w:cs="Tahoma"/>
        </w:rPr>
        <w:t xml:space="preserve"> </w:t>
      </w:r>
      <w:r w:rsidRPr="00C15401">
        <w:rPr>
          <w:rFonts w:ascii="Tahoma" w:eastAsia="DejaVu Sans" w:hAnsi="Tahoma" w:cs="Tahoma"/>
        </w:rPr>
        <w:t>خود</w:t>
      </w:r>
      <w:r w:rsidRPr="00C15401">
        <w:rPr>
          <w:rFonts w:ascii="Tahoma" w:eastAsia="DejaVu Sans" w:hAnsi="Tahoma" w:cs="Tahoma"/>
        </w:rPr>
        <w:t xml:space="preserve"> </w:t>
      </w:r>
      <w:r w:rsidRPr="00C15401">
        <w:rPr>
          <w:rFonts w:ascii="Tahoma" w:eastAsia="DejaVu Sans" w:hAnsi="Tahoma" w:cs="Tahoma"/>
        </w:rPr>
        <w:t>متصل</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07B64330"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احراز</w:t>
      </w:r>
      <w:r w:rsidRPr="00C15401">
        <w:rPr>
          <w:rFonts w:ascii="Tahoma" w:eastAsia="DejaVu Sans" w:hAnsi="Tahoma" w:cs="Tahoma"/>
        </w:rPr>
        <w:t xml:space="preserve"> </w:t>
      </w: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متقابل</w:t>
      </w:r>
      <w:r w:rsidRPr="00C15401">
        <w:rPr>
          <w:rFonts w:ascii="Tahoma" w:eastAsia="DejaVu Sans" w:hAnsi="Tahoma" w:cs="Tahoma"/>
        </w:rPr>
        <w:t xml:space="preserve"> NCM </w:t>
      </w:r>
      <w:r w:rsidRPr="00C15401">
        <w:rPr>
          <w:rFonts w:ascii="Tahoma" w:eastAsia="DejaVu Sans" w:hAnsi="Tahoma" w:cs="Tahoma"/>
        </w:rPr>
        <w:t>و</w:t>
      </w:r>
      <w:r w:rsidRPr="00C15401">
        <w:rPr>
          <w:rFonts w:ascii="Tahoma" w:eastAsia="DejaVu Sans" w:hAnsi="Tahoma" w:cs="Tahoma"/>
        </w:rPr>
        <w:t xml:space="preserve"> NCM-CORE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پذیرش</w:t>
      </w:r>
      <w:r w:rsidRPr="00C15401">
        <w:rPr>
          <w:rFonts w:ascii="Tahoma" w:eastAsia="DejaVu Sans" w:hAnsi="Tahoma" w:cs="Tahoma"/>
        </w:rPr>
        <w:t xml:space="preserve">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مجاز؛</w:t>
      </w:r>
    </w:p>
    <w:p w14:paraId="763C30B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رمزگذاری</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حساس</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ذخیره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انتقال؛</w:t>
      </w:r>
    </w:p>
    <w:p w14:paraId="7E2704F2"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سطوح</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متفاوت</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ساکن،</w:t>
      </w:r>
      <w:r w:rsidRPr="00C15401">
        <w:rPr>
          <w:rFonts w:ascii="Tahoma" w:eastAsia="DejaVu Sans" w:hAnsi="Tahoma" w:cs="Tahoma"/>
        </w:rPr>
        <w:t xml:space="preserve"> </w:t>
      </w:r>
      <w:r w:rsidRPr="00C15401">
        <w:rPr>
          <w:rFonts w:ascii="Tahoma" w:eastAsia="DejaVu Sans" w:hAnsi="Tahoma" w:cs="Tahoma"/>
        </w:rPr>
        <w:t>مالک،</w:t>
      </w:r>
      <w:r w:rsidRPr="00C15401">
        <w:rPr>
          <w:rFonts w:ascii="Tahoma" w:eastAsia="DejaVu Sans" w:hAnsi="Tahoma" w:cs="Tahoma"/>
        </w:rPr>
        <w:t xml:space="preserve"> </w:t>
      </w:r>
      <w:r w:rsidRPr="00C15401">
        <w:rPr>
          <w:rFonts w:ascii="Tahoma" w:eastAsia="DejaVu Sans" w:hAnsi="Tahoma" w:cs="Tahoma"/>
        </w:rPr>
        <w:t>تعمیرکار،</w:t>
      </w:r>
      <w:r w:rsidRPr="00C15401">
        <w:rPr>
          <w:rFonts w:ascii="Tahoma" w:eastAsia="DejaVu Sans" w:hAnsi="Tahoma" w:cs="Tahoma"/>
        </w:rPr>
        <w:t xml:space="preserve"> </w:t>
      </w:r>
      <w:r w:rsidRPr="00C15401">
        <w:rPr>
          <w:rFonts w:ascii="Tahoma" w:eastAsia="DejaVu Sans" w:hAnsi="Tahoma" w:cs="Tahoma"/>
        </w:rPr>
        <w:t>پزشک،</w:t>
      </w:r>
      <w:r w:rsidRPr="00C15401">
        <w:rPr>
          <w:rFonts w:ascii="Tahoma" w:eastAsia="DejaVu Sans" w:hAnsi="Tahoma" w:cs="Tahoma"/>
        </w:rPr>
        <w:t xml:space="preserve"> </w:t>
      </w:r>
      <w:r w:rsidRPr="00C15401">
        <w:rPr>
          <w:rFonts w:ascii="Tahoma" w:eastAsia="DejaVu Sans" w:hAnsi="Tahoma" w:cs="Tahoma"/>
        </w:rPr>
        <w:t>مراقب</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امدادگر؛</w:t>
      </w:r>
    </w:p>
    <w:p w14:paraId="39F5B7F8"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ثبت</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تغییر</w:t>
      </w:r>
      <w:r w:rsidRPr="00C15401">
        <w:rPr>
          <w:rFonts w:ascii="Tahoma" w:eastAsia="DejaVu Sans" w:hAnsi="Tahoma" w:cs="Tahoma"/>
        </w:rPr>
        <w:t xml:space="preserve"> </w:t>
      </w:r>
      <w:r w:rsidRPr="00C15401">
        <w:rPr>
          <w:rFonts w:ascii="Tahoma" w:eastAsia="DejaVu Sans" w:hAnsi="Tahoma" w:cs="Tahoma"/>
        </w:rPr>
        <w:t>تنظیمات،</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روزرسانی،</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تعویض؛</w:t>
      </w:r>
    </w:p>
    <w:p w14:paraId="229F68E8"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حداقل</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صوت،</w:t>
      </w:r>
      <w:r w:rsidRPr="00C15401">
        <w:rPr>
          <w:rFonts w:ascii="Tahoma" w:eastAsia="DejaVu Sans" w:hAnsi="Tahoma" w:cs="Tahoma"/>
        </w:rPr>
        <w:t xml:space="preserve"> </w:t>
      </w:r>
      <w:r w:rsidRPr="00C15401">
        <w:rPr>
          <w:rFonts w:ascii="Tahoma" w:eastAsia="DejaVu Sans" w:hAnsi="Tahoma" w:cs="Tahoma"/>
        </w:rPr>
        <w:t>تصویر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سلامت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مدت</w:t>
      </w:r>
      <w:r w:rsidRPr="00C15401">
        <w:rPr>
          <w:rFonts w:ascii="Tahoma" w:eastAsia="DejaVu Sans" w:hAnsi="Tahoma" w:cs="Tahoma"/>
        </w:rPr>
        <w:t xml:space="preserve"> </w:t>
      </w:r>
      <w:r w:rsidRPr="00C15401">
        <w:rPr>
          <w:rFonts w:ascii="Tahoma" w:eastAsia="DejaVu Sans" w:hAnsi="Tahoma" w:cs="Tahoma"/>
        </w:rPr>
        <w:t>نگهداری؛</w:t>
      </w:r>
    </w:p>
    <w:p w14:paraId="58884E84"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عملکرد</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ایمن</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قطع</w:t>
      </w:r>
      <w:r w:rsidRPr="00C15401">
        <w:rPr>
          <w:rFonts w:ascii="Tahoma" w:eastAsia="DejaVu Sans" w:hAnsi="Tahoma" w:cs="Tahoma"/>
        </w:rPr>
        <w:t xml:space="preserve"> </w:t>
      </w:r>
      <w:r w:rsidRPr="00C15401">
        <w:rPr>
          <w:rFonts w:ascii="Tahoma" w:eastAsia="DejaVu Sans" w:hAnsi="Tahoma" w:cs="Tahoma"/>
        </w:rPr>
        <w:t>اینترنت؛</w:t>
      </w:r>
    </w:p>
    <w:p w14:paraId="00390DAD"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 xml:space="preserve">Fail-Safe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پزشکی،</w:t>
      </w:r>
      <w:r w:rsidRPr="00C15401">
        <w:rPr>
          <w:rFonts w:ascii="Tahoma" w:eastAsia="DejaVu Sans" w:hAnsi="Tahoma" w:cs="Tahoma"/>
        </w:rPr>
        <w:t xml:space="preserve"> </w:t>
      </w:r>
      <w:r w:rsidRPr="00C15401">
        <w:rPr>
          <w:rFonts w:ascii="Tahoma" w:eastAsia="DejaVu Sans" w:hAnsi="Tahoma" w:cs="Tahoma"/>
        </w:rPr>
        <w:t>امنیت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خدمات</w:t>
      </w:r>
      <w:r w:rsidRPr="00C15401">
        <w:rPr>
          <w:rFonts w:ascii="Tahoma" w:eastAsia="DejaVu Sans" w:hAnsi="Tahoma" w:cs="Tahoma"/>
        </w:rPr>
        <w:t xml:space="preserve"> </w:t>
      </w:r>
      <w:r w:rsidRPr="00C15401">
        <w:rPr>
          <w:rFonts w:ascii="Tahoma" w:eastAsia="DejaVu Sans" w:hAnsi="Tahoma" w:cs="Tahoma"/>
        </w:rPr>
        <w:t>حیاتی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Fail-Secure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غیرمجاز</w:t>
      </w:r>
      <w:r w:rsidRPr="00C15401">
        <w:rPr>
          <w:rFonts w:ascii="Tahoma" w:eastAsia="DejaVu Sans" w:hAnsi="Tahoma" w:cs="Tahoma"/>
        </w:rPr>
        <w:t>.</w:t>
      </w:r>
    </w:p>
    <w:p w14:paraId="27CE52A8"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ابعاد</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اولیه</w:t>
      </w:r>
      <w:r w:rsidRPr="00C15401">
        <w:rPr>
          <w:rFonts w:ascii="Tahoma" w:eastAsia="DejaVu Sans" w:hAnsi="Tahoma" w:cs="Tahoma"/>
        </w:rPr>
        <w:t xml:space="preserve"> NCM</w:t>
      </w:r>
    </w:p>
    <w:p w14:paraId="3145C256"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تصمیم</w:t>
      </w:r>
      <w:r w:rsidRPr="00C15401">
        <w:rPr>
          <w:rFonts w:ascii="Tahoma" w:eastAsia="DejaVu Sans" w:hAnsi="Tahoma" w:cs="Tahoma"/>
        </w:rPr>
        <w:t xml:space="preserve"> </w:t>
      </w:r>
      <w:r w:rsidRPr="00C15401">
        <w:rPr>
          <w:rFonts w:ascii="Tahoma" w:eastAsia="DejaVu Sans" w:hAnsi="Tahoma" w:cs="Tahoma"/>
        </w:rPr>
        <w:t>ابعادی</w:t>
      </w:r>
      <w:r w:rsidRPr="00C15401">
        <w:rPr>
          <w:rFonts w:ascii="Tahoma" w:eastAsia="DejaVu Sans" w:hAnsi="Tahoma" w:cs="Tahoma"/>
        </w:rPr>
        <w:t xml:space="preserve"> </w:t>
      </w:r>
      <w:r w:rsidRPr="00C15401">
        <w:rPr>
          <w:rFonts w:ascii="Tahoma" w:eastAsia="DejaVu Sans" w:hAnsi="Tahoma" w:cs="Tahoma"/>
        </w:rPr>
        <w:t>فعلی</w:t>
      </w:r>
    </w:p>
    <w:p w14:paraId="5C3D3428" w14:textId="77777777" w:rsidR="005D7765" w:rsidRPr="00C15401" w:rsidRDefault="0093767E" w:rsidP="00C15401">
      <w:pPr>
        <w:bidi/>
        <w:jc w:val="both"/>
        <w:rPr>
          <w:rFonts w:ascii="Tahoma" w:hAnsi="Tahoma" w:cs="Tahoma"/>
        </w:rPr>
      </w:pPr>
      <w:r w:rsidRPr="00C15401">
        <w:rPr>
          <w:rFonts w:ascii="Tahoma" w:eastAsia="DejaVu Sans" w:hAnsi="Tahoma" w:cs="Tahoma"/>
        </w:rPr>
        <w:t>ابعاد</w:t>
      </w:r>
      <w:r w:rsidRPr="00C15401">
        <w:rPr>
          <w:rFonts w:ascii="Tahoma" w:eastAsia="DejaVu Sans" w:hAnsi="Tahoma" w:cs="Tahoma"/>
        </w:rPr>
        <w:t xml:space="preserve"> 100 × 100 × 200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عنوان</w:t>
      </w:r>
      <w:r w:rsidRPr="00C15401">
        <w:rPr>
          <w:rFonts w:ascii="Tahoma" w:eastAsia="DejaVu Sans" w:hAnsi="Tahoma" w:cs="Tahoma"/>
        </w:rPr>
        <w:t xml:space="preserve"> Reference Envelope </w:t>
      </w:r>
      <w:r w:rsidRPr="00C15401">
        <w:rPr>
          <w:rFonts w:ascii="Tahoma" w:eastAsia="DejaVu Sans" w:hAnsi="Tahoma" w:cs="Tahoma"/>
        </w:rPr>
        <w:t>اولیه</w:t>
      </w:r>
      <w:r w:rsidRPr="00C15401">
        <w:rPr>
          <w:rFonts w:ascii="Tahoma" w:eastAsia="DejaVu Sans" w:hAnsi="Tahoma" w:cs="Tahoma"/>
        </w:rPr>
        <w:t xml:space="preserve"> NCM-2U </w:t>
      </w:r>
      <w:r w:rsidRPr="00C15401">
        <w:rPr>
          <w:rFonts w:ascii="Tahoma" w:eastAsia="DejaVu Sans" w:hAnsi="Tahoma" w:cs="Tahoma"/>
        </w:rPr>
        <w:t>پذیرفته</w:t>
      </w:r>
      <w:r w:rsidRPr="00C15401">
        <w:rPr>
          <w:rFonts w:ascii="Tahoma" w:eastAsia="DejaVu Sans" w:hAnsi="Tahoma" w:cs="Tahoma"/>
        </w:rPr>
        <w:t xml:space="preserve"> </w:t>
      </w:r>
      <w:r w:rsidRPr="00C15401">
        <w:rPr>
          <w:rFonts w:ascii="Tahoma" w:eastAsia="DejaVu Sans" w:hAnsi="Tahoma" w:cs="Tahoma"/>
        </w:rPr>
        <w:t>شد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حجم</w:t>
      </w:r>
      <w:r w:rsidRPr="00C15401">
        <w:rPr>
          <w:rFonts w:ascii="Tahoma" w:eastAsia="DejaVu Sans" w:hAnsi="Tahoma" w:cs="Tahoma"/>
        </w:rPr>
        <w:t xml:space="preserve"> </w:t>
      </w:r>
      <w:r w:rsidRPr="00C15401">
        <w:rPr>
          <w:rFonts w:ascii="Tahoma" w:eastAsia="DejaVu Sans" w:hAnsi="Tahoma" w:cs="Tahoma"/>
        </w:rPr>
        <w:t>اسمی</w:t>
      </w:r>
      <w:r w:rsidRPr="00C15401">
        <w:rPr>
          <w:rFonts w:ascii="Tahoma" w:eastAsia="DejaVu Sans" w:hAnsi="Tahoma" w:cs="Tahoma"/>
        </w:rPr>
        <w:t xml:space="preserve"> </w:t>
      </w:r>
      <w:r w:rsidRPr="00C15401">
        <w:rPr>
          <w:rFonts w:ascii="Tahoma" w:eastAsia="DejaVu Sans" w:hAnsi="Tahoma" w:cs="Tahoma"/>
        </w:rPr>
        <w:t>برابر</w:t>
      </w:r>
      <w:r w:rsidRPr="00C15401">
        <w:rPr>
          <w:rFonts w:ascii="Tahoma" w:eastAsia="DejaVu Sans" w:hAnsi="Tahoma" w:cs="Tahoma"/>
        </w:rPr>
        <w:t xml:space="preserve"> </w:t>
      </w:r>
      <w:r w:rsidRPr="00C15401">
        <w:rPr>
          <w:rFonts w:ascii="Tahoma" w:eastAsia="DejaVu Sans" w:hAnsi="Tahoma" w:cs="Tahoma"/>
        </w:rPr>
        <w:t>دو</w:t>
      </w:r>
      <w:r w:rsidRPr="00C15401">
        <w:rPr>
          <w:rFonts w:ascii="Tahoma" w:eastAsia="DejaVu Sans" w:hAnsi="Tahoma" w:cs="Tahoma"/>
        </w:rPr>
        <w:t xml:space="preserve"> </w:t>
      </w:r>
      <w:r w:rsidRPr="00C15401">
        <w:rPr>
          <w:rFonts w:ascii="Tahoma" w:eastAsia="DejaVu Sans" w:hAnsi="Tahoma" w:cs="Tahoma"/>
        </w:rPr>
        <w:t>لیتر</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بیشتر</w:t>
      </w:r>
      <w:r w:rsidRPr="00C15401">
        <w:rPr>
          <w:rFonts w:ascii="Tahoma" w:eastAsia="DejaVu Sans" w:hAnsi="Tahoma" w:cs="Tahoma"/>
        </w:rPr>
        <w:t xml:space="preserve"> </w:t>
      </w:r>
      <w:r w:rsidRPr="00C15401">
        <w:rPr>
          <w:rFonts w:ascii="Tahoma" w:eastAsia="DejaVu Sans" w:hAnsi="Tahoma" w:cs="Tahoma"/>
        </w:rPr>
        <w:t>کاربردهای</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ارتباطی،</w:t>
      </w:r>
      <w:r w:rsidRPr="00C15401">
        <w:rPr>
          <w:rFonts w:ascii="Tahoma" w:eastAsia="DejaVu Sans" w:hAnsi="Tahoma" w:cs="Tahoma"/>
        </w:rPr>
        <w:t xml:space="preserve"> </w:t>
      </w:r>
      <w:r w:rsidRPr="00C15401">
        <w:rPr>
          <w:rFonts w:ascii="Tahoma" w:eastAsia="DejaVu Sans" w:hAnsi="Tahoma" w:cs="Tahoma"/>
        </w:rPr>
        <w:t>امنیتی،</w:t>
      </w:r>
      <w:r w:rsidRPr="00C15401">
        <w:rPr>
          <w:rFonts w:ascii="Tahoma" w:eastAsia="DejaVu Sans" w:hAnsi="Tahoma" w:cs="Tahoma"/>
        </w:rPr>
        <w:t xml:space="preserve"> </w:t>
      </w:r>
      <w:r w:rsidRPr="00C15401">
        <w:rPr>
          <w:rFonts w:ascii="Tahoma" w:eastAsia="DejaVu Sans" w:hAnsi="Tahoma" w:cs="Tahoma"/>
        </w:rPr>
        <w:t>مراقبتی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پردازش</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مناسب</w:t>
      </w:r>
      <w:r w:rsidRPr="00C15401">
        <w:rPr>
          <w:rFonts w:ascii="Tahoma" w:eastAsia="DejaVu Sans" w:hAnsi="Tahoma" w:cs="Tahoma"/>
        </w:rPr>
        <w:t xml:space="preserve"> </w:t>
      </w:r>
      <w:r w:rsidRPr="00C15401">
        <w:rPr>
          <w:rFonts w:ascii="Tahoma" w:eastAsia="DejaVu Sans" w:hAnsi="Tahoma" w:cs="Tahoma"/>
        </w:rPr>
        <w:t>ارزیابی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w:t>
      </w:r>
    </w:p>
    <w:p w14:paraId="3306D758" w14:textId="77777777" w:rsidR="005D7765" w:rsidRPr="00C15401" w:rsidRDefault="0093767E" w:rsidP="00C15401">
      <w:pPr>
        <w:bidi/>
        <w:jc w:val="both"/>
        <w:rPr>
          <w:rFonts w:ascii="Tahoma" w:hAnsi="Tahoma" w:cs="Tahoma"/>
        </w:rPr>
      </w:pPr>
      <w:r w:rsidRPr="00C15401">
        <w:rPr>
          <w:rFonts w:ascii="Tahoma" w:eastAsia="DejaVu Sans" w:hAnsi="Tahoma" w:cs="Tahoma"/>
        </w:rPr>
        <w:t>جهت</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ترجیحی</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100 × 200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Active Service Face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بعد</w:t>
      </w:r>
      <w:r w:rsidRPr="00C15401">
        <w:rPr>
          <w:rFonts w:ascii="Tahoma" w:eastAsia="DejaVu Sans" w:hAnsi="Tahoma" w:cs="Tahoma"/>
        </w:rPr>
        <w:t xml:space="preserve"> 100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w:t>
      </w:r>
      <w:r w:rsidRPr="00C15401">
        <w:rPr>
          <w:rFonts w:ascii="Tahoma" w:eastAsia="DejaVu Sans" w:hAnsi="Tahoma" w:cs="Tahoma"/>
        </w:rPr>
        <w:t>عمق</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آرایش</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کافی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دوربین،</w:t>
      </w:r>
      <w:r w:rsidRPr="00C15401">
        <w:rPr>
          <w:rFonts w:ascii="Tahoma" w:eastAsia="DejaVu Sans" w:hAnsi="Tahoma" w:cs="Tahoma"/>
        </w:rPr>
        <w:t xml:space="preserve"> </w:t>
      </w:r>
      <w:r w:rsidRPr="00C15401">
        <w:rPr>
          <w:rFonts w:ascii="Tahoma" w:eastAsia="DejaVu Sans" w:hAnsi="Tahoma" w:cs="Tahoma"/>
        </w:rPr>
        <w:t>میکروفن،</w:t>
      </w:r>
      <w:r w:rsidRPr="00C15401">
        <w:rPr>
          <w:rFonts w:ascii="Tahoma" w:eastAsia="DejaVu Sans" w:hAnsi="Tahoma" w:cs="Tahoma"/>
        </w:rPr>
        <w:t xml:space="preserve"> </w:t>
      </w:r>
      <w:r w:rsidRPr="00C15401">
        <w:rPr>
          <w:rFonts w:ascii="Tahoma" w:eastAsia="DejaVu Sans" w:hAnsi="Tahoma" w:cs="Tahoma"/>
        </w:rPr>
        <w:t>بلندگو،</w:t>
      </w:r>
      <w:r w:rsidRPr="00C15401">
        <w:rPr>
          <w:rFonts w:ascii="Tahoma" w:eastAsia="DejaVu Sans" w:hAnsi="Tahoma" w:cs="Tahoma"/>
        </w:rPr>
        <w:t xml:space="preserve"> </w:t>
      </w:r>
      <w:r w:rsidRPr="00C15401">
        <w:rPr>
          <w:rFonts w:ascii="Tahoma" w:eastAsia="DejaVu Sans" w:hAnsi="Tahoma" w:cs="Tahoma"/>
        </w:rPr>
        <w:t>دریچه</w:t>
      </w:r>
      <w:r w:rsidRPr="00C15401">
        <w:rPr>
          <w:rFonts w:ascii="Tahoma" w:eastAsia="DejaVu Sans" w:hAnsi="Tahoma" w:cs="Tahoma"/>
        </w:rPr>
        <w:t xml:space="preserve"> </w:t>
      </w:r>
      <w:r w:rsidRPr="00C15401">
        <w:rPr>
          <w:rFonts w:ascii="Tahoma" w:eastAsia="DejaVu Sans" w:hAnsi="Tahoma" w:cs="Tahoma"/>
        </w:rPr>
        <w:t>هوا،</w:t>
      </w:r>
      <w:r w:rsidRPr="00C15401">
        <w:rPr>
          <w:rFonts w:ascii="Tahoma" w:eastAsia="DejaVu Sans" w:hAnsi="Tahoma" w:cs="Tahoma"/>
        </w:rPr>
        <w:t xml:space="preserve"> </w:t>
      </w:r>
      <w:r w:rsidRPr="00C15401">
        <w:rPr>
          <w:rFonts w:ascii="Tahoma" w:eastAsia="DejaVu Sans" w:hAnsi="Tahoma" w:cs="Tahoma"/>
        </w:rPr>
        <w:t>نمایشگر</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نازل</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نسبت</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نمای</w:t>
      </w:r>
      <w:r w:rsidRPr="00C15401">
        <w:rPr>
          <w:rFonts w:ascii="Tahoma" w:eastAsia="DejaVu Sans" w:hAnsi="Tahoma" w:cs="Tahoma"/>
        </w:rPr>
        <w:t xml:space="preserve"> 100 × 100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عمق</w:t>
      </w:r>
      <w:r w:rsidRPr="00C15401">
        <w:rPr>
          <w:rFonts w:ascii="Tahoma" w:eastAsia="DejaVu Sans" w:hAnsi="Tahoma" w:cs="Tahoma"/>
        </w:rPr>
        <w:t xml:space="preserve"> 200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دیوار</w:t>
      </w:r>
      <w:r w:rsidRPr="00C15401">
        <w:rPr>
          <w:rFonts w:ascii="Tahoma" w:eastAsia="DejaVu Sans" w:hAnsi="Tahoma" w:cs="Tahoma"/>
        </w:rPr>
        <w:t xml:space="preserve"> </w:t>
      </w:r>
      <w:r w:rsidRPr="00C15401">
        <w:rPr>
          <w:rFonts w:ascii="Tahoma" w:eastAsia="DejaVu Sans" w:hAnsi="Tahoma" w:cs="Tahoma"/>
        </w:rPr>
        <w:t>مناسب</w:t>
      </w:r>
      <w:r w:rsidRPr="00C15401">
        <w:rPr>
          <w:rFonts w:ascii="Tahoma" w:eastAsia="DejaVu Sans" w:hAnsi="Tahoma" w:cs="Tahoma"/>
        </w:rPr>
        <w:t>‌</w:t>
      </w:r>
      <w:r w:rsidRPr="00C15401">
        <w:rPr>
          <w:rFonts w:ascii="Tahoma" w:eastAsia="DejaVu Sans" w:hAnsi="Tahoma" w:cs="Tahoma"/>
        </w:rPr>
        <w:t>تر</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28802BA1" w14:textId="77777777" w:rsidR="005D7765" w:rsidRPr="00C15401" w:rsidRDefault="0093767E" w:rsidP="00C15401">
      <w:pPr>
        <w:bidi/>
        <w:jc w:val="both"/>
        <w:rPr>
          <w:rFonts w:ascii="Tahoma" w:hAnsi="Tahoma" w:cs="Tahoma"/>
        </w:rPr>
      </w:pP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کسر</w:t>
      </w:r>
      <w:r w:rsidRPr="00C15401">
        <w:rPr>
          <w:rFonts w:ascii="Tahoma" w:eastAsia="DejaVu Sans" w:hAnsi="Tahoma" w:cs="Tahoma"/>
        </w:rPr>
        <w:t xml:space="preserve"> </w:t>
      </w:r>
      <w:r w:rsidRPr="00C15401">
        <w:rPr>
          <w:rFonts w:ascii="Tahoma" w:eastAsia="DejaVu Sans" w:hAnsi="Tahoma" w:cs="Tahoma"/>
        </w:rPr>
        <w:t>پوسته،</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Backplane</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کانکتورها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حرارتی،</w:t>
      </w:r>
      <w:r w:rsidRPr="00C15401">
        <w:rPr>
          <w:rFonts w:ascii="Tahoma" w:eastAsia="DejaVu Sans" w:hAnsi="Tahoma" w:cs="Tahoma"/>
        </w:rPr>
        <w:t xml:space="preserve"> </w:t>
      </w:r>
      <w:r w:rsidRPr="00C15401">
        <w:rPr>
          <w:rFonts w:ascii="Tahoma" w:eastAsia="DejaVu Sans" w:hAnsi="Tahoma" w:cs="Tahoma"/>
        </w:rPr>
        <w:t>حجم</w:t>
      </w:r>
      <w:r w:rsidRPr="00C15401">
        <w:rPr>
          <w:rFonts w:ascii="Tahoma" w:eastAsia="DejaVu Sans" w:hAnsi="Tahoma" w:cs="Tahoma"/>
        </w:rPr>
        <w:t xml:space="preserve"> </w:t>
      </w:r>
      <w:r w:rsidRPr="00C15401">
        <w:rPr>
          <w:rFonts w:ascii="Tahoma" w:eastAsia="DejaVu Sans" w:hAnsi="Tahoma" w:cs="Tahoma"/>
        </w:rPr>
        <w:t>مفید</w:t>
      </w:r>
      <w:r w:rsidRPr="00C15401">
        <w:rPr>
          <w:rFonts w:ascii="Tahoma" w:eastAsia="DejaVu Sans" w:hAnsi="Tahoma" w:cs="Tahoma"/>
        </w:rPr>
        <w:t xml:space="preserve"> </w:t>
      </w:r>
      <w:r w:rsidRPr="00C15401">
        <w:rPr>
          <w:rFonts w:ascii="Tahoma" w:eastAsia="DejaVu Sans" w:hAnsi="Tahoma" w:cs="Tahoma"/>
        </w:rPr>
        <w:t>واقعی</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صورت</w:t>
      </w:r>
      <w:r w:rsidRPr="00C15401">
        <w:rPr>
          <w:rFonts w:ascii="Tahoma" w:eastAsia="DejaVu Sans" w:hAnsi="Tahoma" w:cs="Tahoma"/>
        </w:rPr>
        <w:t xml:space="preserve"> </w:t>
      </w:r>
      <w:r w:rsidRPr="00C15401">
        <w:rPr>
          <w:rFonts w:ascii="Tahoma" w:eastAsia="DejaVu Sans" w:hAnsi="Tahoma" w:cs="Tahoma"/>
        </w:rPr>
        <w:t>مقدماتی</w:t>
      </w:r>
      <w:r w:rsidRPr="00C15401">
        <w:rPr>
          <w:rFonts w:ascii="Tahoma" w:eastAsia="DejaVu Sans" w:hAnsi="Tahoma" w:cs="Tahoma"/>
        </w:rPr>
        <w:t xml:space="preserve"> </w:t>
      </w:r>
      <w:r w:rsidRPr="00C15401">
        <w:rPr>
          <w:rFonts w:ascii="Tahoma" w:eastAsia="DejaVu Sans" w:hAnsi="Tahoma" w:cs="Tahoma"/>
        </w:rPr>
        <w:t>حدود</w:t>
      </w:r>
      <w:r w:rsidRPr="00C15401">
        <w:rPr>
          <w:rFonts w:ascii="Tahoma" w:eastAsia="DejaVu Sans" w:hAnsi="Tahoma" w:cs="Tahoma"/>
        </w:rPr>
        <w:t xml:space="preserve"> 1.2 </w:t>
      </w:r>
      <w:r w:rsidRPr="00C15401">
        <w:rPr>
          <w:rFonts w:ascii="Tahoma" w:eastAsia="DejaVu Sans" w:hAnsi="Tahoma" w:cs="Tahoma"/>
        </w:rPr>
        <w:t>تا</w:t>
      </w:r>
      <w:r w:rsidRPr="00C15401">
        <w:rPr>
          <w:rFonts w:ascii="Tahoma" w:eastAsia="DejaVu Sans" w:hAnsi="Tahoma" w:cs="Tahoma"/>
        </w:rPr>
        <w:t xml:space="preserve"> 1.5 </w:t>
      </w:r>
      <w:r w:rsidRPr="00C15401">
        <w:rPr>
          <w:rFonts w:ascii="Tahoma" w:eastAsia="DejaVu Sans" w:hAnsi="Tahoma" w:cs="Tahoma"/>
        </w:rPr>
        <w:t>لیتر</w:t>
      </w:r>
      <w:r w:rsidRPr="00C15401">
        <w:rPr>
          <w:rFonts w:ascii="Tahoma" w:eastAsia="DejaVu Sans" w:hAnsi="Tahoma" w:cs="Tahoma"/>
        </w:rPr>
        <w:t xml:space="preserve"> </w:t>
      </w:r>
      <w:r w:rsidRPr="00C15401">
        <w:rPr>
          <w:rFonts w:ascii="Tahoma" w:eastAsia="DejaVu Sans" w:hAnsi="Tahoma" w:cs="Tahoma"/>
        </w:rPr>
        <w:t>برآورد</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مقدار</w:t>
      </w:r>
      <w:r w:rsidRPr="00C15401">
        <w:rPr>
          <w:rFonts w:ascii="Tahoma" w:eastAsia="DejaVu Sans" w:hAnsi="Tahoma" w:cs="Tahoma"/>
        </w:rPr>
        <w:t xml:space="preserve"> </w:t>
      </w:r>
      <w:r w:rsidRPr="00C15401">
        <w:rPr>
          <w:rFonts w:ascii="Tahoma" w:eastAsia="DejaVu Sans" w:hAnsi="Tahoma" w:cs="Tahoma"/>
        </w:rPr>
        <w:t>هنوز</w:t>
      </w:r>
      <w:r w:rsidRPr="00C15401">
        <w:rPr>
          <w:rFonts w:ascii="Tahoma" w:eastAsia="DejaVu Sans" w:hAnsi="Tahoma" w:cs="Tahoma"/>
        </w:rPr>
        <w:t xml:space="preserve"> </w:t>
      </w:r>
      <w:r w:rsidRPr="00C15401">
        <w:rPr>
          <w:rFonts w:ascii="Tahoma" w:eastAsia="DejaVu Sans" w:hAnsi="Tahoma" w:cs="Tahoma"/>
        </w:rPr>
        <w:t>نتیجه</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صرفاً</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برنامه</w:t>
      </w:r>
      <w:r w:rsidRPr="00C15401">
        <w:rPr>
          <w:rFonts w:ascii="Tahoma" w:eastAsia="DejaVu Sans" w:hAnsi="Tahoma" w:cs="Tahoma"/>
        </w:rPr>
        <w:t>‌</w:t>
      </w:r>
      <w:r w:rsidRPr="00C15401">
        <w:rPr>
          <w:rFonts w:ascii="Tahoma" w:eastAsia="DejaVu Sans" w:hAnsi="Tahoma" w:cs="Tahoma"/>
        </w:rPr>
        <w:t>ریزی</w:t>
      </w:r>
      <w:r w:rsidRPr="00C15401">
        <w:rPr>
          <w:rFonts w:ascii="Tahoma" w:eastAsia="DejaVu Sans" w:hAnsi="Tahoma" w:cs="Tahoma"/>
        </w:rPr>
        <w:t xml:space="preserve"> </w:t>
      </w:r>
      <w:r w:rsidRPr="00C15401">
        <w:rPr>
          <w:rFonts w:ascii="Tahoma" w:eastAsia="DejaVu Sans" w:hAnsi="Tahoma" w:cs="Tahoma"/>
        </w:rPr>
        <w:t>اولیه</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tbl>
      <w:tblPr>
        <w:tblStyle w:val="TableGrid"/>
        <w:tblW w:w="9360" w:type="dxa"/>
        <w:tblInd w:w="120" w:type="dxa"/>
        <w:tblLayout w:type="fixed"/>
        <w:tblLook w:val="04A0" w:firstRow="1" w:lastRow="0" w:firstColumn="1" w:lastColumn="0" w:noHBand="0" w:noVBand="1"/>
      </w:tblPr>
      <w:tblGrid>
        <w:gridCol w:w="2500"/>
        <w:gridCol w:w="2600"/>
        <w:gridCol w:w="4260"/>
      </w:tblGrid>
      <w:tr w:rsidR="005D7765" w:rsidRPr="00C15401" w14:paraId="044E335A" w14:textId="77777777">
        <w:trPr>
          <w:cantSplit/>
          <w:tblHeader/>
        </w:trPr>
        <w:tc>
          <w:tcPr>
            <w:tcW w:w="2500" w:type="dxa"/>
            <w:shd w:val="clear" w:color="auto" w:fill="F2F4F7"/>
            <w:tcMar>
              <w:top w:w="80" w:type="dxa"/>
              <w:left w:w="120" w:type="dxa"/>
              <w:bottom w:w="80" w:type="dxa"/>
              <w:right w:w="120" w:type="dxa"/>
            </w:tcMar>
            <w:vAlign w:val="center"/>
          </w:tcPr>
          <w:p w14:paraId="58167F1A"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کلاس</w:t>
            </w:r>
          </w:p>
        </w:tc>
        <w:tc>
          <w:tcPr>
            <w:tcW w:w="2600" w:type="dxa"/>
            <w:shd w:val="clear" w:color="auto" w:fill="F2F4F7"/>
            <w:tcMar>
              <w:top w:w="80" w:type="dxa"/>
              <w:left w:w="120" w:type="dxa"/>
              <w:bottom w:w="80" w:type="dxa"/>
              <w:right w:w="120" w:type="dxa"/>
            </w:tcMar>
            <w:vAlign w:val="center"/>
          </w:tcPr>
          <w:p w14:paraId="7216EA73"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ابعاد</w:t>
            </w:r>
            <w:r w:rsidRPr="00C15401">
              <w:rPr>
                <w:rFonts w:ascii="Tahoma" w:eastAsia="DejaVu Sans" w:hAnsi="Tahoma" w:cs="Tahoma"/>
                <w:b/>
                <w:color w:val="1F4D78"/>
                <w:sz w:val="20"/>
              </w:rPr>
              <w:t xml:space="preserve"> </w:t>
            </w:r>
            <w:r w:rsidRPr="00C15401">
              <w:rPr>
                <w:rFonts w:ascii="Tahoma" w:eastAsia="DejaVu Sans" w:hAnsi="Tahoma" w:cs="Tahoma"/>
                <w:b/>
                <w:color w:val="1F4D78"/>
                <w:sz w:val="20"/>
              </w:rPr>
              <w:t>اسمی</w:t>
            </w:r>
          </w:p>
        </w:tc>
        <w:tc>
          <w:tcPr>
            <w:tcW w:w="4260" w:type="dxa"/>
            <w:shd w:val="clear" w:color="auto" w:fill="F2F4F7"/>
            <w:tcMar>
              <w:top w:w="80" w:type="dxa"/>
              <w:left w:w="120" w:type="dxa"/>
              <w:bottom w:w="80" w:type="dxa"/>
              <w:right w:w="120" w:type="dxa"/>
            </w:tcMar>
            <w:vAlign w:val="center"/>
          </w:tcPr>
          <w:p w14:paraId="742D2E18"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color w:val="1F4D78"/>
                <w:sz w:val="20"/>
              </w:rPr>
              <w:t>کاربرد</w:t>
            </w:r>
          </w:p>
        </w:tc>
      </w:tr>
      <w:tr w:rsidR="005D7765" w:rsidRPr="00C15401" w14:paraId="159A69C9" w14:textId="77777777">
        <w:trPr>
          <w:cantSplit/>
        </w:trPr>
        <w:tc>
          <w:tcPr>
            <w:tcW w:w="2500" w:type="dxa"/>
            <w:tcMar>
              <w:top w:w="80" w:type="dxa"/>
              <w:left w:w="120" w:type="dxa"/>
              <w:bottom w:w="80" w:type="dxa"/>
              <w:right w:w="120" w:type="dxa"/>
            </w:tcMar>
            <w:vAlign w:val="center"/>
          </w:tcPr>
          <w:p w14:paraId="4714B513"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NCM-1U Compact</w:t>
            </w:r>
          </w:p>
        </w:tc>
        <w:tc>
          <w:tcPr>
            <w:tcW w:w="2600" w:type="dxa"/>
            <w:tcMar>
              <w:top w:w="80" w:type="dxa"/>
              <w:left w:w="120" w:type="dxa"/>
              <w:bottom w:w="80" w:type="dxa"/>
              <w:right w:w="120" w:type="dxa"/>
            </w:tcMar>
            <w:vAlign w:val="center"/>
          </w:tcPr>
          <w:p w14:paraId="00736848"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100 × 100 × 100 mm</w:t>
            </w:r>
          </w:p>
        </w:tc>
        <w:tc>
          <w:tcPr>
            <w:tcW w:w="4260" w:type="dxa"/>
            <w:tcMar>
              <w:top w:w="80" w:type="dxa"/>
              <w:left w:w="120" w:type="dxa"/>
              <w:bottom w:w="80" w:type="dxa"/>
              <w:right w:w="120" w:type="dxa"/>
            </w:tcMar>
            <w:vAlign w:val="center"/>
          </w:tcPr>
          <w:p w14:paraId="6674457B"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حسگر</w:t>
            </w:r>
            <w:r w:rsidRPr="00C15401">
              <w:rPr>
                <w:rFonts w:ascii="Tahoma" w:eastAsia="DejaVu Sans" w:hAnsi="Tahoma" w:cs="Tahoma"/>
                <w:sz w:val="19"/>
              </w:rPr>
              <w:t xml:space="preserve"> </w:t>
            </w:r>
            <w:r w:rsidRPr="00C15401">
              <w:rPr>
                <w:rFonts w:ascii="Tahoma" w:eastAsia="DejaVu Sans" w:hAnsi="Tahoma" w:cs="Tahoma"/>
                <w:sz w:val="19"/>
              </w:rPr>
              <w:t>ساده،</w:t>
            </w:r>
            <w:r w:rsidRPr="00C15401">
              <w:rPr>
                <w:rFonts w:ascii="Tahoma" w:eastAsia="DejaVu Sans" w:hAnsi="Tahoma" w:cs="Tahoma"/>
                <w:sz w:val="19"/>
              </w:rPr>
              <w:t xml:space="preserve"> </w:t>
            </w:r>
            <w:r w:rsidRPr="00C15401">
              <w:rPr>
                <w:rFonts w:ascii="Tahoma" w:eastAsia="DejaVu Sans" w:hAnsi="Tahoma" w:cs="Tahoma"/>
                <w:sz w:val="19"/>
              </w:rPr>
              <w:t>ارتباط،</w:t>
            </w:r>
            <w:r w:rsidRPr="00C15401">
              <w:rPr>
                <w:rFonts w:ascii="Tahoma" w:eastAsia="DejaVu Sans" w:hAnsi="Tahoma" w:cs="Tahoma"/>
                <w:sz w:val="19"/>
              </w:rPr>
              <w:t xml:space="preserve"> </w:t>
            </w:r>
            <w:r w:rsidRPr="00C15401">
              <w:rPr>
                <w:rFonts w:ascii="Tahoma" w:eastAsia="DejaVu Sans" w:hAnsi="Tahoma" w:cs="Tahoma"/>
                <w:sz w:val="19"/>
              </w:rPr>
              <w:t>پایش</w:t>
            </w:r>
            <w:r w:rsidRPr="00C15401">
              <w:rPr>
                <w:rFonts w:ascii="Tahoma" w:eastAsia="DejaVu Sans" w:hAnsi="Tahoma" w:cs="Tahoma"/>
                <w:sz w:val="19"/>
              </w:rPr>
              <w:t xml:space="preserve"> </w:t>
            </w:r>
            <w:r w:rsidRPr="00C15401">
              <w:rPr>
                <w:rFonts w:ascii="Tahoma" w:eastAsia="DejaVu Sans" w:hAnsi="Tahoma" w:cs="Tahoma"/>
                <w:sz w:val="19"/>
              </w:rPr>
              <w:t>محیط</w:t>
            </w:r>
            <w:r w:rsidRPr="00C15401">
              <w:rPr>
                <w:rFonts w:ascii="Tahoma" w:eastAsia="DejaVu Sans" w:hAnsi="Tahoma" w:cs="Tahoma"/>
                <w:sz w:val="19"/>
              </w:rPr>
              <w:t xml:space="preserve"> </w:t>
            </w:r>
            <w:r w:rsidRPr="00C15401">
              <w:rPr>
                <w:rFonts w:ascii="Tahoma" w:eastAsia="DejaVu Sans" w:hAnsi="Tahoma" w:cs="Tahoma"/>
                <w:sz w:val="19"/>
              </w:rPr>
              <w:t>یا</w:t>
            </w:r>
            <w:r w:rsidRPr="00C15401">
              <w:rPr>
                <w:rFonts w:ascii="Tahoma" w:eastAsia="DejaVu Sans" w:hAnsi="Tahoma" w:cs="Tahoma"/>
                <w:sz w:val="19"/>
              </w:rPr>
              <w:t xml:space="preserve"> </w:t>
            </w:r>
            <w:r w:rsidRPr="00C15401">
              <w:rPr>
                <w:rFonts w:ascii="Tahoma" w:eastAsia="DejaVu Sans" w:hAnsi="Tahoma" w:cs="Tahoma"/>
                <w:sz w:val="19"/>
              </w:rPr>
              <w:t>کنترل</w:t>
            </w:r>
            <w:r w:rsidRPr="00C15401">
              <w:rPr>
                <w:rFonts w:ascii="Tahoma" w:eastAsia="DejaVu Sans" w:hAnsi="Tahoma" w:cs="Tahoma"/>
                <w:sz w:val="19"/>
              </w:rPr>
              <w:t xml:space="preserve"> </w:t>
            </w:r>
            <w:r w:rsidRPr="00C15401">
              <w:rPr>
                <w:rFonts w:ascii="Tahoma" w:eastAsia="DejaVu Sans" w:hAnsi="Tahoma" w:cs="Tahoma"/>
                <w:sz w:val="19"/>
              </w:rPr>
              <w:t>کوچک</w:t>
            </w:r>
            <w:r w:rsidRPr="00C15401">
              <w:rPr>
                <w:rFonts w:ascii="Tahoma" w:eastAsia="DejaVu Sans" w:hAnsi="Tahoma" w:cs="Tahoma"/>
                <w:sz w:val="19"/>
              </w:rPr>
              <w:t>.</w:t>
            </w:r>
          </w:p>
        </w:tc>
      </w:tr>
      <w:tr w:rsidR="005D7765" w:rsidRPr="00C15401" w14:paraId="780ECD30" w14:textId="77777777">
        <w:trPr>
          <w:cantSplit/>
        </w:trPr>
        <w:tc>
          <w:tcPr>
            <w:tcW w:w="2500" w:type="dxa"/>
            <w:tcMar>
              <w:top w:w="80" w:type="dxa"/>
              <w:left w:w="120" w:type="dxa"/>
              <w:bottom w:w="80" w:type="dxa"/>
              <w:right w:w="120" w:type="dxa"/>
            </w:tcMar>
            <w:vAlign w:val="center"/>
          </w:tcPr>
          <w:p w14:paraId="5FD90AC0"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NCM-2U Standard</w:t>
            </w:r>
          </w:p>
        </w:tc>
        <w:tc>
          <w:tcPr>
            <w:tcW w:w="2600" w:type="dxa"/>
            <w:tcMar>
              <w:top w:w="80" w:type="dxa"/>
              <w:left w:w="120" w:type="dxa"/>
              <w:bottom w:w="80" w:type="dxa"/>
              <w:right w:w="120" w:type="dxa"/>
            </w:tcMar>
            <w:vAlign w:val="center"/>
          </w:tcPr>
          <w:p w14:paraId="247E5393"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100 × 100 × 200 mm</w:t>
            </w:r>
          </w:p>
        </w:tc>
        <w:tc>
          <w:tcPr>
            <w:tcW w:w="4260" w:type="dxa"/>
            <w:tcMar>
              <w:top w:w="80" w:type="dxa"/>
              <w:left w:w="120" w:type="dxa"/>
              <w:bottom w:w="80" w:type="dxa"/>
              <w:right w:w="120" w:type="dxa"/>
            </w:tcMar>
            <w:vAlign w:val="center"/>
          </w:tcPr>
          <w:p w14:paraId="1D58F07E"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اندازه</w:t>
            </w:r>
            <w:r w:rsidRPr="00C15401">
              <w:rPr>
                <w:rFonts w:ascii="Tahoma" w:eastAsia="DejaVu Sans" w:hAnsi="Tahoma" w:cs="Tahoma"/>
                <w:sz w:val="19"/>
              </w:rPr>
              <w:t xml:space="preserve"> </w:t>
            </w:r>
            <w:r w:rsidRPr="00C15401">
              <w:rPr>
                <w:rFonts w:ascii="Tahoma" w:eastAsia="DejaVu Sans" w:hAnsi="Tahoma" w:cs="Tahoma"/>
                <w:sz w:val="19"/>
              </w:rPr>
              <w:t>مرجع</w:t>
            </w:r>
            <w:r w:rsidRPr="00C15401">
              <w:rPr>
                <w:rFonts w:ascii="Tahoma" w:eastAsia="DejaVu Sans" w:hAnsi="Tahoma" w:cs="Tahoma"/>
                <w:sz w:val="19"/>
              </w:rPr>
              <w:t xml:space="preserve"> </w:t>
            </w:r>
            <w:r w:rsidRPr="00C15401">
              <w:rPr>
                <w:rFonts w:ascii="Tahoma" w:eastAsia="DejaVu Sans" w:hAnsi="Tahoma" w:cs="Tahoma"/>
                <w:sz w:val="19"/>
              </w:rPr>
              <w:t>اصلی</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استاندارد</w:t>
            </w:r>
            <w:r w:rsidRPr="00C15401">
              <w:rPr>
                <w:rFonts w:ascii="Tahoma" w:eastAsia="DejaVu Sans" w:hAnsi="Tahoma" w:cs="Tahoma"/>
                <w:sz w:val="19"/>
              </w:rPr>
              <w:t xml:space="preserve"> </w:t>
            </w:r>
            <w:r w:rsidRPr="00C15401">
              <w:rPr>
                <w:rFonts w:ascii="Tahoma" w:eastAsia="DejaVu Sans" w:hAnsi="Tahoma" w:cs="Tahoma"/>
                <w:sz w:val="19"/>
              </w:rPr>
              <w:t>اولیه</w:t>
            </w:r>
            <w:r w:rsidRPr="00C15401">
              <w:rPr>
                <w:rFonts w:ascii="Tahoma" w:eastAsia="DejaVu Sans" w:hAnsi="Tahoma" w:cs="Tahoma"/>
                <w:sz w:val="19"/>
              </w:rPr>
              <w:t>.</w:t>
            </w:r>
          </w:p>
        </w:tc>
      </w:tr>
      <w:tr w:rsidR="005D7765" w:rsidRPr="00C15401" w14:paraId="1C5C24EF" w14:textId="77777777">
        <w:trPr>
          <w:cantSplit/>
        </w:trPr>
        <w:tc>
          <w:tcPr>
            <w:tcW w:w="2500" w:type="dxa"/>
            <w:tcMar>
              <w:top w:w="80" w:type="dxa"/>
              <w:left w:w="120" w:type="dxa"/>
              <w:bottom w:w="80" w:type="dxa"/>
              <w:right w:w="120" w:type="dxa"/>
            </w:tcMar>
            <w:vAlign w:val="center"/>
          </w:tcPr>
          <w:p w14:paraId="6AE2AC36"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NCM-4U Multi-Bay</w:t>
            </w:r>
          </w:p>
        </w:tc>
        <w:tc>
          <w:tcPr>
            <w:tcW w:w="2600" w:type="dxa"/>
            <w:tcMar>
              <w:top w:w="80" w:type="dxa"/>
              <w:left w:w="120" w:type="dxa"/>
              <w:bottom w:w="80" w:type="dxa"/>
              <w:right w:w="120" w:type="dxa"/>
            </w:tcMar>
            <w:vAlign w:val="center"/>
          </w:tcPr>
          <w:p w14:paraId="14F58489"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200 × 100 × 200 mm</w:t>
            </w:r>
          </w:p>
        </w:tc>
        <w:tc>
          <w:tcPr>
            <w:tcW w:w="4260" w:type="dxa"/>
            <w:tcMar>
              <w:top w:w="80" w:type="dxa"/>
              <w:left w:w="120" w:type="dxa"/>
              <w:bottom w:w="80" w:type="dxa"/>
              <w:right w:w="120" w:type="dxa"/>
            </w:tcMar>
            <w:vAlign w:val="center"/>
          </w:tcPr>
          <w:p w14:paraId="29EA4B6C"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پردازش</w:t>
            </w:r>
            <w:r w:rsidRPr="00C15401">
              <w:rPr>
                <w:rFonts w:ascii="Tahoma" w:eastAsia="DejaVu Sans" w:hAnsi="Tahoma" w:cs="Tahoma"/>
                <w:sz w:val="19"/>
              </w:rPr>
              <w:t xml:space="preserve"> </w:t>
            </w:r>
            <w:r w:rsidRPr="00C15401">
              <w:rPr>
                <w:rFonts w:ascii="Tahoma" w:eastAsia="DejaVu Sans" w:hAnsi="Tahoma" w:cs="Tahoma"/>
                <w:sz w:val="19"/>
              </w:rPr>
              <w:t>قوی</w:t>
            </w:r>
            <w:r w:rsidRPr="00C15401">
              <w:rPr>
                <w:rFonts w:ascii="Tahoma" w:eastAsia="DejaVu Sans" w:hAnsi="Tahoma" w:cs="Tahoma"/>
                <w:sz w:val="19"/>
              </w:rPr>
              <w:t>‌</w:t>
            </w:r>
            <w:r w:rsidRPr="00C15401">
              <w:rPr>
                <w:rFonts w:ascii="Tahoma" w:eastAsia="DejaVu Sans" w:hAnsi="Tahoma" w:cs="Tahoma"/>
                <w:sz w:val="19"/>
              </w:rPr>
              <w:t>تر،</w:t>
            </w:r>
            <w:r w:rsidRPr="00C15401">
              <w:rPr>
                <w:rFonts w:ascii="Tahoma" w:eastAsia="DejaVu Sans" w:hAnsi="Tahoma" w:cs="Tahoma"/>
                <w:sz w:val="19"/>
              </w:rPr>
              <w:t xml:space="preserve"> </w:t>
            </w:r>
            <w:r w:rsidRPr="00C15401">
              <w:rPr>
                <w:rFonts w:ascii="Tahoma" w:eastAsia="DejaVu Sans" w:hAnsi="Tahoma" w:cs="Tahoma"/>
                <w:sz w:val="19"/>
              </w:rPr>
              <w:t>پروژکتور،</w:t>
            </w:r>
            <w:r w:rsidRPr="00C15401">
              <w:rPr>
                <w:rFonts w:ascii="Tahoma" w:eastAsia="DejaVu Sans" w:hAnsi="Tahoma" w:cs="Tahoma"/>
                <w:sz w:val="19"/>
              </w:rPr>
              <w:t xml:space="preserve"> </w:t>
            </w:r>
            <w:r w:rsidRPr="00C15401">
              <w:rPr>
                <w:rFonts w:ascii="Tahoma" w:eastAsia="DejaVu Sans" w:hAnsi="Tahoma" w:cs="Tahoma"/>
                <w:sz w:val="19"/>
              </w:rPr>
              <w:t>تجهیزات</w:t>
            </w:r>
            <w:r w:rsidRPr="00C15401">
              <w:rPr>
                <w:rFonts w:ascii="Tahoma" w:eastAsia="DejaVu Sans" w:hAnsi="Tahoma" w:cs="Tahoma"/>
                <w:sz w:val="19"/>
              </w:rPr>
              <w:t xml:space="preserve"> </w:t>
            </w:r>
            <w:r w:rsidRPr="00C15401">
              <w:rPr>
                <w:rFonts w:ascii="Tahoma" w:eastAsia="DejaVu Sans" w:hAnsi="Tahoma" w:cs="Tahoma"/>
                <w:sz w:val="19"/>
              </w:rPr>
              <w:t>پزشکی،</w:t>
            </w:r>
            <w:r w:rsidRPr="00C15401">
              <w:rPr>
                <w:rFonts w:ascii="Tahoma" w:eastAsia="DejaVu Sans" w:hAnsi="Tahoma" w:cs="Tahoma"/>
                <w:sz w:val="19"/>
              </w:rPr>
              <w:t xml:space="preserve"> </w:t>
            </w:r>
            <w:r w:rsidRPr="00C15401">
              <w:rPr>
                <w:rFonts w:ascii="Tahoma" w:eastAsia="DejaVu Sans" w:hAnsi="Tahoma" w:cs="Tahoma"/>
                <w:sz w:val="19"/>
              </w:rPr>
              <w:t>اطفا</w:t>
            </w:r>
            <w:r w:rsidRPr="00C15401">
              <w:rPr>
                <w:rFonts w:ascii="Tahoma" w:eastAsia="DejaVu Sans" w:hAnsi="Tahoma" w:cs="Tahoma"/>
                <w:sz w:val="19"/>
              </w:rPr>
              <w:t xml:space="preserve"> </w:t>
            </w:r>
            <w:r w:rsidRPr="00C15401">
              <w:rPr>
                <w:rFonts w:ascii="Tahoma" w:eastAsia="DejaVu Sans" w:hAnsi="Tahoma" w:cs="Tahoma"/>
                <w:sz w:val="19"/>
              </w:rPr>
              <w:t>یا</w:t>
            </w:r>
            <w:r w:rsidRPr="00C15401">
              <w:rPr>
                <w:rFonts w:ascii="Tahoma" w:eastAsia="DejaVu Sans" w:hAnsi="Tahoma" w:cs="Tahoma"/>
                <w:sz w:val="19"/>
              </w:rPr>
              <w:t xml:space="preserve"> </w:t>
            </w:r>
            <w:r w:rsidRPr="00C15401">
              <w:rPr>
                <w:rFonts w:ascii="Tahoma" w:eastAsia="DejaVu Sans" w:hAnsi="Tahoma" w:cs="Tahoma"/>
                <w:sz w:val="19"/>
              </w:rPr>
              <w:t>ماژول</w:t>
            </w:r>
            <w:r w:rsidRPr="00C15401">
              <w:rPr>
                <w:rFonts w:ascii="Tahoma" w:eastAsia="DejaVu Sans" w:hAnsi="Tahoma" w:cs="Tahoma"/>
                <w:sz w:val="19"/>
              </w:rPr>
              <w:t xml:space="preserve"> </w:t>
            </w:r>
            <w:r w:rsidRPr="00C15401">
              <w:rPr>
                <w:rFonts w:ascii="Tahoma" w:eastAsia="DejaVu Sans" w:hAnsi="Tahoma" w:cs="Tahoma"/>
                <w:sz w:val="19"/>
              </w:rPr>
              <w:t>ترکیبی</w:t>
            </w:r>
            <w:r w:rsidRPr="00C15401">
              <w:rPr>
                <w:rFonts w:ascii="Tahoma" w:eastAsia="DejaVu Sans" w:hAnsi="Tahoma" w:cs="Tahoma"/>
                <w:sz w:val="19"/>
              </w:rPr>
              <w:t>.</w:t>
            </w:r>
          </w:p>
        </w:tc>
      </w:tr>
      <w:tr w:rsidR="005D7765" w:rsidRPr="00C15401" w14:paraId="17E03B27" w14:textId="77777777">
        <w:trPr>
          <w:cantSplit/>
        </w:trPr>
        <w:tc>
          <w:tcPr>
            <w:tcW w:w="2500" w:type="dxa"/>
            <w:tcMar>
              <w:top w:w="80" w:type="dxa"/>
              <w:left w:w="120" w:type="dxa"/>
              <w:bottom w:w="80" w:type="dxa"/>
              <w:right w:w="120" w:type="dxa"/>
            </w:tcMar>
            <w:vAlign w:val="center"/>
          </w:tcPr>
          <w:p w14:paraId="1601AF3B"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b/>
                <w:sz w:val="19"/>
              </w:rPr>
              <w:t>NCM-CORE Assembly</w:t>
            </w:r>
          </w:p>
        </w:tc>
        <w:tc>
          <w:tcPr>
            <w:tcW w:w="2600" w:type="dxa"/>
            <w:tcMar>
              <w:top w:w="80" w:type="dxa"/>
              <w:left w:w="120" w:type="dxa"/>
              <w:bottom w:w="80" w:type="dxa"/>
              <w:right w:w="120" w:type="dxa"/>
            </w:tcMar>
            <w:vAlign w:val="center"/>
          </w:tcPr>
          <w:p w14:paraId="59AC2C12"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Multiple Standard Bays</w:t>
            </w:r>
          </w:p>
        </w:tc>
        <w:tc>
          <w:tcPr>
            <w:tcW w:w="4260" w:type="dxa"/>
            <w:tcMar>
              <w:top w:w="80" w:type="dxa"/>
              <w:left w:w="120" w:type="dxa"/>
              <w:bottom w:w="80" w:type="dxa"/>
              <w:right w:w="120" w:type="dxa"/>
            </w:tcMar>
            <w:vAlign w:val="center"/>
          </w:tcPr>
          <w:p w14:paraId="3D238CE0" w14:textId="77777777" w:rsidR="005D7765" w:rsidRPr="00C15401" w:rsidRDefault="0093767E" w:rsidP="00C15401">
            <w:pPr>
              <w:bidi/>
              <w:spacing w:after="0" w:line="264" w:lineRule="auto"/>
              <w:jc w:val="both"/>
              <w:rPr>
                <w:rFonts w:ascii="Tahoma" w:hAnsi="Tahoma" w:cs="Tahoma"/>
              </w:rPr>
            </w:pPr>
            <w:r w:rsidRPr="00C15401">
              <w:rPr>
                <w:rFonts w:ascii="Tahoma" w:eastAsia="DejaVu Sans" w:hAnsi="Tahoma" w:cs="Tahoma"/>
                <w:sz w:val="19"/>
              </w:rPr>
              <w:t>ترکیب</w:t>
            </w:r>
            <w:r w:rsidRPr="00C15401">
              <w:rPr>
                <w:rFonts w:ascii="Tahoma" w:eastAsia="DejaVu Sans" w:hAnsi="Tahoma" w:cs="Tahoma"/>
                <w:sz w:val="19"/>
              </w:rPr>
              <w:t xml:space="preserve"> </w:t>
            </w:r>
            <w:r w:rsidRPr="00C15401">
              <w:rPr>
                <w:rFonts w:ascii="Tahoma" w:eastAsia="DejaVu Sans" w:hAnsi="Tahoma" w:cs="Tahoma"/>
                <w:sz w:val="19"/>
              </w:rPr>
              <w:t>ماژول</w:t>
            </w:r>
            <w:r w:rsidRPr="00C15401">
              <w:rPr>
                <w:rFonts w:ascii="Tahoma" w:eastAsia="DejaVu Sans" w:hAnsi="Tahoma" w:cs="Tahoma"/>
                <w:sz w:val="19"/>
              </w:rPr>
              <w:t>‌</w:t>
            </w:r>
            <w:r w:rsidRPr="00C15401">
              <w:rPr>
                <w:rFonts w:ascii="Tahoma" w:eastAsia="DejaVu Sans" w:hAnsi="Tahoma" w:cs="Tahoma"/>
                <w:sz w:val="19"/>
              </w:rPr>
              <w:t>های</w:t>
            </w:r>
            <w:r w:rsidRPr="00C15401">
              <w:rPr>
                <w:rFonts w:ascii="Tahoma" w:eastAsia="DejaVu Sans" w:hAnsi="Tahoma" w:cs="Tahoma"/>
                <w:sz w:val="19"/>
              </w:rPr>
              <w:t xml:space="preserve"> </w:t>
            </w:r>
            <w:r w:rsidRPr="00C15401">
              <w:rPr>
                <w:rFonts w:ascii="Tahoma" w:eastAsia="DejaVu Sans" w:hAnsi="Tahoma" w:cs="Tahoma"/>
                <w:sz w:val="19"/>
              </w:rPr>
              <w:t>پردازش،</w:t>
            </w:r>
            <w:r w:rsidRPr="00C15401">
              <w:rPr>
                <w:rFonts w:ascii="Tahoma" w:eastAsia="DejaVu Sans" w:hAnsi="Tahoma" w:cs="Tahoma"/>
                <w:sz w:val="19"/>
              </w:rPr>
              <w:t xml:space="preserve"> </w:t>
            </w:r>
            <w:r w:rsidRPr="00C15401">
              <w:rPr>
                <w:rFonts w:ascii="Tahoma" w:eastAsia="DejaVu Sans" w:hAnsi="Tahoma" w:cs="Tahoma"/>
                <w:sz w:val="19"/>
              </w:rPr>
              <w:t>حافظه،</w:t>
            </w:r>
            <w:r w:rsidRPr="00C15401">
              <w:rPr>
                <w:rFonts w:ascii="Tahoma" w:eastAsia="DejaVu Sans" w:hAnsi="Tahoma" w:cs="Tahoma"/>
                <w:sz w:val="19"/>
              </w:rPr>
              <w:t xml:space="preserve"> </w:t>
            </w:r>
            <w:r w:rsidRPr="00C15401">
              <w:rPr>
                <w:rFonts w:ascii="Tahoma" w:eastAsia="DejaVu Sans" w:hAnsi="Tahoma" w:cs="Tahoma"/>
                <w:sz w:val="19"/>
              </w:rPr>
              <w:t>شبکه،</w:t>
            </w:r>
            <w:r w:rsidRPr="00C15401">
              <w:rPr>
                <w:rFonts w:ascii="Tahoma" w:eastAsia="DejaVu Sans" w:hAnsi="Tahoma" w:cs="Tahoma"/>
                <w:sz w:val="19"/>
              </w:rPr>
              <w:t xml:space="preserve"> </w:t>
            </w:r>
            <w:r w:rsidRPr="00C15401">
              <w:rPr>
                <w:rFonts w:ascii="Tahoma" w:eastAsia="DejaVu Sans" w:hAnsi="Tahoma" w:cs="Tahoma"/>
                <w:sz w:val="19"/>
              </w:rPr>
              <w:t>ارتباط</w:t>
            </w:r>
            <w:r w:rsidRPr="00C15401">
              <w:rPr>
                <w:rFonts w:ascii="Tahoma" w:eastAsia="DejaVu Sans" w:hAnsi="Tahoma" w:cs="Tahoma"/>
                <w:sz w:val="19"/>
              </w:rPr>
              <w:t xml:space="preserve"> </w:t>
            </w:r>
            <w:r w:rsidRPr="00C15401">
              <w:rPr>
                <w:rFonts w:ascii="Tahoma" w:eastAsia="DejaVu Sans" w:hAnsi="Tahoma" w:cs="Tahoma"/>
                <w:sz w:val="19"/>
              </w:rPr>
              <w:t>و</w:t>
            </w:r>
            <w:r w:rsidRPr="00C15401">
              <w:rPr>
                <w:rFonts w:ascii="Tahoma" w:eastAsia="DejaVu Sans" w:hAnsi="Tahoma" w:cs="Tahoma"/>
                <w:sz w:val="19"/>
              </w:rPr>
              <w:t xml:space="preserve"> </w:t>
            </w:r>
            <w:r w:rsidRPr="00C15401">
              <w:rPr>
                <w:rFonts w:ascii="Tahoma" w:eastAsia="DejaVu Sans" w:hAnsi="Tahoma" w:cs="Tahoma"/>
                <w:sz w:val="19"/>
              </w:rPr>
              <w:t>برق</w:t>
            </w:r>
            <w:r w:rsidRPr="00C15401">
              <w:rPr>
                <w:rFonts w:ascii="Tahoma" w:eastAsia="DejaVu Sans" w:hAnsi="Tahoma" w:cs="Tahoma"/>
                <w:sz w:val="19"/>
              </w:rPr>
              <w:t xml:space="preserve"> </w:t>
            </w:r>
            <w:r w:rsidRPr="00C15401">
              <w:rPr>
                <w:rFonts w:ascii="Tahoma" w:eastAsia="DejaVu Sans" w:hAnsi="Tahoma" w:cs="Tahoma"/>
                <w:sz w:val="19"/>
              </w:rPr>
              <w:t>پشتیبان</w:t>
            </w:r>
            <w:r w:rsidRPr="00C15401">
              <w:rPr>
                <w:rFonts w:ascii="Tahoma" w:eastAsia="DejaVu Sans" w:hAnsi="Tahoma" w:cs="Tahoma"/>
                <w:sz w:val="19"/>
              </w:rPr>
              <w:t>.</w:t>
            </w:r>
          </w:p>
        </w:tc>
      </w:tr>
    </w:tbl>
    <w:p w14:paraId="104A0F7A"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مرزهای</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تصمیم</w:t>
      </w:r>
      <w:r w:rsidRPr="00C15401">
        <w:rPr>
          <w:rFonts w:ascii="Tahoma" w:eastAsia="DejaVu Sans" w:hAnsi="Tahoma" w:cs="Tahoma"/>
        </w:rPr>
        <w:t xml:space="preserve"> </w:t>
      </w:r>
      <w:r w:rsidRPr="00C15401">
        <w:rPr>
          <w:rFonts w:ascii="Tahoma" w:eastAsia="DejaVu Sans" w:hAnsi="Tahoma" w:cs="Tahoma"/>
        </w:rPr>
        <w:t>ابعادی</w:t>
      </w:r>
    </w:p>
    <w:p w14:paraId="044079AA" w14:textId="77777777" w:rsidR="005D7765" w:rsidRPr="00C15401" w:rsidRDefault="0093767E" w:rsidP="00C15401">
      <w:pPr>
        <w:bidi/>
        <w:jc w:val="both"/>
        <w:rPr>
          <w:rFonts w:ascii="Tahoma" w:hAnsi="Tahoma" w:cs="Tahoma"/>
        </w:rPr>
      </w:pPr>
      <w:r w:rsidRPr="00C15401">
        <w:rPr>
          <w:rFonts w:ascii="Tahoma" w:eastAsia="DejaVu Sans" w:hAnsi="Tahoma" w:cs="Tahoma"/>
        </w:rPr>
        <w:t>ابعاد</w:t>
      </w:r>
      <w:r w:rsidRPr="00C15401">
        <w:rPr>
          <w:rFonts w:ascii="Tahoma" w:eastAsia="DejaVu Sans" w:hAnsi="Tahoma" w:cs="Tahoma"/>
        </w:rPr>
        <w:t xml:space="preserve"> </w:t>
      </w:r>
      <w:r w:rsidRPr="00C15401">
        <w:rPr>
          <w:rFonts w:ascii="Tahoma" w:eastAsia="DejaVu Sans" w:hAnsi="Tahoma" w:cs="Tahoma"/>
        </w:rPr>
        <w:t>اسمی</w:t>
      </w:r>
      <w:r w:rsidRPr="00C15401">
        <w:rPr>
          <w:rFonts w:ascii="Tahoma" w:eastAsia="DejaVu Sans" w:hAnsi="Tahoma" w:cs="Tahoma"/>
        </w:rPr>
        <w:t xml:space="preserve"> NCM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ابعاد</w:t>
      </w:r>
      <w:r w:rsidRPr="00C15401">
        <w:rPr>
          <w:rFonts w:ascii="Tahoma" w:eastAsia="DejaVu Sans" w:hAnsi="Tahoma" w:cs="Tahoma"/>
        </w:rPr>
        <w:t xml:space="preserve"> </w:t>
      </w:r>
      <w:r w:rsidRPr="00C15401">
        <w:rPr>
          <w:rFonts w:ascii="Tahoma" w:eastAsia="DejaVu Sans" w:hAnsi="Tahoma" w:cs="Tahoma"/>
        </w:rPr>
        <w:t>آزاد</w:t>
      </w:r>
      <w:r w:rsidRPr="00C15401">
        <w:rPr>
          <w:rFonts w:ascii="Tahoma" w:eastAsia="DejaVu Sans" w:hAnsi="Tahoma" w:cs="Tahoma"/>
        </w:rPr>
        <w:t xml:space="preserve"> NCM Bay </w:t>
      </w:r>
      <w:r w:rsidRPr="00C15401">
        <w:rPr>
          <w:rFonts w:ascii="Tahoma" w:eastAsia="DejaVu Sans" w:hAnsi="Tahoma" w:cs="Tahoma"/>
        </w:rPr>
        <w:t>یکسان</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Bay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تلرانس</w:t>
      </w:r>
      <w:r w:rsidRPr="00C15401">
        <w:rPr>
          <w:rFonts w:ascii="Tahoma" w:eastAsia="DejaVu Sans" w:hAnsi="Tahoma" w:cs="Tahoma"/>
        </w:rPr>
        <w:t xml:space="preserve"> </w:t>
      </w:r>
      <w:r w:rsidRPr="00C15401">
        <w:rPr>
          <w:rFonts w:ascii="Tahoma" w:eastAsia="DejaVu Sans" w:hAnsi="Tahoma" w:cs="Tahoma"/>
        </w:rPr>
        <w:t>ورود،</w:t>
      </w:r>
      <w:r w:rsidRPr="00C15401">
        <w:rPr>
          <w:rFonts w:ascii="Tahoma" w:eastAsia="DejaVu Sans" w:hAnsi="Tahoma" w:cs="Tahoma"/>
        </w:rPr>
        <w:t xml:space="preserve"> </w:t>
      </w:r>
      <w:r w:rsidRPr="00C15401">
        <w:rPr>
          <w:rFonts w:ascii="Tahoma" w:eastAsia="DejaVu Sans" w:hAnsi="Tahoma" w:cs="Tahoma"/>
        </w:rPr>
        <w:t>ضخامت</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w:t>
      </w:r>
      <w:r w:rsidRPr="00C15401">
        <w:rPr>
          <w:rFonts w:ascii="Tahoma" w:eastAsia="DejaVu Sans" w:hAnsi="Tahoma" w:cs="Tahoma"/>
        </w:rPr>
        <w:t>کانکتور،</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تهویه،</w:t>
      </w:r>
      <w:r w:rsidRPr="00C15401">
        <w:rPr>
          <w:rFonts w:ascii="Tahoma" w:eastAsia="DejaVu Sans" w:hAnsi="Tahoma" w:cs="Tahoma"/>
        </w:rPr>
        <w:t xml:space="preserve"> </w:t>
      </w:r>
      <w:r w:rsidRPr="00C15401">
        <w:rPr>
          <w:rFonts w:ascii="Tahoma" w:eastAsia="DejaVu Sans" w:hAnsi="Tahoma" w:cs="Tahoma"/>
        </w:rPr>
        <w:t>شعاع</w:t>
      </w:r>
      <w:r w:rsidRPr="00C15401">
        <w:rPr>
          <w:rFonts w:ascii="Tahoma" w:eastAsia="DejaVu Sans" w:hAnsi="Tahoma" w:cs="Tahoma"/>
        </w:rPr>
        <w:t xml:space="preserve"> </w:t>
      </w:r>
      <w:r w:rsidRPr="00C15401">
        <w:rPr>
          <w:rFonts w:ascii="Tahoma" w:eastAsia="DejaVu Sans" w:hAnsi="Tahoma" w:cs="Tahoma"/>
        </w:rPr>
        <w:t>خم</w:t>
      </w:r>
      <w:r w:rsidRPr="00C15401">
        <w:rPr>
          <w:rFonts w:ascii="Tahoma" w:eastAsia="DejaVu Sans" w:hAnsi="Tahoma" w:cs="Tahoma"/>
        </w:rPr>
        <w:t xml:space="preserve"> </w:t>
      </w:r>
      <w:r w:rsidRPr="00C15401">
        <w:rPr>
          <w:rFonts w:ascii="Tahoma" w:eastAsia="DejaVu Sans" w:hAnsi="Tahoma" w:cs="Tahoma"/>
        </w:rPr>
        <w:t>کابل</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شیلنگ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فضای</w:t>
      </w:r>
      <w:r w:rsidRPr="00C15401">
        <w:rPr>
          <w:rFonts w:ascii="Tahoma" w:eastAsia="DejaVu Sans" w:hAnsi="Tahoma" w:cs="Tahoma"/>
        </w:rPr>
        <w:t xml:space="preserve"> </w:t>
      </w:r>
      <w:r w:rsidRPr="00C15401">
        <w:rPr>
          <w:rFonts w:ascii="Tahoma" w:eastAsia="DejaVu Sans" w:hAnsi="Tahoma" w:cs="Tahoma"/>
        </w:rPr>
        <w:t>دست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ابزار</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جداگانه</w:t>
      </w:r>
      <w:r w:rsidRPr="00C15401">
        <w:rPr>
          <w:rFonts w:ascii="Tahoma" w:eastAsia="DejaVu Sans" w:hAnsi="Tahoma" w:cs="Tahoma"/>
        </w:rPr>
        <w:t xml:space="preserve"> </w:t>
      </w:r>
      <w:r w:rsidRPr="00C15401">
        <w:rPr>
          <w:rFonts w:ascii="Tahoma" w:eastAsia="DejaVu Sans" w:hAnsi="Tahoma" w:cs="Tahoma"/>
        </w:rPr>
        <w:t>تأمین</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 xml:space="preserve"> </w:t>
      </w:r>
      <w:r w:rsidRPr="00C15401">
        <w:rPr>
          <w:rFonts w:ascii="Tahoma" w:eastAsia="DejaVu Sans" w:hAnsi="Tahoma" w:cs="Tahoma"/>
        </w:rPr>
        <w:t>مفهومی</w:t>
      </w:r>
      <w:r w:rsidRPr="00C15401">
        <w:rPr>
          <w:rFonts w:ascii="Tahoma" w:eastAsia="DejaVu Sans" w:hAnsi="Tahoma" w:cs="Tahoma"/>
        </w:rPr>
        <w:t xml:space="preserve"> </w:t>
      </w:r>
      <w:r w:rsidRPr="00C15401">
        <w:rPr>
          <w:rFonts w:ascii="Tahoma" w:eastAsia="DejaVu Sans" w:hAnsi="Tahoma" w:cs="Tahoma"/>
        </w:rPr>
        <w:t>فعلی</w:t>
      </w:r>
      <w:r w:rsidRPr="00C15401">
        <w:rPr>
          <w:rFonts w:ascii="Tahoma" w:eastAsia="DejaVu Sans" w:hAnsi="Tahoma" w:cs="Tahoma"/>
        </w:rPr>
        <w:t xml:space="preserve"> Node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حدود</w:t>
      </w:r>
      <w:r w:rsidRPr="00C15401">
        <w:rPr>
          <w:rFonts w:ascii="Tahoma" w:eastAsia="DejaVu Sans" w:hAnsi="Tahoma" w:cs="Tahoma"/>
        </w:rPr>
        <w:t xml:space="preserve"> 250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طول</w:t>
      </w:r>
      <w:r w:rsidRPr="00C15401">
        <w:rPr>
          <w:rFonts w:ascii="Tahoma" w:eastAsia="DejaVu Sans" w:hAnsi="Tahoma" w:cs="Tahoma"/>
        </w:rPr>
        <w:t xml:space="preserve"> 200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متری</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هماهنگ</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اما</w:t>
      </w:r>
      <w:r w:rsidRPr="00C15401">
        <w:rPr>
          <w:rFonts w:ascii="Tahoma" w:eastAsia="DejaVu Sans" w:hAnsi="Tahoma" w:cs="Tahoma"/>
        </w:rPr>
        <w:t xml:space="preserve"> </w:t>
      </w:r>
      <w:r w:rsidRPr="00C15401">
        <w:rPr>
          <w:rFonts w:ascii="Tahoma" w:eastAsia="DejaVu Sans" w:hAnsi="Tahoma" w:cs="Tahoma"/>
        </w:rPr>
        <w:t>طول</w:t>
      </w:r>
      <w:r w:rsidRPr="00C15401">
        <w:rPr>
          <w:rFonts w:ascii="Tahoma" w:eastAsia="DejaVu Sans" w:hAnsi="Tahoma" w:cs="Tahoma"/>
        </w:rPr>
        <w:t xml:space="preserve"> Node </w:t>
      </w:r>
      <w:r w:rsidRPr="00C15401">
        <w:rPr>
          <w:rFonts w:ascii="Tahoma" w:eastAsia="DejaVu Sans" w:hAnsi="Tahoma" w:cs="Tahoma"/>
        </w:rPr>
        <w:t>هنوز</w:t>
      </w:r>
      <w:r w:rsidRPr="00C15401">
        <w:rPr>
          <w:rFonts w:ascii="Tahoma" w:eastAsia="DejaVu Sans" w:hAnsi="Tahoma" w:cs="Tahoma"/>
        </w:rPr>
        <w:t xml:space="preserve">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نهایی</w:t>
      </w:r>
      <w:r w:rsidRPr="00C15401">
        <w:rPr>
          <w:rFonts w:ascii="Tahoma" w:eastAsia="DejaVu Sans" w:hAnsi="Tahoma" w:cs="Tahoma"/>
        </w:rPr>
        <w:t xml:space="preserve"> </w:t>
      </w:r>
      <w:r w:rsidRPr="00C15401">
        <w:rPr>
          <w:rFonts w:ascii="Tahoma" w:eastAsia="DejaVu Sans" w:hAnsi="Tahoma" w:cs="Tahoma"/>
        </w:rPr>
        <w:t>محسوب</w:t>
      </w:r>
      <w:r w:rsidRPr="00C15401">
        <w:rPr>
          <w:rFonts w:ascii="Tahoma" w:eastAsia="DejaVu Sans" w:hAnsi="Tahoma" w:cs="Tahoma"/>
        </w:rPr>
        <w:t xml:space="preserve"> </w:t>
      </w:r>
      <w:r w:rsidRPr="00C15401">
        <w:rPr>
          <w:rFonts w:ascii="Tahoma" w:eastAsia="DejaVu Sans" w:hAnsi="Tahoma" w:cs="Tahoma"/>
        </w:rPr>
        <w:t>نمی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w:t>
      </w:r>
    </w:p>
    <w:p w14:paraId="38882708" w14:textId="77777777" w:rsidR="005D7765" w:rsidRPr="00C15401" w:rsidRDefault="0093767E" w:rsidP="00C15401">
      <w:pPr>
        <w:bidi/>
        <w:jc w:val="both"/>
        <w:rPr>
          <w:rFonts w:ascii="Tahoma" w:hAnsi="Tahoma" w:cs="Tahoma"/>
        </w:rPr>
      </w:pPr>
      <w:r w:rsidRPr="00C15401">
        <w:rPr>
          <w:rFonts w:ascii="Tahoma" w:eastAsia="DejaVu Sans" w:hAnsi="Tahoma" w:cs="Tahoma"/>
        </w:rPr>
        <w:lastRenderedPageBreak/>
        <w:t>ابعاد</w:t>
      </w:r>
      <w:r w:rsidRPr="00C15401">
        <w:rPr>
          <w:rFonts w:ascii="Tahoma" w:eastAsia="DejaVu Sans" w:hAnsi="Tahoma" w:cs="Tahoma"/>
        </w:rPr>
        <w:t xml:space="preserve"> 2U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تنها</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بر</w:t>
      </w:r>
      <w:r w:rsidRPr="00C15401">
        <w:rPr>
          <w:rFonts w:ascii="Tahoma" w:eastAsia="DejaVu Sans" w:hAnsi="Tahoma" w:cs="Tahoma"/>
        </w:rPr>
        <w:t xml:space="preserve"> </w:t>
      </w:r>
      <w:r w:rsidRPr="00C15401">
        <w:rPr>
          <w:rFonts w:ascii="Tahoma" w:eastAsia="DejaVu Sans" w:hAnsi="Tahoma" w:cs="Tahoma"/>
        </w:rPr>
        <w:t>واحدهای</w:t>
      </w:r>
      <w:r w:rsidRPr="00C15401">
        <w:rPr>
          <w:rFonts w:ascii="Tahoma" w:eastAsia="DejaVu Sans" w:hAnsi="Tahoma" w:cs="Tahoma"/>
        </w:rPr>
        <w:t xml:space="preserve"> </w:t>
      </w:r>
      <w:r w:rsidRPr="00C15401">
        <w:rPr>
          <w:rFonts w:ascii="Tahoma" w:eastAsia="DejaVu Sans" w:hAnsi="Tahoma" w:cs="Tahoma"/>
        </w:rPr>
        <w:t>مضرب</w:t>
      </w:r>
      <w:r w:rsidRPr="00C15401">
        <w:rPr>
          <w:rFonts w:ascii="Tahoma" w:eastAsia="DejaVu Sans" w:hAnsi="Tahoma" w:cs="Tahoma"/>
        </w:rPr>
        <w:t>‌</w:t>
      </w:r>
      <w:r w:rsidRPr="00C15401">
        <w:rPr>
          <w:rFonts w:ascii="Tahoma" w:eastAsia="DejaVu Sans" w:hAnsi="Tahoma" w:cs="Tahoma"/>
        </w:rPr>
        <w:t>پذیر</w:t>
      </w:r>
      <w:r w:rsidRPr="00C15401">
        <w:rPr>
          <w:rFonts w:ascii="Tahoma" w:eastAsia="DejaVu Sans" w:hAnsi="Tahoma" w:cs="Tahoma"/>
        </w:rPr>
        <w:t xml:space="preserve"> </w:t>
      </w:r>
      <w:r w:rsidRPr="00C15401">
        <w:rPr>
          <w:rFonts w:ascii="Tahoma" w:eastAsia="DejaVu Sans" w:hAnsi="Tahoma" w:cs="Tahoma"/>
        </w:rPr>
        <w:t>استوار</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کوچک،</w:t>
      </w:r>
      <w:r w:rsidRPr="00C15401">
        <w:rPr>
          <w:rFonts w:ascii="Tahoma" w:eastAsia="DejaVu Sans" w:hAnsi="Tahoma" w:cs="Tahoma"/>
        </w:rPr>
        <w:t xml:space="preserve">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Bay </w:t>
      </w:r>
      <w:r w:rsidRPr="00C15401">
        <w:rPr>
          <w:rFonts w:ascii="Tahoma" w:eastAsia="DejaVu Sans" w:hAnsi="Tahoma" w:cs="Tahoma"/>
        </w:rPr>
        <w:t>و</w:t>
      </w:r>
      <w:r w:rsidRPr="00C15401">
        <w:rPr>
          <w:rFonts w:ascii="Tahoma" w:eastAsia="DejaVu Sans" w:hAnsi="Tahoma" w:cs="Tahoma"/>
        </w:rPr>
        <w:t xml:space="preserve"> NCM-CORE </w:t>
      </w:r>
      <w:r w:rsidRPr="00C15401">
        <w:rPr>
          <w:rFonts w:ascii="Tahoma" w:eastAsia="DejaVu Sans" w:hAnsi="Tahoma" w:cs="Tahoma"/>
        </w:rPr>
        <w:t>با</w:t>
      </w:r>
      <w:r w:rsidRPr="00C15401">
        <w:rPr>
          <w:rFonts w:ascii="Tahoma" w:eastAsia="DejaVu Sans" w:hAnsi="Tahoma" w:cs="Tahoma"/>
        </w:rPr>
        <w:t xml:space="preserve"> Interface </w:t>
      </w:r>
      <w:r w:rsidRPr="00C15401">
        <w:rPr>
          <w:rFonts w:ascii="Tahoma" w:eastAsia="DejaVu Sans" w:hAnsi="Tahoma" w:cs="Tahoma"/>
        </w:rPr>
        <w:t>مشترک</w:t>
      </w:r>
      <w:r w:rsidRPr="00C15401">
        <w:rPr>
          <w:rFonts w:ascii="Tahoma" w:eastAsia="DejaVu Sans" w:hAnsi="Tahoma" w:cs="Tahoma"/>
        </w:rPr>
        <w:t xml:space="preserve"> </w:t>
      </w:r>
      <w:r w:rsidRPr="00C15401">
        <w:rPr>
          <w:rFonts w:ascii="Tahoma" w:eastAsia="DejaVu Sans" w:hAnsi="Tahoma" w:cs="Tahoma"/>
        </w:rPr>
        <w:t>توسعه</w:t>
      </w:r>
      <w:r w:rsidRPr="00C15401">
        <w:rPr>
          <w:rFonts w:ascii="Tahoma" w:eastAsia="DejaVu Sans" w:hAnsi="Tahoma" w:cs="Tahoma"/>
        </w:rPr>
        <w:t xml:space="preserve"> </w:t>
      </w:r>
      <w:r w:rsidRPr="00C15401">
        <w:rPr>
          <w:rFonts w:ascii="Tahoma" w:eastAsia="DejaVu Sans" w:hAnsi="Tahoma" w:cs="Tahoma"/>
        </w:rPr>
        <w:t>یابند</w:t>
      </w:r>
      <w:r w:rsidRPr="00C15401">
        <w:rPr>
          <w:rFonts w:ascii="Tahoma" w:eastAsia="DejaVu Sans" w:hAnsi="Tahoma" w:cs="Tahoma"/>
        </w:rPr>
        <w:t xml:space="preserve">. </w:t>
      </w:r>
      <w:r w:rsidRPr="00C15401">
        <w:rPr>
          <w:rFonts w:ascii="Tahoma" w:eastAsia="DejaVu Sans" w:hAnsi="Tahoma" w:cs="Tahoma"/>
        </w:rPr>
        <w:t>تعیین</w:t>
      </w:r>
      <w:r w:rsidRPr="00C15401">
        <w:rPr>
          <w:rFonts w:ascii="Tahoma" w:eastAsia="DejaVu Sans" w:hAnsi="Tahoma" w:cs="Tahoma"/>
        </w:rPr>
        <w:t xml:space="preserve"> </w:t>
      </w:r>
      <w:r w:rsidRPr="00C15401">
        <w:rPr>
          <w:rFonts w:ascii="Tahoma" w:eastAsia="DejaVu Sans" w:hAnsi="Tahoma" w:cs="Tahoma"/>
        </w:rPr>
        <w:t>تلرانس،</w:t>
      </w:r>
      <w:r w:rsidRPr="00C15401">
        <w:rPr>
          <w:rFonts w:ascii="Tahoma" w:eastAsia="DejaVu Sans" w:hAnsi="Tahoma" w:cs="Tahoma"/>
        </w:rPr>
        <w:t xml:space="preserve"> </w:t>
      </w:r>
      <w:r w:rsidRPr="00C15401">
        <w:rPr>
          <w:rFonts w:ascii="Tahoma" w:eastAsia="DejaVu Sans" w:hAnsi="Tahoma" w:cs="Tahoma"/>
        </w:rPr>
        <w:t>ضخامت</w:t>
      </w:r>
      <w:r w:rsidRPr="00C15401">
        <w:rPr>
          <w:rFonts w:ascii="Tahoma" w:eastAsia="DejaVu Sans" w:hAnsi="Tahoma" w:cs="Tahoma"/>
        </w:rPr>
        <w:t xml:space="preserve"> </w:t>
      </w:r>
      <w:r w:rsidRPr="00C15401">
        <w:rPr>
          <w:rFonts w:ascii="Tahoma" w:eastAsia="DejaVu Sans" w:hAnsi="Tahoma" w:cs="Tahoma"/>
        </w:rPr>
        <w:t>پوسته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فضای</w:t>
      </w:r>
      <w:r w:rsidRPr="00C15401">
        <w:rPr>
          <w:rFonts w:ascii="Tahoma" w:eastAsia="DejaVu Sans" w:hAnsi="Tahoma" w:cs="Tahoma"/>
        </w:rPr>
        <w:t xml:space="preserve"> </w:t>
      </w:r>
      <w:r w:rsidRPr="00C15401">
        <w:rPr>
          <w:rFonts w:ascii="Tahoma" w:eastAsia="DejaVu Sans" w:hAnsi="Tahoma" w:cs="Tahoma"/>
        </w:rPr>
        <w:t>واقعی</w:t>
      </w:r>
      <w:r w:rsidRPr="00C15401">
        <w:rPr>
          <w:rFonts w:ascii="Tahoma" w:eastAsia="DejaVu Sans" w:hAnsi="Tahoma" w:cs="Tahoma"/>
        </w:rPr>
        <w:t xml:space="preserve"> </w:t>
      </w:r>
      <w:r w:rsidRPr="00C15401">
        <w:rPr>
          <w:rFonts w:ascii="Tahoma" w:eastAsia="DejaVu Sans" w:hAnsi="Tahoma" w:cs="Tahoma"/>
        </w:rPr>
        <w:t>فقط</w:t>
      </w:r>
      <w:r w:rsidRPr="00C15401">
        <w:rPr>
          <w:rFonts w:ascii="Tahoma" w:eastAsia="DejaVu Sans" w:hAnsi="Tahoma" w:cs="Tahoma"/>
        </w:rPr>
        <w:t xml:space="preserve">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ماکت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 xml:space="preserve"> </w:t>
      </w:r>
      <w:r w:rsidRPr="00C15401">
        <w:rPr>
          <w:rFonts w:ascii="Tahoma" w:eastAsia="DejaVu Sans" w:hAnsi="Tahoma" w:cs="Tahoma"/>
        </w:rPr>
        <w:t>فیزیکی</w:t>
      </w:r>
      <w:r w:rsidRPr="00C15401">
        <w:rPr>
          <w:rFonts w:ascii="Tahoma" w:eastAsia="DejaVu Sans" w:hAnsi="Tahoma" w:cs="Tahoma"/>
        </w:rPr>
        <w:t xml:space="preserve"> </w:t>
      </w:r>
      <w:r w:rsidRPr="00C15401">
        <w:rPr>
          <w:rFonts w:ascii="Tahoma" w:eastAsia="DejaVu Sans" w:hAnsi="Tahoma" w:cs="Tahoma"/>
        </w:rPr>
        <w:t>انجام</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w:t>
      </w:r>
    </w:p>
    <w:p w14:paraId="5A4E2131"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توزیع</w:t>
      </w:r>
      <w:r w:rsidRPr="00C15401">
        <w:rPr>
          <w:rFonts w:ascii="Tahoma" w:eastAsia="DejaVu Sans" w:hAnsi="Tahoma" w:cs="Tahoma"/>
        </w:rPr>
        <w:t xml:space="preserve"> NCM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ساختمان</w:t>
      </w:r>
    </w:p>
    <w:p w14:paraId="025C32FD" w14:textId="77777777" w:rsidR="005D7765" w:rsidRPr="00C15401" w:rsidRDefault="0093767E" w:rsidP="00C15401">
      <w:pPr>
        <w:bidi/>
        <w:jc w:val="both"/>
        <w:rPr>
          <w:rFonts w:ascii="Tahoma" w:hAnsi="Tahoma" w:cs="Tahoma"/>
        </w:rPr>
      </w:pPr>
      <w:r w:rsidRPr="00C15401">
        <w:rPr>
          <w:rFonts w:ascii="Tahoma" w:eastAsia="DejaVu Sans" w:hAnsi="Tahoma" w:cs="Tahoma"/>
        </w:rPr>
        <w:t>لازم</w:t>
      </w:r>
      <w:r w:rsidRPr="00C15401">
        <w:rPr>
          <w:rFonts w:ascii="Tahoma" w:eastAsia="DejaVu Sans" w:hAnsi="Tahoma" w:cs="Tahoma"/>
        </w:rPr>
        <w:t xml:space="preserve"> </w:t>
      </w:r>
      <w:r w:rsidRPr="00C15401">
        <w:rPr>
          <w:rFonts w:ascii="Tahoma" w:eastAsia="DejaVu Sans" w:hAnsi="Tahoma" w:cs="Tahoma"/>
        </w:rPr>
        <w:t>نیست</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Node </w:t>
      </w:r>
      <w:r w:rsidRPr="00C15401">
        <w:rPr>
          <w:rFonts w:ascii="Tahoma" w:eastAsia="DejaVu Sans" w:hAnsi="Tahoma" w:cs="Tahoma"/>
        </w:rPr>
        <w:t>الزاماً</w:t>
      </w:r>
      <w:r w:rsidRPr="00C15401">
        <w:rPr>
          <w:rFonts w:ascii="Tahoma" w:eastAsia="DejaVu Sans" w:hAnsi="Tahoma" w:cs="Tahoma"/>
        </w:rPr>
        <w:t xml:space="preserve"> NCM </w:t>
      </w:r>
      <w:r w:rsidRPr="00C15401">
        <w:rPr>
          <w:rFonts w:ascii="Tahoma" w:eastAsia="DejaVu Sans" w:hAnsi="Tahoma" w:cs="Tahoma"/>
        </w:rPr>
        <w:t>فعال</w:t>
      </w:r>
      <w:r w:rsidRPr="00C15401">
        <w:rPr>
          <w:rFonts w:ascii="Tahoma" w:eastAsia="DejaVu Sans" w:hAnsi="Tahoma" w:cs="Tahoma"/>
        </w:rPr>
        <w:t xml:space="preserve">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 xml:space="preserve">. </w:t>
      </w:r>
      <w:r w:rsidRPr="00C15401">
        <w:rPr>
          <w:rFonts w:ascii="Tahoma" w:eastAsia="DejaVu Sans" w:hAnsi="Tahoma" w:cs="Tahoma"/>
        </w:rPr>
        <w:t>تعداد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محل</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براساس</w:t>
      </w:r>
      <w:r w:rsidRPr="00C15401">
        <w:rPr>
          <w:rFonts w:ascii="Tahoma" w:eastAsia="DejaVu Sans" w:hAnsi="Tahoma" w:cs="Tahoma"/>
        </w:rPr>
        <w:t xml:space="preserve"> </w:t>
      </w:r>
      <w:r w:rsidRPr="00C15401">
        <w:rPr>
          <w:rFonts w:ascii="Tahoma" w:eastAsia="DejaVu Sans" w:hAnsi="Tahoma" w:cs="Tahoma"/>
        </w:rPr>
        <w:t>پوشش</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نیازهای</w:t>
      </w:r>
      <w:r w:rsidRPr="00C15401">
        <w:rPr>
          <w:rFonts w:ascii="Tahoma" w:eastAsia="DejaVu Sans" w:hAnsi="Tahoma" w:cs="Tahoma"/>
        </w:rPr>
        <w:t xml:space="preserve"> </w:t>
      </w:r>
      <w:r w:rsidRPr="00C15401">
        <w:rPr>
          <w:rFonts w:ascii="Tahoma" w:eastAsia="DejaVu Sans" w:hAnsi="Tahoma" w:cs="Tahoma"/>
        </w:rPr>
        <w:t>ایمنی،</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دید،</w:t>
      </w:r>
      <w:r w:rsidRPr="00C15401">
        <w:rPr>
          <w:rFonts w:ascii="Tahoma" w:eastAsia="DejaVu Sans" w:hAnsi="Tahoma" w:cs="Tahoma"/>
        </w:rPr>
        <w:t xml:space="preserve"> </w:t>
      </w:r>
      <w:r w:rsidRPr="00C15401">
        <w:rPr>
          <w:rFonts w:ascii="Tahoma" w:eastAsia="DejaVu Sans" w:hAnsi="Tahoma" w:cs="Tahoma"/>
        </w:rPr>
        <w:t>صوت،</w:t>
      </w:r>
      <w:r w:rsidRPr="00C15401">
        <w:rPr>
          <w:rFonts w:ascii="Tahoma" w:eastAsia="DejaVu Sans" w:hAnsi="Tahoma" w:cs="Tahoma"/>
        </w:rPr>
        <w:t xml:space="preserve"> </w:t>
      </w:r>
      <w:r w:rsidRPr="00C15401">
        <w:rPr>
          <w:rFonts w:ascii="Tahoma" w:eastAsia="DejaVu Sans" w:hAnsi="Tahoma" w:cs="Tahoma"/>
        </w:rPr>
        <w:t>شرایط</w:t>
      </w:r>
      <w:r w:rsidRPr="00C15401">
        <w:rPr>
          <w:rFonts w:ascii="Tahoma" w:eastAsia="DejaVu Sans" w:hAnsi="Tahoma" w:cs="Tahoma"/>
        </w:rPr>
        <w:t xml:space="preserve"> </w:t>
      </w:r>
      <w:r w:rsidRPr="00C15401">
        <w:rPr>
          <w:rFonts w:ascii="Tahoma" w:eastAsia="DejaVu Sans" w:hAnsi="Tahoma" w:cs="Tahoma"/>
        </w:rPr>
        <w:t>بیرونی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داخلی،</w:t>
      </w:r>
      <w:r w:rsidRPr="00C15401">
        <w:rPr>
          <w:rFonts w:ascii="Tahoma" w:eastAsia="DejaVu Sans" w:hAnsi="Tahoma" w:cs="Tahoma"/>
        </w:rPr>
        <w:t xml:space="preserve"> </w:t>
      </w:r>
      <w:r w:rsidRPr="00C15401">
        <w:rPr>
          <w:rFonts w:ascii="Tahoma" w:eastAsia="DejaVu Sans" w:hAnsi="Tahoma" w:cs="Tahoma"/>
        </w:rPr>
        <w:t>افزونگی،</w:t>
      </w:r>
      <w:r w:rsidRPr="00C15401">
        <w:rPr>
          <w:rFonts w:ascii="Tahoma" w:eastAsia="DejaVu Sans" w:hAnsi="Tahoma" w:cs="Tahoma"/>
        </w:rPr>
        <w:t xml:space="preserve"> </w:t>
      </w:r>
      <w:r w:rsidRPr="00C15401">
        <w:rPr>
          <w:rFonts w:ascii="Tahoma" w:eastAsia="DejaVu Sans" w:hAnsi="Tahoma" w:cs="Tahoma"/>
        </w:rPr>
        <w:t>هزینه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تعیین</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Node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منتخب</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NCM </w:t>
      </w:r>
      <w:r w:rsidRPr="00C15401">
        <w:rPr>
          <w:rFonts w:ascii="Tahoma" w:eastAsia="DejaVu Sans" w:hAnsi="Tahoma" w:cs="Tahoma"/>
        </w:rPr>
        <w:t>داشته</w:t>
      </w:r>
      <w:r w:rsidRPr="00C15401">
        <w:rPr>
          <w:rFonts w:ascii="Tahoma" w:eastAsia="DejaVu Sans" w:hAnsi="Tahoma" w:cs="Tahoma"/>
        </w:rPr>
        <w:t xml:space="preserve"> </w:t>
      </w:r>
      <w:r w:rsidRPr="00C15401">
        <w:rPr>
          <w:rFonts w:ascii="Tahoma" w:eastAsia="DejaVu Sans" w:hAnsi="Tahoma" w:cs="Tahoma"/>
        </w:rPr>
        <w:t>باشند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سایر</w:t>
      </w:r>
      <w:r w:rsidRPr="00C15401">
        <w:rPr>
          <w:rFonts w:ascii="Tahoma" w:eastAsia="DejaVu Sans" w:hAnsi="Tahoma" w:cs="Tahoma"/>
        </w:rPr>
        <w:t xml:space="preserve"> Node</w:t>
      </w:r>
      <w:r w:rsidRPr="00C15401">
        <w:rPr>
          <w:rFonts w:ascii="Tahoma" w:eastAsia="DejaVu Sans" w:hAnsi="Tahoma" w:cs="Tahoma"/>
        </w:rPr>
        <w:t>ها</w:t>
      </w:r>
      <w:r w:rsidRPr="00C15401">
        <w:rPr>
          <w:rFonts w:ascii="Tahoma" w:eastAsia="DejaVu Sans" w:hAnsi="Tahoma" w:cs="Tahoma"/>
        </w:rPr>
        <w:t xml:space="preserve"> Bay </w:t>
      </w:r>
      <w:r w:rsidRPr="00C15401">
        <w:rPr>
          <w:rFonts w:ascii="Tahoma" w:eastAsia="DejaVu Sans" w:hAnsi="Tahoma" w:cs="Tahoma"/>
        </w:rPr>
        <w:t>خالی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آماده</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توسعه</w:t>
      </w:r>
      <w:r w:rsidRPr="00C15401">
        <w:rPr>
          <w:rFonts w:ascii="Tahoma" w:eastAsia="DejaVu Sans" w:hAnsi="Tahoma" w:cs="Tahoma"/>
        </w:rPr>
        <w:t xml:space="preserve"> </w:t>
      </w:r>
      <w:r w:rsidRPr="00C15401">
        <w:rPr>
          <w:rFonts w:ascii="Tahoma" w:eastAsia="DejaVu Sans" w:hAnsi="Tahoma" w:cs="Tahoma"/>
        </w:rPr>
        <w:t>آینده</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w:t>
      </w:r>
    </w:p>
    <w:p w14:paraId="261CD3C0" w14:textId="77777777" w:rsidR="005D7765" w:rsidRPr="00C15401" w:rsidRDefault="0093767E" w:rsidP="00C15401">
      <w:pPr>
        <w:bidi/>
        <w:jc w:val="both"/>
        <w:rPr>
          <w:rFonts w:ascii="Tahoma" w:hAnsi="Tahoma" w:cs="Tahoma"/>
        </w:rPr>
      </w:pP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اطمینان</w:t>
      </w:r>
      <w:r w:rsidRPr="00C15401">
        <w:rPr>
          <w:rFonts w:ascii="Tahoma" w:eastAsia="DejaVu Sans" w:hAnsi="Tahoma" w:cs="Tahoma"/>
        </w:rPr>
        <w:t xml:space="preserve"> </w:t>
      </w:r>
      <w:r w:rsidRPr="00C15401">
        <w:rPr>
          <w:rFonts w:ascii="Tahoma" w:eastAsia="DejaVu Sans" w:hAnsi="Tahoma" w:cs="Tahoma"/>
        </w:rPr>
        <w:t>حاصل</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وضعیت</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بحرانی</w:t>
      </w:r>
      <w:r w:rsidRPr="00C15401">
        <w:rPr>
          <w:rFonts w:ascii="Tahoma" w:eastAsia="DejaVu Sans" w:hAnsi="Tahoma" w:cs="Tahoma"/>
        </w:rPr>
        <w:t xml:space="preserve"> </w:t>
      </w:r>
      <w:r w:rsidRPr="00C15401">
        <w:rPr>
          <w:rFonts w:ascii="Tahoma" w:eastAsia="DejaVu Sans" w:hAnsi="Tahoma" w:cs="Tahoma"/>
        </w:rPr>
        <w:t>اتصال،</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تأسیسات</w:t>
      </w:r>
      <w:r w:rsidRPr="00C15401">
        <w:rPr>
          <w:rFonts w:ascii="Tahoma" w:eastAsia="DejaVu Sans" w:hAnsi="Tahoma" w:cs="Tahoma"/>
        </w:rPr>
        <w:t xml:space="preserve"> </w:t>
      </w:r>
      <w:r w:rsidRPr="00C15401">
        <w:rPr>
          <w:rFonts w:ascii="Tahoma" w:eastAsia="DejaVu Sans" w:hAnsi="Tahoma" w:cs="Tahoma"/>
        </w:rPr>
        <w:t>توسط</w:t>
      </w:r>
      <w:r w:rsidRPr="00C15401">
        <w:rPr>
          <w:rFonts w:ascii="Tahoma" w:eastAsia="DejaVu Sans" w:hAnsi="Tahoma" w:cs="Tahoma"/>
        </w:rPr>
        <w:t xml:space="preserve"> </w:t>
      </w:r>
      <w:r w:rsidRPr="00C15401">
        <w:rPr>
          <w:rFonts w:ascii="Tahoma" w:eastAsia="DejaVu Sans" w:hAnsi="Tahoma" w:cs="Tahoma"/>
        </w:rPr>
        <w:t>حداقل</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معتبر</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 xml:space="preserve"> </w:t>
      </w:r>
      <w:r w:rsidRPr="00C15401">
        <w:rPr>
          <w:rFonts w:ascii="Tahoma" w:eastAsia="DejaVu Sans" w:hAnsi="Tahoma" w:cs="Tahoma"/>
        </w:rPr>
        <w:t>مشاهده</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گزارش</w:t>
      </w:r>
      <w:r w:rsidRPr="00C15401">
        <w:rPr>
          <w:rFonts w:ascii="Tahoma" w:eastAsia="DejaVu Sans" w:hAnsi="Tahoma" w:cs="Tahoma"/>
        </w:rPr>
        <w:t xml:space="preserve"> </w:t>
      </w:r>
      <w:r w:rsidRPr="00C15401">
        <w:rPr>
          <w:rFonts w:ascii="Tahoma" w:eastAsia="DejaVu Sans" w:hAnsi="Tahoma" w:cs="Tahoma"/>
        </w:rPr>
        <w:t>هستند</w:t>
      </w:r>
      <w:r w:rsidRPr="00C15401">
        <w:rPr>
          <w:rFonts w:ascii="Tahoma" w:eastAsia="DejaVu Sans" w:hAnsi="Tahoma" w:cs="Tahoma"/>
        </w:rPr>
        <w:t xml:space="preserve">. </w:t>
      </w:r>
      <w:r w:rsidRPr="00C15401">
        <w:rPr>
          <w:rFonts w:ascii="Tahoma" w:eastAsia="DejaVu Sans" w:hAnsi="Tahoma" w:cs="Tahoma"/>
        </w:rPr>
        <w:t>اصل</w:t>
      </w:r>
      <w:r w:rsidRPr="00C15401">
        <w:rPr>
          <w:rFonts w:ascii="Tahoma" w:eastAsia="DejaVu Sans" w:hAnsi="Tahoma" w:cs="Tahoma"/>
        </w:rPr>
        <w:t xml:space="preserve"> </w:t>
      </w:r>
      <w:r w:rsidRPr="00C15401">
        <w:rPr>
          <w:rFonts w:ascii="Tahoma" w:eastAsia="DejaVu Sans" w:hAnsi="Tahoma" w:cs="Tahoma"/>
        </w:rPr>
        <w:t>پوشش</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پروفایل</w:t>
      </w:r>
      <w:r w:rsidRPr="00C15401">
        <w:rPr>
          <w:rFonts w:ascii="Tahoma" w:eastAsia="DejaVu Sans" w:hAnsi="Tahoma" w:cs="Tahoma"/>
        </w:rPr>
        <w:t xml:space="preserve"> </w:t>
      </w:r>
      <w:r w:rsidRPr="00C15401">
        <w:rPr>
          <w:rFonts w:ascii="Tahoma" w:eastAsia="DejaVu Sans" w:hAnsi="Tahoma" w:cs="Tahoma"/>
        </w:rPr>
        <w:t>مهندسی</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صرفاً</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 xml:space="preserve"> </w:t>
      </w:r>
      <w:r w:rsidRPr="00C15401">
        <w:rPr>
          <w:rFonts w:ascii="Tahoma" w:eastAsia="DejaVu Sans" w:hAnsi="Tahoma" w:cs="Tahoma"/>
        </w:rPr>
        <w:t>تعداد</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متکی</w:t>
      </w:r>
      <w:r w:rsidRPr="00C15401">
        <w:rPr>
          <w:rFonts w:ascii="Tahoma" w:eastAsia="DejaVu Sans" w:hAnsi="Tahoma" w:cs="Tahoma"/>
        </w:rPr>
        <w:t xml:space="preserve"> </w:t>
      </w:r>
      <w:r w:rsidRPr="00C15401">
        <w:rPr>
          <w:rFonts w:ascii="Tahoma" w:eastAsia="DejaVu Sans" w:hAnsi="Tahoma" w:cs="Tahoma"/>
        </w:rPr>
        <w:t>باشد</w:t>
      </w:r>
      <w:r w:rsidRPr="00C15401">
        <w:rPr>
          <w:rFonts w:ascii="Tahoma" w:eastAsia="DejaVu Sans" w:hAnsi="Tahoma" w:cs="Tahoma"/>
        </w:rPr>
        <w:t>.</w:t>
      </w:r>
    </w:p>
    <w:p w14:paraId="3AF43D4D"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پیامدهای</w:t>
      </w:r>
      <w:r w:rsidRPr="00C15401">
        <w:rPr>
          <w:rFonts w:ascii="Tahoma" w:eastAsia="DejaVu Sans" w:hAnsi="Tahoma" w:cs="Tahoma"/>
        </w:rPr>
        <w:t xml:space="preserve"> </w:t>
      </w: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مرحله</w:t>
      </w:r>
      <w:r w:rsidRPr="00C15401">
        <w:rPr>
          <w:rFonts w:ascii="Tahoma" w:eastAsia="DejaVu Sans" w:hAnsi="Tahoma" w:cs="Tahoma"/>
        </w:rPr>
        <w:t xml:space="preserve"> </w:t>
      </w:r>
      <w:r w:rsidRPr="00C15401">
        <w:rPr>
          <w:rFonts w:ascii="Tahoma" w:eastAsia="DejaVu Sans" w:hAnsi="Tahoma" w:cs="Tahoma"/>
        </w:rPr>
        <w:t>بعد</w:t>
      </w:r>
    </w:p>
    <w:p w14:paraId="46E08791"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برای</w:t>
      </w:r>
      <w:r w:rsidRPr="00C15401">
        <w:rPr>
          <w:rFonts w:ascii="Tahoma" w:eastAsia="DejaVu Sans" w:hAnsi="Tahoma" w:cs="Tahoma"/>
        </w:rPr>
        <w:t xml:space="preserve"> Universal Node</w:t>
      </w:r>
    </w:p>
    <w:p w14:paraId="2EBDA24A"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تثبیت</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بار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تعیین</w:t>
      </w:r>
      <w:r w:rsidRPr="00C15401">
        <w:rPr>
          <w:rFonts w:ascii="Tahoma" w:eastAsia="DejaVu Sans" w:hAnsi="Tahoma" w:cs="Tahoma"/>
        </w:rPr>
        <w:t xml:space="preserve"> </w:t>
      </w:r>
      <w:r w:rsidRPr="00C15401">
        <w:rPr>
          <w:rFonts w:ascii="Tahoma" w:eastAsia="DejaVu Sans" w:hAnsi="Tahoma" w:cs="Tahoma"/>
        </w:rPr>
        <w:t>ناحیه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Capability Bay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اشغال</w:t>
      </w:r>
      <w:r w:rsidRPr="00C15401">
        <w:rPr>
          <w:rFonts w:ascii="Tahoma" w:eastAsia="DejaVu Sans" w:hAnsi="Tahoma" w:cs="Tahoma"/>
        </w:rPr>
        <w:t xml:space="preserve"> </w:t>
      </w:r>
      <w:r w:rsidRPr="00C15401">
        <w:rPr>
          <w:rFonts w:ascii="Tahoma" w:eastAsia="DejaVu Sans" w:hAnsi="Tahoma" w:cs="Tahoma"/>
        </w:rPr>
        <w:t>کند؛</w:t>
      </w:r>
    </w:p>
    <w:p w14:paraId="3C07B7D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تعداد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جهت</w:t>
      </w:r>
      <w:r w:rsidRPr="00C15401">
        <w:rPr>
          <w:rFonts w:ascii="Tahoma" w:eastAsia="DejaVu Sans" w:hAnsi="Tahoma" w:cs="Tahoma"/>
        </w:rPr>
        <w:t xml:space="preserve"> </w:t>
      </w:r>
      <w:r w:rsidRPr="00C15401">
        <w:rPr>
          <w:rFonts w:ascii="Tahoma" w:eastAsia="DejaVu Sans" w:hAnsi="Tahoma" w:cs="Tahoma"/>
        </w:rPr>
        <w:t>سطوح</w:t>
      </w:r>
      <w:r w:rsidRPr="00C15401">
        <w:rPr>
          <w:rFonts w:ascii="Tahoma" w:eastAsia="DejaVu Sans" w:hAnsi="Tahoma" w:cs="Tahoma"/>
        </w:rPr>
        <w:t xml:space="preserve"> Engineering Link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تداخل</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Service Face</w:t>
      </w:r>
      <w:r w:rsidRPr="00C15401">
        <w:rPr>
          <w:rFonts w:ascii="Tahoma" w:eastAsia="DejaVu Sans" w:hAnsi="Tahoma" w:cs="Tahoma"/>
        </w:rPr>
        <w:t>؛</w:t>
      </w:r>
    </w:p>
    <w:p w14:paraId="0F248D79"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طراحی</w:t>
      </w:r>
      <w:r w:rsidRPr="00C15401">
        <w:rPr>
          <w:rFonts w:ascii="Tahoma" w:eastAsia="DejaVu Sans" w:hAnsi="Tahoma" w:cs="Tahoma"/>
        </w:rPr>
        <w:t xml:space="preserve"> </w:t>
      </w:r>
      <w:r w:rsidRPr="00C15401">
        <w:rPr>
          <w:rFonts w:ascii="Tahoma" w:eastAsia="DejaVu Sans" w:hAnsi="Tahoma" w:cs="Tahoma"/>
        </w:rPr>
        <w:t>مسیرهای</w:t>
      </w:r>
      <w:r w:rsidRPr="00C15401">
        <w:rPr>
          <w:rFonts w:ascii="Tahoma" w:eastAsia="DejaVu Sans" w:hAnsi="Tahoma" w:cs="Tahoma"/>
        </w:rPr>
        <w:t xml:space="preserve"> </w:t>
      </w:r>
      <w:r w:rsidRPr="00C15401">
        <w:rPr>
          <w:rFonts w:ascii="Tahoma" w:eastAsia="DejaVu Sans" w:hAnsi="Tahoma" w:cs="Tahoma"/>
        </w:rPr>
        <w:t>محافظت</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خدماتی</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Backplane</w:t>
      </w:r>
      <w:r w:rsidRPr="00C15401">
        <w:rPr>
          <w:rFonts w:ascii="Tahoma" w:eastAsia="DejaVu Sans" w:hAnsi="Tahoma" w:cs="Tahoma"/>
        </w:rPr>
        <w:t>؛</w:t>
      </w:r>
    </w:p>
    <w:p w14:paraId="085410A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بازرسی،</w:t>
      </w:r>
      <w:r w:rsidRPr="00C15401">
        <w:rPr>
          <w:rFonts w:ascii="Tahoma" w:eastAsia="DejaVu Sans" w:hAnsi="Tahoma" w:cs="Tahoma"/>
        </w:rPr>
        <w:t xml:space="preserve"> </w:t>
      </w:r>
      <w:r w:rsidRPr="00C15401">
        <w:rPr>
          <w:rFonts w:ascii="Tahoma" w:eastAsia="DejaVu Sans" w:hAnsi="Tahoma" w:cs="Tahoma"/>
        </w:rPr>
        <w:t>دسترسی</w:t>
      </w:r>
      <w:r w:rsidRPr="00C15401">
        <w:rPr>
          <w:rFonts w:ascii="Tahoma" w:eastAsia="DejaVu Sans" w:hAnsi="Tahoma" w:cs="Tahoma"/>
        </w:rPr>
        <w:t xml:space="preserve"> </w:t>
      </w:r>
      <w:r w:rsidRPr="00C15401">
        <w:rPr>
          <w:rFonts w:ascii="Tahoma" w:eastAsia="DejaVu Sans" w:hAnsi="Tahoma" w:cs="Tahoma"/>
        </w:rPr>
        <w:t>ابزار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NCM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Finishing</w:t>
      </w:r>
      <w:r w:rsidRPr="00C15401">
        <w:rPr>
          <w:rFonts w:ascii="Tahoma" w:eastAsia="DejaVu Sans" w:hAnsi="Tahoma" w:cs="Tahoma"/>
        </w:rPr>
        <w:t>؛</w:t>
      </w:r>
    </w:p>
    <w:p w14:paraId="1C10C61E"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تحلیل</w:t>
      </w:r>
      <w:r w:rsidRPr="00C15401">
        <w:rPr>
          <w:rFonts w:ascii="Tahoma" w:eastAsia="DejaVu Sans" w:hAnsi="Tahoma" w:cs="Tahoma"/>
        </w:rPr>
        <w:t xml:space="preserve"> </w:t>
      </w:r>
      <w:r w:rsidRPr="00C15401">
        <w:rPr>
          <w:rFonts w:ascii="Tahoma" w:eastAsia="DejaVu Sans" w:hAnsi="Tahoma" w:cs="Tahoma"/>
        </w:rPr>
        <w:t>اثر</w:t>
      </w:r>
      <w:r w:rsidRPr="00C15401">
        <w:rPr>
          <w:rFonts w:ascii="Tahoma" w:eastAsia="DejaVu Sans" w:hAnsi="Tahoma" w:cs="Tahoma"/>
        </w:rPr>
        <w:t xml:space="preserve"> Bay </w:t>
      </w:r>
      <w:r w:rsidRPr="00C15401">
        <w:rPr>
          <w:rFonts w:ascii="Tahoma" w:eastAsia="DejaVu Sans" w:hAnsi="Tahoma" w:cs="Tahoma"/>
        </w:rPr>
        <w:t>بر</w:t>
      </w:r>
      <w:r w:rsidRPr="00C15401">
        <w:rPr>
          <w:rFonts w:ascii="Tahoma" w:eastAsia="DejaVu Sans" w:hAnsi="Tahoma" w:cs="Tahoma"/>
        </w:rPr>
        <w:t xml:space="preserve"> </w:t>
      </w:r>
      <w:r w:rsidRPr="00C15401">
        <w:rPr>
          <w:rFonts w:ascii="Tahoma" w:eastAsia="DejaVu Sans" w:hAnsi="Tahoma" w:cs="Tahoma"/>
        </w:rPr>
        <w:t>مقاومت،</w:t>
      </w:r>
      <w:r w:rsidRPr="00C15401">
        <w:rPr>
          <w:rFonts w:ascii="Tahoma" w:eastAsia="DejaVu Sans" w:hAnsi="Tahoma" w:cs="Tahoma"/>
        </w:rPr>
        <w:t xml:space="preserve"> </w:t>
      </w:r>
      <w:r w:rsidRPr="00C15401">
        <w:rPr>
          <w:rFonts w:ascii="Tahoma" w:eastAsia="DejaVu Sans" w:hAnsi="Tahoma" w:cs="Tahoma"/>
        </w:rPr>
        <w:t>سختی،</w:t>
      </w:r>
      <w:r w:rsidRPr="00C15401">
        <w:rPr>
          <w:rFonts w:ascii="Tahoma" w:eastAsia="DejaVu Sans" w:hAnsi="Tahoma" w:cs="Tahoma"/>
        </w:rPr>
        <w:t xml:space="preserve"> </w:t>
      </w:r>
      <w:r w:rsidRPr="00C15401">
        <w:rPr>
          <w:rFonts w:ascii="Tahoma" w:eastAsia="DejaVu Sans" w:hAnsi="Tahoma" w:cs="Tahoma"/>
        </w:rPr>
        <w:t>خستگی،</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خوردگی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پوسته</w:t>
      </w:r>
      <w:r w:rsidRPr="00C15401">
        <w:rPr>
          <w:rFonts w:ascii="Tahoma" w:eastAsia="DejaVu Sans" w:hAnsi="Tahoma" w:cs="Tahoma"/>
        </w:rPr>
        <w:t xml:space="preserve"> </w:t>
      </w:r>
      <w:r w:rsidRPr="00C15401">
        <w:rPr>
          <w:rFonts w:ascii="Tahoma" w:eastAsia="DejaVu Sans" w:hAnsi="Tahoma" w:cs="Tahoma"/>
        </w:rPr>
        <w:t>ساختمان؛</w:t>
      </w:r>
    </w:p>
    <w:p w14:paraId="4A8D3DB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Node</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داخلی،</w:t>
      </w:r>
      <w:r w:rsidRPr="00C15401">
        <w:rPr>
          <w:rFonts w:ascii="Tahoma" w:eastAsia="DejaVu Sans" w:hAnsi="Tahoma" w:cs="Tahoma"/>
        </w:rPr>
        <w:t xml:space="preserve"> </w:t>
      </w:r>
      <w:r w:rsidRPr="00C15401">
        <w:rPr>
          <w:rFonts w:ascii="Tahoma" w:eastAsia="DejaVu Sans" w:hAnsi="Tahoma" w:cs="Tahoma"/>
        </w:rPr>
        <w:t>خارجی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ویژه</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حفاظتی</w:t>
      </w:r>
      <w:r w:rsidRPr="00C15401">
        <w:rPr>
          <w:rFonts w:ascii="Tahoma" w:eastAsia="DejaVu Sans" w:hAnsi="Tahoma" w:cs="Tahoma"/>
        </w:rPr>
        <w:t xml:space="preserve"> </w:t>
      </w:r>
      <w:r w:rsidRPr="00C15401">
        <w:rPr>
          <w:rFonts w:ascii="Tahoma" w:eastAsia="DejaVu Sans" w:hAnsi="Tahoma" w:cs="Tahoma"/>
        </w:rPr>
        <w:t>مناسب</w:t>
      </w:r>
      <w:r w:rsidRPr="00C15401">
        <w:rPr>
          <w:rFonts w:ascii="Tahoma" w:eastAsia="DejaVu Sans" w:hAnsi="Tahoma" w:cs="Tahoma"/>
        </w:rPr>
        <w:t>.</w:t>
      </w:r>
    </w:p>
    <w:p w14:paraId="2786A1DA"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استاندارد</w:t>
      </w:r>
      <w:r w:rsidRPr="00C15401">
        <w:rPr>
          <w:rFonts w:ascii="Tahoma" w:eastAsia="DejaVu Sans" w:hAnsi="Tahoma" w:cs="Tahoma"/>
        </w:rPr>
        <w:t xml:space="preserve"> NCM</w:t>
      </w:r>
    </w:p>
    <w:p w14:paraId="72FBFD63"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Envelope</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واحدهای</w:t>
      </w:r>
      <w:r w:rsidRPr="00C15401">
        <w:rPr>
          <w:rFonts w:ascii="Tahoma" w:eastAsia="DejaVu Sans" w:hAnsi="Tahoma" w:cs="Tahoma"/>
        </w:rPr>
        <w:t xml:space="preserve"> 1U/2U/4U</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تلرانس</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Datum</w:t>
      </w:r>
      <w:r w:rsidRPr="00C15401">
        <w:rPr>
          <w:rFonts w:ascii="Tahoma" w:eastAsia="DejaVu Sans" w:hAnsi="Tahoma" w:cs="Tahoma"/>
        </w:rPr>
        <w:t>ها؛</w:t>
      </w:r>
    </w:p>
    <w:p w14:paraId="4834ACF6"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Backplane </w:t>
      </w:r>
      <w:r w:rsidRPr="00C15401">
        <w:rPr>
          <w:rFonts w:ascii="Tahoma" w:eastAsia="DejaVu Sans" w:hAnsi="Tahoma" w:cs="Tahoma"/>
        </w:rPr>
        <w:t>مکانیکی،</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خدماتی؛</w:t>
      </w:r>
    </w:p>
    <w:p w14:paraId="27DC25B9"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توان،</w:t>
      </w:r>
      <w:r w:rsidRPr="00C15401">
        <w:rPr>
          <w:rFonts w:ascii="Tahoma" w:eastAsia="DejaVu Sans" w:hAnsi="Tahoma" w:cs="Tahoma"/>
        </w:rPr>
        <w:t xml:space="preserve"> </w:t>
      </w:r>
      <w:r w:rsidRPr="00C15401">
        <w:rPr>
          <w:rFonts w:ascii="Tahoma" w:eastAsia="DejaVu Sans" w:hAnsi="Tahoma" w:cs="Tahoma"/>
        </w:rPr>
        <w:t>حرارت،</w:t>
      </w:r>
      <w:r w:rsidRPr="00C15401">
        <w:rPr>
          <w:rFonts w:ascii="Tahoma" w:eastAsia="DejaVu Sans" w:hAnsi="Tahoma" w:cs="Tahoma"/>
        </w:rPr>
        <w:t xml:space="preserve"> </w:t>
      </w:r>
      <w:r w:rsidRPr="00C15401">
        <w:rPr>
          <w:rFonts w:ascii="Tahoma" w:eastAsia="DejaVu Sans" w:hAnsi="Tahoma" w:cs="Tahoma"/>
        </w:rPr>
        <w:t>تهویه،</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p>
    <w:p w14:paraId="439FE134"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Digital Identity</w:t>
      </w:r>
      <w:r w:rsidRPr="00C15401">
        <w:rPr>
          <w:rFonts w:ascii="Tahoma" w:eastAsia="DejaVu Sans" w:hAnsi="Tahoma" w:cs="Tahoma"/>
        </w:rPr>
        <w:t>،</w:t>
      </w:r>
      <w:r w:rsidRPr="00C15401">
        <w:rPr>
          <w:rFonts w:ascii="Tahoma" w:eastAsia="DejaVu Sans" w:hAnsi="Tahoma" w:cs="Tahoma"/>
        </w:rPr>
        <w:t xml:space="preserve"> Versioning</w:t>
      </w:r>
      <w:r w:rsidRPr="00C15401">
        <w:rPr>
          <w:rFonts w:ascii="Tahoma" w:eastAsia="DejaVu Sans" w:hAnsi="Tahoma" w:cs="Tahoma"/>
        </w:rPr>
        <w:t>،</w:t>
      </w:r>
      <w:r w:rsidRPr="00C15401">
        <w:rPr>
          <w:rFonts w:ascii="Tahoma" w:eastAsia="DejaVu Sans" w:hAnsi="Tahoma" w:cs="Tahoma"/>
        </w:rPr>
        <w:t xml:space="preserve"> Compatibility </w:t>
      </w:r>
      <w:r w:rsidRPr="00C15401">
        <w:rPr>
          <w:rFonts w:ascii="Tahoma" w:eastAsia="DejaVu Sans" w:hAnsi="Tahoma" w:cs="Tahoma"/>
        </w:rPr>
        <w:t>و</w:t>
      </w:r>
      <w:r w:rsidRPr="00C15401">
        <w:rPr>
          <w:rFonts w:ascii="Tahoma" w:eastAsia="DejaVu Sans" w:hAnsi="Tahoma" w:cs="Tahoma"/>
        </w:rPr>
        <w:t xml:space="preserve"> Certification</w:t>
      </w:r>
      <w:r w:rsidRPr="00C15401">
        <w:rPr>
          <w:rFonts w:ascii="Tahoma" w:eastAsia="DejaVu Sans" w:hAnsi="Tahoma" w:cs="Tahoma"/>
        </w:rPr>
        <w:t>؛</w:t>
      </w:r>
    </w:p>
    <w:p w14:paraId="678F6E2A"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تعریف</w:t>
      </w:r>
      <w:r w:rsidRPr="00C15401">
        <w:rPr>
          <w:rFonts w:ascii="Tahoma" w:eastAsia="DejaVu Sans" w:hAnsi="Tahoma" w:cs="Tahoma"/>
        </w:rPr>
        <w:t xml:space="preserve"> </w:t>
      </w:r>
      <w:r w:rsidRPr="00C15401">
        <w:rPr>
          <w:rFonts w:ascii="Tahoma" w:eastAsia="DejaVu Sans" w:hAnsi="Tahoma" w:cs="Tahoma"/>
        </w:rPr>
        <w:t>تعمیر،</w:t>
      </w:r>
      <w:r w:rsidRPr="00C15401">
        <w:rPr>
          <w:rFonts w:ascii="Tahoma" w:eastAsia="DejaVu Sans" w:hAnsi="Tahoma" w:cs="Tahoma"/>
        </w:rPr>
        <w:t xml:space="preserve"> </w:t>
      </w:r>
      <w:r w:rsidRPr="00C15401">
        <w:rPr>
          <w:rFonts w:ascii="Tahoma" w:eastAsia="DejaVu Sans" w:hAnsi="Tahoma" w:cs="Tahoma"/>
        </w:rPr>
        <w:t>کالیبراسیون،</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پایان</w:t>
      </w:r>
      <w:r w:rsidRPr="00C15401">
        <w:rPr>
          <w:rFonts w:ascii="Tahoma" w:eastAsia="DejaVu Sans" w:hAnsi="Tahoma" w:cs="Tahoma"/>
        </w:rPr>
        <w:t xml:space="preserve"> </w:t>
      </w:r>
      <w:r w:rsidRPr="00C15401">
        <w:rPr>
          <w:rFonts w:ascii="Tahoma" w:eastAsia="DejaVu Sans" w:hAnsi="Tahoma" w:cs="Tahoma"/>
        </w:rPr>
        <w:t>عمر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به</w:t>
      </w:r>
      <w:r w:rsidRPr="00C15401">
        <w:rPr>
          <w:rFonts w:ascii="Tahoma" w:eastAsia="DejaVu Sans" w:hAnsi="Tahoma" w:cs="Tahoma"/>
        </w:rPr>
        <w:t>‌</w:t>
      </w:r>
      <w:r w:rsidRPr="00C15401">
        <w:rPr>
          <w:rFonts w:ascii="Tahoma" w:eastAsia="DejaVu Sans" w:hAnsi="Tahoma" w:cs="Tahoma"/>
        </w:rPr>
        <w:t>روزرسانی</w:t>
      </w:r>
      <w:r w:rsidRPr="00C15401">
        <w:rPr>
          <w:rFonts w:ascii="Tahoma" w:eastAsia="DejaVu Sans" w:hAnsi="Tahoma" w:cs="Tahoma"/>
        </w:rPr>
        <w:t xml:space="preserve"> </w:t>
      </w:r>
      <w:r w:rsidRPr="00C15401">
        <w:rPr>
          <w:rFonts w:ascii="Tahoma" w:eastAsia="DejaVu Sans" w:hAnsi="Tahoma" w:cs="Tahoma"/>
        </w:rPr>
        <w:t>امن؛</w:t>
      </w:r>
    </w:p>
    <w:p w14:paraId="04823F24"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ساخت</w:t>
      </w:r>
      <w:r w:rsidRPr="00C15401">
        <w:rPr>
          <w:rFonts w:ascii="Tahoma" w:eastAsia="DejaVu Sans" w:hAnsi="Tahoma" w:cs="Tahoma"/>
        </w:rPr>
        <w:t xml:space="preserve"> </w:t>
      </w:r>
      <w:r w:rsidRPr="00C15401">
        <w:rPr>
          <w:rFonts w:ascii="Tahoma" w:eastAsia="DejaVu Sans" w:hAnsi="Tahoma" w:cs="Tahoma"/>
        </w:rPr>
        <w:t>ماکت</w:t>
      </w:r>
      <w:r w:rsidRPr="00C15401">
        <w:rPr>
          <w:rFonts w:ascii="Tahoma" w:eastAsia="DejaVu Sans" w:hAnsi="Tahoma" w:cs="Tahoma"/>
        </w:rPr>
        <w:t xml:space="preserve"> Node </w:t>
      </w:r>
      <w:r w:rsidRPr="00C15401">
        <w:rPr>
          <w:rFonts w:ascii="Tahoma" w:eastAsia="DejaVu Sans" w:hAnsi="Tahoma" w:cs="Tahoma"/>
        </w:rPr>
        <w:t>و</w:t>
      </w:r>
      <w:r w:rsidRPr="00C15401">
        <w:rPr>
          <w:rFonts w:ascii="Tahoma" w:eastAsia="DejaVu Sans" w:hAnsi="Tahoma" w:cs="Tahoma"/>
        </w:rPr>
        <w:t xml:space="preserve"> Bay</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 xml:space="preserve"> NCM-2U</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 xml:space="preserve"> Service Face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آزمون</w:t>
      </w:r>
      <w:r w:rsidRPr="00C15401">
        <w:rPr>
          <w:rFonts w:ascii="Tahoma" w:eastAsia="DejaVu Sans" w:hAnsi="Tahoma" w:cs="Tahoma"/>
        </w:rPr>
        <w:t xml:space="preserve"> </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Finishing.</w:t>
      </w:r>
    </w:p>
    <w:p w14:paraId="13BD018D"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تصمیم</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تثبیت</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موارد</w:t>
      </w:r>
      <w:r w:rsidRPr="00C15401">
        <w:rPr>
          <w:rFonts w:ascii="Tahoma" w:eastAsia="DejaVu Sans" w:hAnsi="Tahoma" w:cs="Tahoma"/>
        </w:rPr>
        <w:t xml:space="preserve"> </w:t>
      </w:r>
      <w:r w:rsidRPr="00C15401">
        <w:rPr>
          <w:rFonts w:ascii="Tahoma" w:eastAsia="DejaVu Sans" w:hAnsi="Tahoma" w:cs="Tahoma"/>
        </w:rPr>
        <w:t>باز</w:t>
      </w:r>
    </w:p>
    <w:p w14:paraId="54F13DE9"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تصمیم</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پذیرفته</w:t>
      </w:r>
      <w:r w:rsidRPr="00C15401">
        <w:rPr>
          <w:rFonts w:ascii="Tahoma" w:eastAsia="DejaVu Sans" w:hAnsi="Tahoma" w:cs="Tahoma"/>
        </w:rPr>
        <w:t>‌</w:t>
      </w:r>
      <w:r w:rsidRPr="00C15401">
        <w:rPr>
          <w:rFonts w:ascii="Tahoma" w:eastAsia="DejaVu Sans" w:hAnsi="Tahoma" w:cs="Tahoma"/>
        </w:rPr>
        <w:t>شده</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مرحله</w:t>
      </w:r>
    </w:p>
    <w:p w14:paraId="45E0FC9E"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 xml:space="preserve">Universal Node </w:t>
      </w:r>
      <w:r w:rsidRPr="00C15401">
        <w:rPr>
          <w:rFonts w:ascii="Tahoma" w:eastAsia="DejaVu Sans" w:hAnsi="Tahoma" w:cs="Tahoma"/>
        </w:rPr>
        <w:t>هسته</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بلندعمر</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NCM </w:t>
      </w:r>
      <w:r w:rsidRPr="00C15401">
        <w:rPr>
          <w:rFonts w:ascii="Tahoma" w:eastAsia="DejaVu Sans" w:hAnsi="Tahoma" w:cs="Tahoma"/>
        </w:rPr>
        <w:t>ماژول</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فعال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w:t>
      </w:r>
      <w:r w:rsidRPr="00C15401">
        <w:rPr>
          <w:rFonts w:ascii="Tahoma" w:eastAsia="DejaVu Sans" w:hAnsi="Tahoma" w:cs="Tahoma"/>
        </w:rPr>
        <w:t>‌</w:t>
      </w:r>
      <w:r w:rsidRPr="00C15401">
        <w:rPr>
          <w:rFonts w:ascii="Tahoma" w:eastAsia="DejaVu Sans" w:hAnsi="Tahoma" w:cs="Tahoma"/>
        </w:rPr>
        <w:t>تعویض</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63482598"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ایمنی</w:t>
      </w:r>
      <w:r w:rsidRPr="00C15401">
        <w:rPr>
          <w:rFonts w:ascii="Tahoma" w:eastAsia="DejaVu Sans" w:hAnsi="Tahoma" w:cs="Tahoma"/>
        </w:rPr>
        <w:t xml:space="preserve"> </w:t>
      </w:r>
      <w:r w:rsidRPr="00C15401">
        <w:rPr>
          <w:rFonts w:ascii="Tahoma" w:eastAsia="DejaVu Sans" w:hAnsi="Tahoma" w:cs="Tahoma"/>
        </w:rPr>
        <w:t>پایه</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 xml:space="preserve"> </w:t>
      </w:r>
      <w:r w:rsidRPr="00C15401">
        <w:rPr>
          <w:rFonts w:ascii="Tahoma" w:eastAsia="DejaVu Sans" w:hAnsi="Tahoma" w:cs="Tahoma"/>
        </w:rPr>
        <w:t>مستقل</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NCM</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برق،</w:t>
      </w:r>
      <w:r w:rsidRPr="00C15401">
        <w:rPr>
          <w:rFonts w:ascii="Tahoma" w:eastAsia="DejaVu Sans" w:hAnsi="Tahoma" w:cs="Tahoma"/>
        </w:rPr>
        <w:t xml:space="preserve"> BIOS </w:t>
      </w:r>
      <w:r w:rsidRPr="00C15401">
        <w:rPr>
          <w:rFonts w:ascii="Tahoma" w:eastAsia="DejaVu Sans" w:hAnsi="Tahoma" w:cs="Tahoma"/>
        </w:rPr>
        <w:t>و</w:t>
      </w:r>
      <w:r w:rsidRPr="00C15401">
        <w:rPr>
          <w:rFonts w:ascii="Tahoma" w:eastAsia="DejaVu Sans" w:hAnsi="Tahoma" w:cs="Tahoma"/>
        </w:rPr>
        <w:t xml:space="preserve"> AI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ماند</w:t>
      </w:r>
      <w:r w:rsidRPr="00C15401">
        <w:rPr>
          <w:rFonts w:ascii="Tahoma" w:eastAsia="DejaVu Sans" w:hAnsi="Tahoma" w:cs="Tahoma"/>
        </w:rPr>
        <w:t>.</w:t>
      </w:r>
    </w:p>
    <w:p w14:paraId="61D71D25"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 xml:space="preserve">NCM </w:t>
      </w:r>
      <w:r w:rsidRPr="00C15401">
        <w:rPr>
          <w:rFonts w:ascii="Tahoma" w:eastAsia="DejaVu Sans" w:hAnsi="Tahoma" w:cs="Tahoma"/>
        </w:rPr>
        <w:t>در</w:t>
      </w:r>
      <w:r w:rsidRPr="00C15401">
        <w:rPr>
          <w:rFonts w:ascii="Tahoma" w:eastAsia="DejaVu Sans" w:hAnsi="Tahoma" w:cs="Tahoma"/>
        </w:rPr>
        <w:t xml:space="preserve"> Capability Bay </w:t>
      </w:r>
      <w:r w:rsidRPr="00C15401">
        <w:rPr>
          <w:rFonts w:ascii="Tahoma" w:eastAsia="DejaVu Sans" w:hAnsi="Tahoma" w:cs="Tahoma"/>
        </w:rPr>
        <w:t>استاندارد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خارج</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مسیر</w:t>
      </w:r>
      <w:r w:rsidRPr="00C15401">
        <w:rPr>
          <w:rFonts w:ascii="Tahoma" w:eastAsia="DejaVu Sans" w:hAnsi="Tahoma" w:cs="Tahoma"/>
        </w:rPr>
        <w:t xml:space="preserve"> </w:t>
      </w:r>
      <w:r w:rsidRPr="00C15401">
        <w:rPr>
          <w:rFonts w:ascii="Tahoma" w:eastAsia="DejaVu Sans" w:hAnsi="Tahoma" w:cs="Tahoma"/>
        </w:rPr>
        <w:t>بار</w:t>
      </w:r>
      <w:r w:rsidRPr="00C15401">
        <w:rPr>
          <w:rFonts w:ascii="Tahoma" w:eastAsia="DejaVu Sans" w:hAnsi="Tahoma" w:cs="Tahoma"/>
        </w:rPr>
        <w:t xml:space="preserve"> </w:t>
      </w:r>
      <w:r w:rsidRPr="00C15401">
        <w:rPr>
          <w:rFonts w:ascii="Tahoma" w:eastAsia="DejaVu Sans" w:hAnsi="Tahoma" w:cs="Tahoma"/>
        </w:rPr>
        <w:t>اصلی</w:t>
      </w:r>
      <w:r w:rsidRPr="00C15401">
        <w:rPr>
          <w:rFonts w:ascii="Tahoma" w:eastAsia="DejaVu Sans" w:hAnsi="Tahoma" w:cs="Tahoma"/>
        </w:rPr>
        <w:t xml:space="preserve"> </w:t>
      </w:r>
      <w:r w:rsidRPr="00C15401">
        <w:rPr>
          <w:rFonts w:ascii="Tahoma" w:eastAsia="DejaVu Sans" w:hAnsi="Tahoma" w:cs="Tahoma"/>
        </w:rPr>
        <w:t>نصب</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شود</w:t>
      </w:r>
      <w:r w:rsidRPr="00C15401">
        <w:rPr>
          <w:rFonts w:ascii="Tahoma" w:eastAsia="DejaVu Sans" w:hAnsi="Tahoma" w:cs="Tahoma"/>
        </w:rPr>
        <w:t>.</w:t>
      </w:r>
    </w:p>
    <w:p w14:paraId="148607FC"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بیشترین</w:t>
      </w:r>
      <w:r w:rsidRPr="00C15401">
        <w:rPr>
          <w:rFonts w:ascii="Tahoma" w:eastAsia="DejaVu Sans" w:hAnsi="Tahoma" w:cs="Tahoma"/>
        </w:rPr>
        <w:t xml:space="preserve"> </w:t>
      </w:r>
      <w:r w:rsidRPr="00C15401">
        <w:rPr>
          <w:rFonts w:ascii="Tahoma" w:eastAsia="DejaVu Sans" w:hAnsi="Tahoma" w:cs="Tahoma"/>
        </w:rPr>
        <w:t>تعداد</w:t>
      </w:r>
      <w:r w:rsidRPr="00C15401">
        <w:rPr>
          <w:rFonts w:ascii="Tahoma" w:eastAsia="DejaVu Sans" w:hAnsi="Tahoma" w:cs="Tahoma"/>
        </w:rPr>
        <w:t xml:space="preserve"> </w:t>
      </w:r>
      <w:r w:rsidRPr="00C15401">
        <w:rPr>
          <w:rFonts w:ascii="Tahoma" w:eastAsia="DejaVu Sans" w:hAnsi="Tahoma" w:cs="Tahoma"/>
        </w:rPr>
        <w:t>ممکن</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حسگرها،</w:t>
      </w:r>
      <w:r w:rsidRPr="00C15401">
        <w:rPr>
          <w:rFonts w:ascii="Tahoma" w:eastAsia="DejaVu Sans" w:hAnsi="Tahoma" w:cs="Tahoma"/>
        </w:rPr>
        <w:t xml:space="preserve"> </w:t>
      </w:r>
      <w:r w:rsidRPr="00C15401">
        <w:rPr>
          <w:rFonts w:ascii="Tahoma" w:eastAsia="DejaVu Sans" w:hAnsi="Tahoma" w:cs="Tahoma"/>
        </w:rPr>
        <w:t>پردازش،</w:t>
      </w:r>
      <w:r w:rsidRPr="00C15401">
        <w:rPr>
          <w:rFonts w:ascii="Tahoma" w:eastAsia="DejaVu Sans" w:hAnsi="Tahoma" w:cs="Tahoma"/>
        </w:rPr>
        <w:t xml:space="preserve"> </w:t>
      </w:r>
      <w:r w:rsidRPr="00C15401">
        <w:rPr>
          <w:rFonts w:ascii="Tahoma" w:eastAsia="DejaVu Sans" w:hAnsi="Tahoma" w:cs="Tahoma"/>
        </w:rPr>
        <w:t>ارتباط</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عملگرها</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NCM </w:t>
      </w:r>
      <w:r w:rsidRPr="00C15401">
        <w:rPr>
          <w:rFonts w:ascii="Tahoma" w:eastAsia="DejaVu Sans" w:hAnsi="Tahoma" w:cs="Tahoma"/>
        </w:rPr>
        <w:t>متمرکز</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شوند</w:t>
      </w:r>
      <w:r w:rsidRPr="00C15401">
        <w:rPr>
          <w:rFonts w:ascii="Tahoma" w:eastAsia="DejaVu Sans" w:hAnsi="Tahoma" w:cs="Tahoma"/>
        </w:rPr>
        <w:t>.</w:t>
      </w:r>
    </w:p>
    <w:p w14:paraId="74ED057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اجزای</w:t>
      </w:r>
      <w:r w:rsidRPr="00C15401">
        <w:rPr>
          <w:rFonts w:ascii="Tahoma" w:eastAsia="DejaVu Sans" w:hAnsi="Tahoma" w:cs="Tahoma"/>
        </w:rPr>
        <w:t xml:space="preserve"> </w:t>
      </w:r>
      <w:r w:rsidRPr="00C15401">
        <w:rPr>
          <w:rFonts w:ascii="Tahoma" w:eastAsia="DejaVu Sans" w:hAnsi="Tahoma" w:cs="Tahoma"/>
        </w:rPr>
        <w:t>دوردست</w:t>
      </w:r>
      <w:r w:rsidRPr="00C15401">
        <w:rPr>
          <w:rFonts w:ascii="Tahoma" w:eastAsia="DejaVu Sans" w:hAnsi="Tahoma" w:cs="Tahoma"/>
        </w:rPr>
        <w:t xml:space="preserve"> </w:t>
      </w:r>
      <w:r w:rsidRPr="00C15401">
        <w:rPr>
          <w:rFonts w:ascii="Tahoma" w:eastAsia="DejaVu Sans" w:hAnsi="Tahoma" w:cs="Tahoma"/>
        </w:rPr>
        <w:t>تا</w:t>
      </w:r>
      <w:r w:rsidRPr="00C15401">
        <w:rPr>
          <w:rFonts w:ascii="Tahoma" w:eastAsia="DejaVu Sans" w:hAnsi="Tahoma" w:cs="Tahoma"/>
        </w:rPr>
        <w:t xml:space="preserve"> </w:t>
      </w:r>
      <w:r w:rsidRPr="00C15401">
        <w:rPr>
          <w:rFonts w:ascii="Tahoma" w:eastAsia="DejaVu Sans" w:hAnsi="Tahoma" w:cs="Tahoma"/>
        </w:rPr>
        <w:t>حد</w:t>
      </w:r>
      <w:r w:rsidRPr="00C15401">
        <w:rPr>
          <w:rFonts w:ascii="Tahoma" w:eastAsia="DejaVu Sans" w:hAnsi="Tahoma" w:cs="Tahoma"/>
        </w:rPr>
        <w:t xml:space="preserve"> </w:t>
      </w:r>
      <w:r w:rsidRPr="00C15401">
        <w:rPr>
          <w:rFonts w:ascii="Tahoma" w:eastAsia="DejaVu Sans" w:hAnsi="Tahoma" w:cs="Tahoma"/>
        </w:rPr>
        <w:t>ممکن</w:t>
      </w:r>
      <w:r w:rsidRPr="00C15401">
        <w:rPr>
          <w:rFonts w:ascii="Tahoma" w:eastAsia="DejaVu Sans" w:hAnsi="Tahoma" w:cs="Tahoma"/>
        </w:rPr>
        <w:t xml:space="preserve"> </w:t>
      </w:r>
      <w:r w:rsidRPr="00C15401">
        <w:rPr>
          <w:rFonts w:ascii="Tahoma" w:eastAsia="DejaVu Sans" w:hAnsi="Tahoma" w:cs="Tahoma"/>
        </w:rPr>
        <w:t>ساده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غیرفعال</w:t>
      </w:r>
      <w:r w:rsidRPr="00C15401">
        <w:rPr>
          <w:rFonts w:ascii="Tahoma" w:eastAsia="DejaVu Sans" w:hAnsi="Tahoma" w:cs="Tahoma"/>
        </w:rPr>
        <w:t>‌</w:t>
      </w:r>
      <w:r w:rsidRPr="00C15401">
        <w:rPr>
          <w:rFonts w:ascii="Tahoma" w:eastAsia="DejaVu Sans" w:hAnsi="Tahoma" w:cs="Tahoma"/>
        </w:rPr>
        <w:t>اند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طریق</w:t>
      </w:r>
      <w:r w:rsidRPr="00C15401">
        <w:rPr>
          <w:rFonts w:ascii="Tahoma" w:eastAsia="DejaVu Sans" w:hAnsi="Tahoma" w:cs="Tahoma"/>
        </w:rPr>
        <w:t xml:space="preserve"> Node </w:t>
      </w:r>
      <w:r w:rsidRPr="00C15401">
        <w:rPr>
          <w:rFonts w:ascii="Tahoma" w:eastAsia="DejaVu Sans" w:hAnsi="Tahoma" w:cs="Tahoma"/>
        </w:rPr>
        <w:t>به</w:t>
      </w:r>
      <w:r w:rsidRPr="00C15401">
        <w:rPr>
          <w:rFonts w:ascii="Tahoma" w:eastAsia="DejaVu Sans" w:hAnsi="Tahoma" w:cs="Tahoma"/>
        </w:rPr>
        <w:t xml:space="preserve"> NCM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رسانند</w:t>
      </w:r>
      <w:r w:rsidRPr="00C15401">
        <w:rPr>
          <w:rFonts w:ascii="Tahoma" w:eastAsia="DejaVu Sans" w:hAnsi="Tahoma" w:cs="Tahoma"/>
        </w:rPr>
        <w:t>.</w:t>
      </w:r>
    </w:p>
    <w:p w14:paraId="43F7ABE7"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lastRenderedPageBreak/>
        <w:t xml:space="preserve">Active Service Face </w:t>
      </w:r>
      <w:r w:rsidRPr="00C15401">
        <w:rPr>
          <w:rFonts w:ascii="Tahoma" w:eastAsia="DejaVu Sans" w:hAnsi="Tahoma" w:cs="Tahoma"/>
        </w:rPr>
        <w:t>پس</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تمام</w:t>
      </w:r>
      <w:r w:rsidRPr="00C15401">
        <w:rPr>
          <w:rFonts w:ascii="Tahoma" w:eastAsia="DejaVu Sans" w:hAnsi="Tahoma" w:cs="Tahoma"/>
        </w:rPr>
        <w:t xml:space="preserve"> Finishing</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دائماً</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دسترس</w:t>
      </w:r>
      <w:r w:rsidRPr="00C15401">
        <w:rPr>
          <w:rFonts w:ascii="Tahoma" w:eastAsia="DejaVu Sans" w:hAnsi="Tahoma" w:cs="Tahoma"/>
        </w:rPr>
        <w:t xml:space="preserve">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ماند</w:t>
      </w:r>
      <w:r w:rsidRPr="00C15401">
        <w:rPr>
          <w:rFonts w:ascii="Tahoma" w:eastAsia="DejaVu Sans" w:hAnsi="Tahoma" w:cs="Tahoma"/>
        </w:rPr>
        <w:t>.</w:t>
      </w:r>
    </w:p>
    <w:p w14:paraId="0F8A988F"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داخلی،</w:t>
      </w:r>
      <w:r w:rsidRPr="00C15401">
        <w:rPr>
          <w:rFonts w:ascii="Tahoma" w:eastAsia="DejaVu Sans" w:hAnsi="Tahoma" w:cs="Tahoma"/>
        </w:rPr>
        <w:t xml:space="preserve"> </w:t>
      </w:r>
      <w:r w:rsidRPr="00C15401">
        <w:rPr>
          <w:rFonts w:ascii="Tahoma" w:eastAsia="DejaVu Sans" w:hAnsi="Tahoma" w:cs="Tahoma"/>
        </w:rPr>
        <w:t>خارجی،</w:t>
      </w:r>
      <w:r w:rsidRPr="00C15401">
        <w:rPr>
          <w:rFonts w:ascii="Tahoma" w:eastAsia="DejaVu Sans" w:hAnsi="Tahoma" w:cs="Tahoma"/>
        </w:rPr>
        <w:t xml:space="preserve"> </w:t>
      </w:r>
      <w:r w:rsidRPr="00C15401">
        <w:rPr>
          <w:rFonts w:ascii="Tahoma" w:eastAsia="DejaVu Sans" w:hAnsi="Tahoma" w:cs="Tahoma"/>
        </w:rPr>
        <w:t>محیطی،</w:t>
      </w:r>
      <w:r w:rsidRPr="00C15401">
        <w:rPr>
          <w:rFonts w:ascii="Tahoma" w:eastAsia="DejaVu Sans" w:hAnsi="Tahoma" w:cs="Tahoma"/>
        </w:rPr>
        <w:t xml:space="preserve"> </w:t>
      </w:r>
      <w:r w:rsidRPr="00C15401">
        <w:rPr>
          <w:rFonts w:ascii="Tahoma" w:eastAsia="DejaVu Sans" w:hAnsi="Tahoma" w:cs="Tahoma"/>
        </w:rPr>
        <w:t>امنیتی،</w:t>
      </w:r>
      <w:r w:rsidRPr="00C15401">
        <w:rPr>
          <w:rFonts w:ascii="Tahoma" w:eastAsia="DejaVu Sans" w:hAnsi="Tahoma" w:cs="Tahoma"/>
        </w:rPr>
        <w:t xml:space="preserve"> </w:t>
      </w:r>
      <w:r w:rsidRPr="00C15401">
        <w:rPr>
          <w:rFonts w:ascii="Tahoma" w:eastAsia="DejaVu Sans" w:hAnsi="Tahoma" w:cs="Tahoma"/>
        </w:rPr>
        <w:t>مراقبتی،</w:t>
      </w:r>
      <w:r w:rsidRPr="00C15401">
        <w:rPr>
          <w:rFonts w:ascii="Tahoma" w:eastAsia="DejaVu Sans" w:hAnsi="Tahoma" w:cs="Tahoma"/>
        </w:rPr>
        <w:t xml:space="preserve"> </w:t>
      </w:r>
      <w:r w:rsidRPr="00C15401">
        <w:rPr>
          <w:rFonts w:ascii="Tahoma" w:eastAsia="DejaVu Sans" w:hAnsi="Tahoma" w:cs="Tahoma"/>
        </w:rPr>
        <w:t>پزشکی،</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w:t>
      </w:r>
      <w:r w:rsidRPr="00C15401">
        <w:rPr>
          <w:rFonts w:ascii="Tahoma" w:eastAsia="DejaVu Sans" w:hAnsi="Tahoma" w:cs="Tahoma"/>
        </w:rPr>
        <w:t>ـ</w:t>
      </w:r>
      <w:r w:rsidRPr="00C15401">
        <w:rPr>
          <w:rFonts w:ascii="Tahoma" w:eastAsia="DejaVu Sans" w:hAnsi="Tahoma" w:cs="Tahoma"/>
        </w:rPr>
        <w:t>‌</w:t>
      </w:r>
      <w:r w:rsidRPr="00C15401">
        <w:rPr>
          <w:rFonts w:ascii="Tahoma" w:eastAsia="DejaVu Sans" w:hAnsi="Tahoma" w:cs="Tahoma"/>
        </w:rPr>
        <w:t>تصویری،</w:t>
      </w:r>
      <w:r w:rsidRPr="00C15401">
        <w:rPr>
          <w:rFonts w:ascii="Tahoma" w:eastAsia="DejaVu Sans" w:hAnsi="Tahoma" w:cs="Tahoma"/>
        </w:rPr>
        <w:t xml:space="preserve"> </w:t>
      </w:r>
      <w:r w:rsidRPr="00C15401">
        <w:rPr>
          <w:rFonts w:ascii="Tahoma" w:eastAsia="DejaVu Sans" w:hAnsi="Tahoma" w:cs="Tahoma"/>
        </w:rPr>
        <w:t>تأسیساتی</w:t>
      </w:r>
      <w:r w:rsidRPr="00C15401">
        <w:rPr>
          <w:rFonts w:ascii="Tahoma" w:eastAsia="DejaVu Sans" w:hAnsi="Tahoma" w:cs="Tahoma"/>
        </w:rPr>
        <w:t xml:space="preserve">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پردازشی</w:t>
      </w:r>
      <w:r w:rsidRPr="00C15401">
        <w:rPr>
          <w:rFonts w:ascii="Tahoma" w:eastAsia="DejaVu Sans" w:hAnsi="Tahoma" w:cs="Tahoma"/>
        </w:rPr>
        <w:t xml:space="preserve"> </w:t>
      </w:r>
      <w:r w:rsidRPr="00C15401">
        <w:rPr>
          <w:rFonts w:ascii="Tahoma" w:eastAsia="DejaVu Sans" w:hAnsi="Tahoma" w:cs="Tahoma"/>
        </w:rPr>
        <w:t>باشند</w:t>
      </w:r>
      <w:r w:rsidRPr="00C15401">
        <w:rPr>
          <w:rFonts w:ascii="Tahoma" w:eastAsia="DejaVu Sans" w:hAnsi="Tahoma" w:cs="Tahoma"/>
        </w:rPr>
        <w:t>.</w:t>
      </w:r>
    </w:p>
    <w:p w14:paraId="530B5F0B"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 xml:space="preserve">NCM-CORE </w:t>
      </w:r>
      <w:r w:rsidRPr="00C15401">
        <w:rPr>
          <w:rFonts w:ascii="Tahoma" w:eastAsia="DejaVu Sans" w:hAnsi="Tahoma" w:cs="Tahoma"/>
        </w:rPr>
        <w:t>محل</w:t>
      </w:r>
      <w:r w:rsidRPr="00C15401">
        <w:rPr>
          <w:rFonts w:ascii="Tahoma" w:eastAsia="DejaVu Sans" w:hAnsi="Tahoma" w:cs="Tahoma"/>
        </w:rPr>
        <w:t xml:space="preserve"> Building BIOS</w:t>
      </w:r>
      <w:r w:rsidRPr="00C15401">
        <w:rPr>
          <w:rFonts w:ascii="Tahoma" w:eastAsia="DejaVu Sans" w:hAnsi="Tahoma" w:cs="Tahoma"/>
        </w:rPr>
        <w:t>،</w:t>
      </w:r>
      <w:r w:rsidRPr="00C15401">
        <w:rPr>
          <w:rFonts w:ascii="Tahoma" w:eastAsia="DejaVu Sans" w:hAnsi="Tahoma" w:cs="Tahoma"/>
        </w:rPr>
        <w:t xml:space="preserve"> AI Clone </w:t>
      </w:r>
      <w:r w:rsidRPr="00C15401">
        <w:rPr>
          <w:rFonts w:ascii="Tahoma" w:eastAsia="DejaVu Sans" w:hAnsi="Tahoma" w:cs="Tahoma"/>
        </w:rPr>
        <w:t>عملیاتی،</w:t>
      </w:r>
      <w:r w:rsidRPr="00C15401">
        <w:rPr>
          <w:rFonts w:ascii="Tahoma" w:eastAsia="DejaVu Sans" w:hAnsi="Tahoma" w:cs="Tahoma"/>
        </w:rPr>
        <w:t xml:space="preserve"> </w:t>
      </w:r>
      <w:r w:rsidRPr="00C15401">
        <w:rPr>
          <w:rFonts w:ascii="Tahoma" w:eastAsia="DejaVu Sans" w:hAnsi="Tahoma" w:cs="Tahoma"/>
        </w:rPr>
        <w:t>هماهنگی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w:t>
      </w:r>
    </w:p>
    <w:p w14:paraId="764A1291"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ذخیره</w:t>
      </w:r>
      <w:r w:rsidRPr="00C15401">
        <w:rPr>
          <w:rFonts w:ascii="Tahoma" w:eastAsia="DejaVu Sans" w:hAnsi="Tahoma" w:cs="Tahoma"/>
        </w:rPr>
        <w:t>‌</w:t>
      </w:r>
      <w:r w:rsidRPr="00C15401">
        <w:rPr>
          <w:rFonts w:ascii="Tahoma" w:eastAsia="DejaVu Sans" w:hAnsi="Tahoma" w:cs="Tahoma"/>
        </w:rPr>
        <w:t>سازی</w:t>
      </w:r>
      <w:r w:rsidRPr="00C15401">
        <w:rPr>
          <w:rFonts w:ascii="Tahoma" w:eastAsia="DejaVu Sans" w:hAnsi="Tahoma" w:cs="Tahoma"/>
        </w:rPr>
        <w:t xml:space="preserve"> </w:t>
      </w:r>
      <w:r w:rsidRPr="00C15401">
        <w:rPr>
          <w:rFonts w:ascii="Tahoma" w:eastAsia="DejaVu Sans" w:hAnsi="Tahoma" w:cs="Tahoma"/>
        </w:rPr>
        <w:t>محلی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تکرارشده</w:t>
      </w:r>
      <w:r w:rsidRPr="00C15401">
        <w:rPr>
          <w:rFonts w:ascii="Tahoma" w:eastAsia="DejaVu Sans" w:hAnsi="Tahoma" w:cs="Tahoma"/>
        </w:rPr>
        <w:t xml:space="preserve"> </w:t>
      </w:r>
      <w:r w:rsidRPr="00C15401">
        <w:rPr>
          <w:rFonts w:ascii="Tahoma" w:eastAsia="DejaVu Sans" w:hAnsi="Tahoma" w:cs="Tahoma"/>
        </w:rPr>
        <w:t>مجاز</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اما</w:t>
      </w:r>
      <w:r w:rsidRPr="00C15401">
        <w:rPr>
          <w:rFonts w:ascii="Tahoma" w:eastAsia="DejaVu Sans" w:hAnsi="Tahoma" w:cs="Tahoma"/>
        </w:rPr>
        <w:t xml:space="preserv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واحد</w:t>
      </w:r>
      <w:r w:rsidRPr="00C15401">
        <w:rPr>
          <w:rFonts w:ascii="Tahoma" w:eastAsia="DejaVu Sans" w:hAnsi="Tahoma" w:cs="Tahoma"/>
        </w:rPr>
        <w:t xml:space="preserve"> </w:t>
      </w:r>
      <w:r w:rsidRPr="00C15401">
        <w:rPr>
          <w:rFonts w:ascii="Tahoma" w:eastAsia="DejaVu Sans" w:hAnsi="Tahoma" w:cs="Tahoma"/>
        </w:rPr>
        <w:t>حقیقت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قواعد</w:t>
      </w:r>
      <w:r w:rsidRPr="00C15401">
        <w:rPr>
          <w:rFonts w:ascii="Tahoma" w:eastAsia="DejaVu Sans" w:hAnsi="Tahoma" w:cs="Tahoma"/>
        </w:rPr>
        <w:t xml:space="preserve"> </w:t>
      </w:r>
      <w:r w:rsidRPr="00C15401">
        <w:rPr>
          <w:rFonts w:ascii="Tahoma" w:eastAsia="DejaVu Sans" w:hAnsi="Tahoma" w:cs="Tahoma"/>
        </w:rPr>
        <w:t>نسخه</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شوند</w:t>
      </w:r>
      <w:r w:rsidRPr="00C15401">
        <w:rPr>
          <w:rFonts w:ascii="Tahoma" w:eastAsia="DejaVu Sans" w:hAnsi="Tahoma" w:cs="Tahoma"/>
        </w:rPr>
        <w:t>.</w:t>
      </w:r>
    </w:p>
    <w:p w14:paraId="12B74242"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 xml:space="preserve">Envelope </w:t>
      </w:r>
      <w:r w:rsidRPr="00C15401">
        <w:rPr>
          <w:rFonts w:ascii="Tahoma" w:eastAsia="DejaVu Sans" w:hAnsi="Tahoma" w:cs="Tahoma"/>
        </w:rPr>
        <w:t>مرجع</w:t>
      </w:r>
      <w:r w:rsidRPr="00C15401">
        <w:rPr>
          <w:rFonts w:ascii="Tahoma" w:eastAsia="DejaVu Sans" w:hAnsi="Tahoma" w:cs="Tahoma"/>
        </w:rPr>
        <w:t xml:space="preserve"> </w:t>
      </w:r>
      <w:r w:rsidRPr="00C15401">
        <w:rPr>
          <w:rFonts w:ascii="Tahoma" w:eastAsia="DejaVu Sans" w:hAnsi="Tahoma" w:cs="Tahoma"/>
        </w:rPr>
        <w:t>اولیه</w:t>
      </w:r>
      <w:r w:rsidRPr="00C15401">
        <w:rPr>
          <w:rFonts w:ascii="Tahoma" w:eastAsia="DejaVu Sans" w:hAnsi="Tahoma" w:cs="Tahoma"/>
        </w:rPr>
        <w:t xml:space="preserve"> NCM-2U </w:t>
      </w:r>
      <w:r w:rsidRPr="00C15401">
        <w:rPr>
          <w:rFonts w:ascii="Tahoma" w:eastAsia="DejaVu Sans" w:hAnsi="Tahoma" w:cs="Tahoma"/>
        </w:rPr>
        <w:t>برابر</w:t>
      </w:r>
      <w:r w:rsidRPr="00C15401">
        <w:rPr>
          <w:rFonts w:ascii="Tahoma" w:eastAsia="DejaVu Sans" w:hAnsi="Tahoma" w:cs="Tahoma"/>
        </w:rPr>
        <w:t xml:space="preserve"> 100 × 100 × 200 </w:t>
      </w:r>
      <w:r w:rsidRPr="00C15401">
        <w:rPr>
          <w:rFonts w:ascii="Tahoma" w:eastAsia="DejaVu Sans" w:hAnsi="Tahoma" w:cs="Tahoma"/>
        </w:rPr>
        <w:t>میلی</w:t>
      </w:r>
      <w:r w:rsidRPr="00C15401">
        <w:rPr>
          <w:rFonts w:ascii="Tahoma" w:eastAsia="DejaVu Sans" w:hAnsi="Tahoma" w:cs="Tahoma"/>
        </w:rPr>
        <w:t>‌</w:t>
      </w:r>
      <w:r w:rsidRPr="00C15401">
        <w:rPr>
          <w:rFonts w:ascii="Tahoma" w:eastAsia="DejaVu Sans" w:hAnsi="Tahoma" w:cs="Tahoma"/>
        </w:rPr>
        <w:t>متر</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خانواده</w:t>
      </w:r>
      <w:r w:rsidRPr="00C15401">
        <w:rPr>
          <w:rFonts w:ascii="Tahoma" w:eastAsia="DejaVu Sans" w:hAnsi="Tahoma" w:cs="Tahoma"/>
        </w:rPr>
        <w:t xml:space="preserve"> </w:t>
      </w:r>
      <w:r w:rsidRPr="00C15401">
        <w:rPr>
          <w:rFonts w:ascii="Tahoma" w:eastAsia="DejaVu Sans" w:hAnsi="Tahoma" w:cs="Tahoma"/>
        </w:rPr>
        <w:t>اندازه</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بر</w:t>
      </w:r>
      <w:r w:rsidRPr="00C15401">
        <w:rPr>
          <w:rFonts w:ascii="Tahoma" w:eastAsia="DejaVu Sans" w:hAnsi="Tahoma" w:cs="Tahoma"/>
        </w:rPr>
        <w:t xml:space="preserve"> </w:t>
      </w:r>
      <w:r w:rsidRPr="00C15401">
        <w:rPr>
          <w:rFonts w:ascii="Tahoma" w:eastAsia="DejaVu Sans" w:hAnsi="Tahoma" w:cs="Tahoma"/>
        </w:rPr>
        <w:t>مضارب</w:t>
      </w:r>
      <w:r w:rsidRPr="00C15401">
        <w:rPr>
          <w:rFonts w:ascii="Tahoma" w:eastAsia="DejaVu Sans" w:hAnsi="Tahoma" w:cs="Tahoma"/>
        </w:rPr>
        <w:t xml:space="preserve"> </w:t>
      </w:r>
      <w:r w:rsidRPr="00C15401">
        <w:rPr>
          <w:rFonts w:ascii="Tahoma" w:eastAsia="DejaVu Sans" w:hAnsi="Tahoma" w:cs="Tahoma"/>
        </w:rPr>
        <w:t>آن</w:t>
      </w:r>
      <w:r w:rsidRPr="00C15401">
        <w:rPr>
          <w:rFonts w:ascii="Tahoma" w:eastAsia="DejaVu Sans" w:hAnsi="Tahoma" w:cs="Tahoma"/>
        </w:rPr>
        <w:t xml:space="preserve"> </w:t>
      </w:r>
      <w:r w:rsidRPr="00C15401">
        <w:rPr>
          <w:rFonts w:ascii="Tahoma" w:eastAsia="DejaVu Sans" w:hAnsi="Tahoma" w:cs="Tahoma"/>
        </w:rPr>
        <w:t>توسعه</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یابد</w:t>
      </w:r>
      <w:r w:rsidRPr="00C15401">
        <w:rPr>
          <w:rFonts w:ascii="Tahoma" w:eastAsia="DejaVu Sans" w:hAnsi="Tahoma" w:cs="Tahoma"/>
        </w:rPr>
        <w:t>.</w:t>
      </w:r>
    </w:p>
    <w:p w14:paraId="1B75A1F0"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مواردی</w:t>
      </w:r>
      <w:r w:rsidRPr="00C15401">
        <w:rPr>
          <w:rFonts w:ascii="Tahoma" w:eastAsia="DejaVu Sans" w:hAnsi="Tahoma" w:cs="Tahoma"/>
        </w:rPr>
        <w:t xml:space="preserve"> </w:t>
      </w:r>
      <w:r w:rsidRPr="00C15401">
        <w:rPr>
          <w:rFonts w:ascii="Tahoma" w:eastAsia="DejaVu Sans" w:hAnsi="Tahoma" w:cs="Tahoma"/>
        </w:rPr>
        <w:t>که</w:t>
      </w:r>
      <w:r w:rsidRPr="00C15401">
        <w:rPr>
          <w:rFonts w:ascii="Tahoma" w:eastAsia="DejaVu Sans" w:hAnsi="Tahoma" w:cs="Tahoma"/>
        </w:rPr>
        <w:t xml:space="preserve"> </w:t>
      </w:r>
      <w:r w:rsidRPr="00C15401">
        <w:rPr>
          <w:rFonts w:ascii="Tahoma" w:eastAsia="DejaVu Sans" w:hAnsi="Tahoma" w:cs="Tahoma"/>
        </w:rPr>
        <w:t>هنوز</w:t>
      </w:r>
      <w:r w:rsidRPr="00C15401">
        <w:rPr>
          <w:rFonts w:ascii="Tahoma" w:eastAsia="DejaVu Sans" w:hAnsi="Tahoma" w:cs="Tahoma"/>
        </w:rPr>
        <w:t xml:space="preserve"> </w:t>
      </w:r>
      <w:r w:rsidRPr="00C15401">
        <w:rPr>
          <w:rFonts w:ascii="Tahoma" w:eastAsia="DejaVu Sans" w:hAnsi="Tahoma" w:cs="Tahoma"/>
        </w:rPr>
        <w:t>نهایی</w:t>
      </w:r>
      <w:r w:rsidRPr="00C15401">
        <w:rPr>
          <w:rFonts w:ascii="Tahoma" w:eastAsia="DejaVu Sans" w:hAnsi="Tahoma" w:cs="Tahoma"/>
        </w:rPr>
        <w:t xml:space="preserve"> </w:t>
      </w:r>
      <w:r w:rsidRPr="00C15401">
        <w:rPr>
          <w:rFonts w:ascii="Tahoma" w:eastAsia="DejaVu Sans" w:hAnsi="Tahoma" w:cs="Tahoma"/>
        </w:rPr>
        <w:t>نشده</w:t>
      </w:r>
      <w:r w:rsidRPr="00C15401">
        <w:rPr>
          <w:rFonts w:ascii="Tahoma" w:eastAsia="DejaVu Sans" w:hAnsi="Tahoma" w:cs="Tahoma"/>
        </w:rPr>
        <w:t>‌</w:t>
      </w:r>
      <w:r w:rsidRPr="00C15401">
        <w:rPr>
          <w:rFonts w:ascii="Tahoma" w:eastAsia="DejaVu Sans" w:hAnsi="Tahoma" w:cs="Tahoma"/>
        </w:rPr>
        <w:t>اند</w:t>
      </w:r>
    </w:p>
    <w:p w14:paraId="0AD2445D"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هندسه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طول</w:t>
      </w:r>
      <w:r w:rsidRPr="00C15401">
        <w:rPr>
          <w:rFonts w:ascii="Tahoma" w:eastAsia="DejaVu Sans" w:hAnsi="Tahoma" w:cs="Tahoma"/>
        </w:rPr>
        <w:t xml:space="preserve"> </w:t>
      </w:r>
      <w:r w:rsidRPr="00C15401">
        <w:rPr>
          <w:rFonts w:ascii="Tahoma" w:eastAsia="DejaVu Sans" w:hAnsi="Tahoma" w:cs="Tahoma"/>
        </w:rPr>
        <w:t>نهایی</w:t>
      </w:r>
      <w:r w:rsidRPr="00C15401">
        <w:rPr>
          <w:rFonts w:ascii="Tahoma" w:eastAsia="DejaVu Sans" w:hAnsi="Tahoma" w:cs="Tahoma"/>
        </w:rPr>
        <w:t xml:space="preserve"> Universal Node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محل</w:t>
      </w:r>
      <w:r w:rsidRPr="00C15401">
        <w:rPr>
          <w:rFonts w:ascii="Tahoma" w:eastAsia="DejaVu Sans" w:hAnsi="Tahoma" w:cs="Tahoma"/>
        </w:rPr>
        <w:t xml:space="preserve"> </w:t>
      </w:r>
      <w:r w:rsidRPr="00C15401">
        <w:rPr>
          <w:rFonts w:ascii="Tahoma" w:eastAsia="DejaVu Sans" w:hAnsi="Tahoma" w:cs="Tahoma"/>
        </w:rPr>
        <w:t>دقیق</w:t>
      </w:r>
      <w:r w:rsidRPr="00C15401">
        <w:rPr>
          <w:rFonts w:ascii="Tahoma" w:eastAsia="DejaVu Sans" w:hAnsi="Tahoma" w:cs="Tahoma"/>
        </w:rPr>
        <w:t xml:space="preserve"> Capability Bay</w:t>
      </w:r>
      <w:r w:rsidRPr="00C15401">
        <w:rPr>
          <w:rFonts w:ascii="Tahoma" w:eastAsia="DejaVu Sans" w:hAnsi="Tahoma" w:cs="Tahoma"/>
        </w:rPr>
        <w:t>؛</w:t>
      </w:r>
    </w:p>
    <w:p w14:paraId="3F9564E6"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ابعاد</w:t>
      </w:r>
      <w:r w:rsidRPr="00C15401">
        <w:rPr>
          <w:rFonts w:ascii="Tahoma" w:eastAsia="DejaVu Sans" w:hAnsi="Tahoma" w:cs="Tahoma"/>
        </w:rPr>
        <w:t xml:space="preserve"> </w:t>
      </w:r>
      <w:r w:rsidRPr="00C15401">
        <w:rPr>
          <w:rFonts w:ascii="Tahoma" w:eastAsia="DejaVu Sans" w:hAnsi="Tahoma" w:cs="Tahoma"/>
        </w:rPr>
        <w:t>آزاد</w:t>
      </w:r>
      <w:r w:rsidRPr="00C15401">
        <w:rPr>
          <w:rFonts w:ascii="Tahoma" w:eastAsia="DejaVu Sans" w:hAnsi="Tahoma" w:cs="Tahoma"/>
        </w:rPr>
        <w:t xml:space="preserve"> Bay</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تلرانس،</w:t>
      </w:r>
      <w:r w:rsidRPr="00C15401">
        <w:rPr>
          <w:rFonts w:ascii="Tahoma" w:eastAsia="DejaVu Sans" w:hAnsi="Tahoma" w:cs="Tahoma"/>
        </w:rPr>
        <w:t xml:space="preserve"> </w:t>
      </w:r>
      <w:r w:rsidRPr="00C15401">
        <w:rPr>
          <w:rFonts w:ascii="Tahoma" w:eastAsia="DejaVu Sans" w:hAnsi="Tahoma" w:cs="Tahoma"/>
        </w:rPr>
        <w:t>نوع</w:t>
      </w:r>
      <w:r w:rsidRPr="00C15401">
        <w:rPr>
          <w:rFonts w:ascii="Tahoma" w:eastAsia="DejaVu Sans" w:hAnsi="Tahoma" w:cs="Tahoma"/>
        </w:rPr>
        <w:t xml:space="preserve"> </w:t>
      </w:r>
      <w:r w:rsidRPr="00C15401">
        <w:rPr>
          <w:rFonts w:ascii="Tahoma" w:eastAsia="DejaVu Sans" w:hAnsi="Tahoma" w:cs="Tahoma"/>
        </w:rPr>
        <w:t>قفل</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روش</w:t>
      </w:r>
      <w:r w:rsidRPr="00C15401">
        <w:rPr>
          <w:rFonts w:ascii="Tahoma" w:eastAsia="DejaVu Sans" w:hAnsi="Tahoma" w:cs="Tahoma"/>
        </w:rPr>
        <w:t xml:space="preserve"> </w:t>
      </w:r>
      <w:r w:rsidRPr="00C15401">
        <w:rPr>
          <w:rFonts w:ascii="Tahoma" w:eastAsia="DejaVu Sans" w:hAnsi="Tahoma" w:cs="Tahoma"/>
        </w:rPr>
        <w:t>آب</w:t>
      </w:r>
      <w:r w:rsidRPr="00C15401">
        <w:rPr>
          <w:rFonts w:ascii="Tahoma" w:eastAsia="DejaVu Sans" w:hAnsi="Tahoma" w:cs="Tahoma"/>
        </w:rPr>
        <w:t>‌</w:t>
      </w:r>
      <w:r w:rsidRPr="00C15401">
        <w:rPr>
          <w:rFonts w:ascii="Tahoma" w:eastAsia="DejaVu Sans" w:hAnsi="Tahoma" w:cs="Tahoma"/>
        </w:rPr>
        <w:t>بندی</w:t>
      </w:r>
      <w:r w:rsidRPr="00C15401">
        <w:rPr>
          <w:rFonts w:ascii="Tahoma" w:eastAsia="DejaVu Sans" w:hAnsi="Tahoma" w:cs="Tahoma"/>
        </w:rPr>
        <w:t xml:space="preserve"> Service Face</w:t>
      </w:r>
      <w:r w:rsidRPr="00C15401">
        <w:rPr>
          <w:rFonts w:ascii="Tahoma" w:eastAsia="DejaVu Sans" w:hAnsi="Tahoma" w:cs="Tahoma"/>
        </w:rPr>
        <w:t>؛</w:t>
      </w:r>
    </w:p>
    <w:p w14:paraId="614C9F79"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نوع</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تعداد</w:t>
      </w:r>
      <w:r w:rsidRPr="00C15401">
        <w:rPr>
          <w:rFonts w:ascii="Tahoma" w:eastAsia="DejaVu Sans" w:hAnsi="Tahoma" w:cs="Tahoma"/>
        </w:rPr>
        <w:t xml:space="preserve"> </w:t>
      </w:r>
      <w:r w:rsidRPr="00C15401">
        <w:rPr>
          <w:rFonts w:ascii="Tahoma" w:eastAsia="DejaVu Sans" w:hAnsi="Tahoma" w:cs="Tahoma"/>
        </w:rPr>
        <w:t>کانکتورها،</w:t>
      </w:r>
      <w:r w:rsidRPr="00C15401">
        <w:rPr>
          <w:rFonts w:ascii="Tahoma" w:eastAsia="DejaVu Sans" w:hAnsi="Tahoma" w:cs="Tahoma"/>
        </w:rPr>
        <w:t xml:space="preserve"> </w:t>
      </w:r>
      <w:r w:rsidRPr="00C15401">
        <w:rPr>
          <w:rFonts w:ascii="Tahoma" w:eastAsia="DejaVu Sans" w:hAnsi="Tahoma" w:cs="Tahoma"/>
        </w:rPr>
        <w:t>کلاس</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توان</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Backplane</w:t>
      </w:r>
      <w:r w:rsidRPr="00C15401">
        <w:rPr>
          <w:rFonts w:ascii="Tahoma" w:eastAsia="DejaVu Sans" w:hAnsi="Tahoma" w:cs="Tahoma"/>
        </w:rPr>
        <w:t>؛</w:t>
      </w:r>
    </w:p>
    <w:p w14:paraId="538ECF94"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حدود</w:t>
      </w:r>
      <w:r w:rsidRPr="00C15401">
        <w:rPr>
          <w:rFonts w:ascii="Tahoma" w:eastAsia="DejaVu Sans" w:hAnsi="Tahoma" w:cs="Tahoma"/>
        </w:rPr>
        <w:t xml:space="preserve"> </w:t>
      </w:r>
      <w:r w:rsidRPr="00C15401">
        <w:rPr>
          <w:rFonts w:ascii="Tahoma" w:eastAsia="DejaVu Sans" w:hAnsi="Tahoma" w:cs="Tahoma"/>
        </w:rPr>
        <w:t>حرارتی،</w:t>
      </w:r>
      <w:r w:rsidRPr="00C15401">
        <w:rPr>
          <w:rFonts w:ascii="Tahoma" w:eastAsia="DejaVu Sans" w:hAnsi="Tahoma" w:cs="Tahoma"/>
        </w:rPr>
        <w:t xml:space="preserve"> </w:t>
      </w:r>
      <w:r w:rsidRPr="00C15401">
        <w:rPr>
          <w:rFonts w:ascii="Tahoma" w:eastAsia="DejaVu Sans" w:hAnsi="Tahoma" w:cs="Tahoma"/>
        </w:rPr>
        <w:t>روش</w:t>
      </w:r>
      <w:r w:rsidRPr="00C15401">
        <w:rPr>
          <w:rFonts w:ascii="Tahoma" w:eastAsia="DejaVu Sans" w:hAnsi="Tahoma" w:cs="Tahoma"/>
        </w:rPr>
        <w:t xml:space="preserve"> </w:t>
      </w:r>
      <w:r w:rsidRPr="00C15401">
        <w:rPr>
          <w:rFonts w:ascii="Tahoma" w:eastAsia="DejaVu Sans" w:hAnsi="Tahoma" w:cs="Tahoma"/>
        </w:rPr>
        <w:t>تهویه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 xml:space="preserve"> </w:t>
      </w:r>
      <w:r w:rsidRPr="00C15401">
        <w:rPr>
          <w:rFonts w:ascii="Tahoma" w:eastAsia="DejaVu Sans" w:hAnsi="Tahoma" w:cs="Tahoma"/>
        </w:rPr>
        <w:t>ماژول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توان</w:t>
      </w:r>
      <w:r w:rsidRPr="00C15401">
        <w:rPr>
          <w:rFonts w:ascii="Tahoma" w:eastAsia="DejaVu Sans" w:hAnsi="Tahoma" w:cs="Tahoma"/>
        </w:rPr>
        <w:t>‌</w:t>
      </w:r>
      <w:r w:rsidRPr="00C15401">
        <w:rPr>
          <w:rFonts w:ascii="Tahoma" w:eastAsia="DejaVu Sans" w:hAnsi="Tahoma" w:cs="Tahoma"/>
        </w:rPr>
        <w:t>بالا</w:t>
      </w:r>
      <w:r w:rsidRPr="00C15401">
        <w:rPr>
          <w:rFonts w:ascii="Tahoma" w:eastAsia="DejaVu Sans" w:hAnsi="Tahoma" w:cs="Tahoma"/>
        </w:rPr>
        <w:t xml:space="preserve"> </w:t>
      </w:r>
      <w:r w:rsidRPr="00C15401">
        <w:rPr>
          <w:rFonts w:ascii="Tahoma" w:eastAsia="DejaVu Sans" w:hAnsi="Tahoma" w:cs="Tahoma"/>
        </w:rPr>
        <w:t>مانند</w:t>
      </w:r>
      <w:r w:rsidRPr="00C15401">
        <w:rPr>
          <w:rFonts w:ascii="Tahoma" w:eastAsia="DejaVu Sans" w:hAnsi="Tahoma" w:cs="Tahoma"/>
        </w:rPr>
        <w:t xml:space="preserve"> </w:t>
      </w:r>
      <w:r w:rsidRPr="00C15401">
        <w:rPr>
          <w:rFonts w:ascii="Tahoma" w:eastAsia="DejaVu Sans" w:hAnsi="Tahoma" w:cs="Tahoma"/>
        </w:rPr>
        <w:t>پروژکتور؛</w:t>
      </w:r>
    </w:p>
    <w:p w14:paraId="28BE4CD0"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پروفایل</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حریق،</w:t>
      </w:r>
      <w:r w:rsidRPr="00C15401">
        <w:rPr>
          <w:rFonts w:ascii="Tahoma" w:eastAsia="DejaVu Sans" w:hAnsi="Tahoma" w:cs="Tahoma"/>
        </w:rPr>
        <w:t xml:space="preserve"> </w:t>
      </w:r>
      <w:r w:rsidRPr="00C15401">
        <w:rPr>
          <w:rFonts w:ascii="Tahoma" w:eastAsia="DejaVu Sans" w:hAnsi="Tahoma" w:cs="Tahoma"/>
        </w:rPr>
        <w:t>پزشکی،</w:t>
      </w:r>
      <w:r w:rsidRPr="00C15401">
        <w:rPr>
          <w:rFonts w:ascii="Tahoma" w:eastAsia="DejaVu Sans" w:hAnsi="Tahoma" w:cs="Tahoma"/>
        </w:rPr>
        <w:t xml:space="preserve"> </w:t>
      </w:r>
      <w:r w:rsidRPr="00C15401">
        <w:rPr>
          <w:rFonts w:ascii="Tahoma" w:eastAsia="DejaVu Sans" w:hAnsi="Tahoma" w:cs="Tahoma"/>
        </w:rPr>
        <w:t>امنیتی،</w:t>
      </w:r>
      <w:r w:rsidRPr="00C15401">
        <w:rPr>
          <w:rFonts w:ascii="Tahoma" w:eastAsia="DejaVu Sans" w:hAnsi="Tahoma" w:cs="Tahoma"/>
        </w:rPr>
        <w:t xml:space="preserve"> </w:t>
      </w:r>
      <w:r w:rsidRPr="00C15401">
        <w:rPr>
          <w:rFonts w:ascii="Tahoma" w:eastAsia="DejaVu Sans" w:hAnsi="Tahoma" w:cs="Tahoma"/>
        </w:rPr>
        <w:t>محیط</w:t>
      </w:r>
      <w:r w:rsidRPr="00C15401">
        <w:rPr>
          <w:rFonts w:ascii="Tahoma" w:eastAsia="DejaVu Sans" w:hAnsi="Tahoma" w:cs="Tahoma"/>
        </w:rPr>
        <w:t xml:space="preserve"> </w:t>
      </w:r>
      <w:r w:rsidRPr="00C15401">
        <w:rPr>
          <w:rFonts w:ascii="Tahoma" w:eastAsia="DejaVu Sans" w:hAnsi="Tahoma" w:cs="Tahoma"/>
        </w:rPr>
        <w:t>بیرونی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سطح</w:t>
      </w:r>
      <w:r w:rsidRPr="00C15401">
        <w:rPr>
          <w:rFonts w:ascii="Tahoma" w:eastAsia="DejaVu Sans" w:hAnsi="Tahoma" w:cs="Tahoma"/>
        </w:rPr>
        <w:t xml:space="preserve"> </w:t>
      </w:r>
      <w:r w:rsidRPr="00C15401">
        <w:rPr>
          <w:rFonts w:ascii="Tahoma" w:eastAsia="DejaVu Sans" w:hAnsi="Tahoma" w:cs="Tahoma"/>
        </w:rPr>
        <w:t>گواهی</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w:t>
      </w:r>
      <w:r w:rsidRPr="00C15401">
        <w:rPr>
          <w:rFonts w:ascii="Tahoma" w:eastAsia="DejaVu Sans" w:hAnsi="Tahoma" w:cs="Tahoma"/>
        </w:rPr>
        <w:t>خانواده؛</w:t>
      </w:r>
    </w:p>
    <w:p w14:paraId="27959E8E"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طرح</w:t>
      </w:r>
      <w:r w:rsidRPr="00C15401">
        <w:rPr>
          <w:rFonts w:ascii="Tahoma" w:eastAsia="DejaVu Sans" w:hAnsi="Tahoma" w:cs="Tahoma"/>
        </w:rPr>
        <w:t xml:space="preserve"> </w:t>
      </w:r>
      <w:r w:rsidRPr="00C15401">
        <w:rPr>
          <w:rFonts w:ascii="Tahoma" w:eastAsia="DejaVu Sans" w:hAnsi="Tahoma" w:cs="Tahoma"/>
        </w:rPr>
        <w:t>نهایی</w:t>
      </w:r>
      <w:r w:rsidRPr="00C15401">
        <w:rPr>
          <w:rFonts w:ascii="Tahoma" w:eastAsia="DejaVu Sans" w:hAnsi="Tahoma" w:cs="Tahoma"/>
        </w:rPr>
        <w:t xml:space="preserve"> </w:t>
      </w:r>
      <w:r w:rsidRPr="00C15401">
        <w:rPr>
          <w:rFonts w:ascii="Tahoma" w:eastAsia="DejaVu Sans" w:hAnsi="Tahoma" w:cs="Tahoma"/>
        </w:rPr>
        <w:t>تکرار</w:t>
      </w:r>
      <w:r w:rsidRPr="00C15401">
        <w:rPr>
          <w:rFonts w:ascii="Tahoma" w:eastAsia="DejaVu Sans" w:hAnsi="Tahoma" w:cs="Tahoma"/>
        </w:rPr>
        <w:t xml:space="preserve"> </w:t>
      </w:r>
      <w:r w:rsidRPr="00C15401">
        <w:rPr>
          <w:rFonts w:ascii="Tahoma" w:eastAsia="DejaVu Sans" w:hAnsi="Tahoma" w:cs="Tahoma"/>
        </w:rPr>
        <w:t>داده،</w:t>
      </w:r>
      <w:r w:rsidRPr="00C15401">
        <w:rPr>
          <w:rFonts w:ascii="Tahoma" w:eastAsia="DejaVu Sans" w:hAnsi="Tahoma" w:cs="Tahoma"/>
        </w:rPr>
        <w:t xml:space="preserve"> </w:t>
      </w:r>
      <w:r w:rsidRPr="00C15401">
        <w:rPr>
          <w:rFonts w:ascii="Tahoma" w:eastAsia="DejaVu Sans" w:hAnsi="Tahoma" w:cs="Tahoma"/>
        </w:rPr>
        <w:t>بازیابی</w:t>
      </w:r>
      <w:r w:rsidRPr="00C15401">
        <w:rPr>
          <w:rFonts w:ascii="Tahoma" w:eastAsia="DejaVu Sans" w:hAnsi="Tahoma" w:cs="Tahoma"/>
        </w:rPr>
        <w:t xml:space="preserve"> BIOS</w:t>
      </w:r>
      <w:r w:rsidRPr="00C15401">
        <w:rPr>
          <w:rFonts w:ascii="Tahoma" w:eastAsia="DejaVu Sans" w:hAnsi="Tahoma" w:cs="Tahoma"/>
        </w:rPr>
        <w:t>،</w:t>
      </w:r>
      <w:r w:rsidRPr="00C15401">
        <w:rPr>
          <w:rFonts w:ascii="Tahoma" w:eastAsia="DejaVu Sans" w:hAnsi="Tahoma" w:cs="Tahoma"/>
        </w:rPr>
        <w:t xml:space="preserve"> </w:t>
      </w:r>
      <w:r w:rsidRPr="00C15401">
        <w:rPr>
          <w:rFonts w:ascii="Tahoma" w:eastAsia="DejaVu Sans" w:hAnsi="Tahoma" w:cs="Tahoma"/>
        </w:rPr>
        <w:t>امنیت</w:t>
      </w:r>
      <w:r w:rsidRPr="00C15401">
        <w:rPr>
          <w:rFonts w:ascii="Tahoma" w:eastAsia="DejaVu Sans" w:hAnsi="Tahoma" w:cs="Tahoma"/>
        </w:rPr>
        <w:t xml:space="preserve"> </w:t>
      </w:r>
      <w:r w:rsidRPr="00C15401">
        <w:rPr>
          <w:rFonts w:ascii="Tahoma" w:eastAsia="DejaVu Sans" w:hAnsi="Tahoma" w:cs="Tahoma"/>
        </w:rPr>
        <w:t>کلیدها</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سیاست</w:t>
      </w:r>
      <w:r w:rsidRPr="00C15401">
        <w:rPr>
          <w:rFonts w:ascii="Tahoma" w:eastAsia="DejaVu Sans" w:hAnsi="Tahoma" w:cs="Tahoma"/>
        </w:rPr>
        <w:t xml:space="preserve"> </w:t>
      </w:r>
      <w:r w:rsidRPr="00C15401">
        <w:rPr>
          <w:rFonts w:ascii="Tahoma" w:eastAsia="DejaVu Sans" w:hAnsi="Tahoma" w:cs="Tahoma"/>
        </w:rPr>
        <w:t>نگهداری</w:t>
      </w:r>
      <w:r w:rsidRPr="00C15401">
        <w:rPr>
          <w:rFonts w:ascii="Tahoma" w:eastAsia="DejaVu Sans" w:hAnsi="Tahoma" w:cs="Tahoma"/>
        </w:rPr>
        <w:t xml:space="preserve"> </w:t>
      </w:r>
      <w:r w:rsidRPr="00C15401">
        <w:rPr>
          <w:rFonts w:ascii="Tahoma" w:eastAsia="DejaVu Sans" w:hAnsi="Tahoma" w:cs="Tahoma"/>
        </w:rPr>
        <w:t>داده؛</w:t>
      </w:r>
    </w:p>
    <w:p w14:paraId="31F08301"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تعداد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توزیع</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نمونه</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معیار</w:t>
      </w:r>
      <w:r w:rsidRPr="00C15401">
        <w:rPr>
          <w:rFonts w:ascii="Tahoma" w:eastAsia="DejaVu Sans" w:hAnsi="Tahoma" w:cs="Tahoma"/>
        </w:rPr>
        <w:t xml:space="preserve"> </w:t>
      </w:r>
      <w:r w:rsidRPr="00C15401">
        <w:rPr>
          <w:rFonts w:ascii="Tahoma" w:eastAsia="DejaVu Sans" w:hAnsi="Tahoma" w:cs="Tahoma"/>
        </w:rPr>
        <w:t>پوشش</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Engineering Link </w:t>
      </w:r>
      <w:r w:rsidRPr="00C15401">
        <w:rPr>
          <w:rFonts w:ascii="Tahoma" w:eastAsia="DejaVu Sans" w:hAnsi="Tahoma" w:cs="Tahoma"/>
        </w:rPr>
        <w:t>یا</w:t>
      </w:r>
      <w:r w:rsidRPr="00C15401">
        <w:rPr>
          <w:rFonts w:ascii="Tahoma" w:eastAsia="DejaVu Sans" w:hAnsi="Tahoma" w:cs="Tahoma"/>
        </w:rPr>
        <w:t xml:space="preserve"> </w:t>
      </w:r>
      <w:r w:rsidRPr="00C15401">
        <w:rPr>
          <w:rFonts w:ascii="Tahoma" w:eastAsia="DejaVu Sans" w:hAnsi="Tahoma" w:cs="Tahoma"/>
        </w:rPr>
        <w:t>ناحیه؛</w:t>
      </w:r>
    </w:p>
    <w:p w14:paraId="72DE99E6" w14:textId="77777777" w:rsidR="005D7765" w:rsidRPr="00C15401" w:rsidRDefault="0093767E" w:rsidP="00C15401">
      <w:pPr>
        <w:pStyle w:val="ListBullet"/>
        <w:bidi/>
        <w:spacing w:after="160" w:line="280" w:lineRule="auto"/>
        <w:ind w:left="0" w:right="720"/>
        <w:jc w:val="both"/>
        <w:rPr>
          <w:rFonts w:ascii="Tahoma" w:hAnsi="Tahoma" w:cs="Tahoma"/>
        </w:rPr>
      </w:pPr>
      <w:r w:rsidRPr="00C15401">
        <w:rPr>
          <w:rFonts w:ascii="Tahoma" w:eastAsia="DejaVu Sans" w:hAnsi="Tahoma" w:cs="Tahoma"/>
        </w:rPr>
        <w:t>روش</w:t>
      </w:r>
      <w:r w:rsidRPr="00C15401">
        <w:rPr>
          <w:rFonts w:ascii="Tahoma" w:eastAsia="DejaVu Sans" w:hAnsi="Tahoma" w:cs="Tahoma"/>
        </w:rPr>
        <w:t xml:space="preserve"> </w:t>
      </w:r>
      <w:r w:rsidRPr="00C15401">
        <w:rPr>
          <w:rFonts w:ascii="Tahoma" w:eastAsia="DejaVu Sans" w:hAnsi="Tahoma" w:cs="Tahoma"/>
        </w:rPr>
        <w:t>آزمون،</w:t>
      </w:r>
      <w:r w:rsidRPr="00C15401">
        <w:rPr>
          <w:rFonts w:ascii="Tahoma" w:eastAsia="DejaVu Sans" w:hAnsi="Tahoma" w:cs="Tahoma"/>
        </w:rPr>
        <w:t xml:space="preserve"> </w:t>
      </w:r>
      <w:r w:rsidRPr="00C15401">
        <w:rPr>
          <w:rFonts w:ascii="Tahoma" w:eastAsia="DejaVu Sans" w:hAnsi="Tahoma" w:cs="Tahoma"/>
        </w:rPr>
        <w:t>معیار</w:t>
      </w:r>
      <w:r w:rsidRPr="00C15401">
        <w:rPr>
          <w:rFonts w:ascii="Tahoma" w:eastAsia="DejaVu Sans" w:hAnsi="Tahoma" w:cs="Tahoma"/>
        </w:rPr>
        <w:t xml:space="preserve"> </w:t>
      </w:r>
      <w:r w:rsidRPr="00C15401">
        <w:rPr>
          <w:rFonts w:ascii="Tahoma" w:eastAsia="DejaVu Sans" w:hAnsi="Tahoma" w:cs="Tahoma"/>
        </w:rPr>
        <w:t>پذیرش</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Reference Specimen </w:t>
      </w:r>
      <w:r w:rsidRPr="00C15401">
        <w:rPr>
          <w:rFonts w:ascii="Tahoma" w:eastAsia="DejaVu Sans" w:hAnsi="Tahoma" w:cs="Tahoma"/>
        </w:rPr>
        <w:t>برای</w:t>
      </w:r>
      <w:r w:rsidRPr="00C15401">
        <w:rPr>
          <w:rFonts w:ascii="Tahoma" w:eastAsia="DejaVu Sans" w:hAnsi="Tahoma" w:cs="Tahoma"/>
        </w:rPr>
        <w:t xml:space="preserve"> Node</w:t>
      </w:r>
      <w:r w:rsidRPr="00C15401">
        <w:rPr>
          <w:rFonts w:ascii="Tahoma" w:eastAsia="DejaVu Sans" w:hAnsi="Tahoma" w:cs="Tahoma"/>
        </w:rPr>
        <w:t>،</w:t>
      </w:r>
      <w:r w:rsidRPr="00C15401">
        <w:rPr>
          <w:rFonts w:ascii="Tahoma" w:eastAsia="DejaVu Sans" w:hAnsi="Tahoma" w:cs="Tahoma"/>
        </w:rPr>
        <w:t xml:space="preserve"> Bay </w:t>
      </w:r>
      <w:r w:rsidRPr="00C15401">
        <w:rPr>
          <w:rFonts w:ascii="Tahoma" w:eastAsia="DejaVu Sans" w:hAnsi="Tahoma" w:cs="Tahoma"/>
        </w:rPr>
        <w:t>و</w:t>
      </w:r>
      <w:r w:rsidRPr="00C15401">
        <w:rPr>
          <w:rFonts w:ascii="Tahoma" w:eastAsia="DejaVu Sans" w:hAnsi="Tahoma" w:cs="Tahoma"/>
        </w:rPr>
        <w:t xml:space="preserve"> NCM.</w:t>
      </w:r>
    </w:p>
    <w:p w14:paraId="60C2F2E8"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t>بیانیه</w:t>
      </w:r>
      <w:r w:rsidRPr="00C15401">
        <w:rPr>
          <w:rFonts w:ascii="Tahoma" w:eastAsia="DejaVu Sans" w:hAnsi="Tahoma" w:cs="Tahoma"/>
        </w:rPr>
        <w:t>‌</w:t>
      </w:r>
      <w:r w:rsidRPr="00C15401">
        <w:rPr>
          <w:rFonts w:ascii="Tahoma" w:eastAsia="DejaVu Sans" w:hAnsi="Tahoma" w:cs="Tahoma"/>
        </w:rPr>
        <w:t>های</w:t>
      </w:r>
      <w:r w:rsidRPr="00C15401">
        <w:rPr>
          <w:rFonts w:ascii="Tahoma" w:eastAsia="DejaVu Sans" w:hAnsi="Tahoma" w:cs="Tahoma"/>
        </w:rPr>
        <w:t xml:space="preserve"> </w:t>
      </w:r>
      <w:r w:rsidRPr="00C15401">
        <w:rPr>
          <w:rFonts w:ascii="Tahoma" w:eastAsia="DejaVu Sans" w:hAnsi="Tahoma" w:cs="Tahoma"/>
        </w:rPr>
        <w:t>رسمی</w:t>
      </w:r>
      <w:r w:rsidRPr="00C15401">
        <w:rPr>
          <w:rFonts w:ascii="Tahoma" w:eastAsia="DejaVu Sans" w:hAnsi="Tahoma" w:cs="Tahoma"/>
        </w:rPr>
        <w:t xml:space="preserve"> </w:t>
      </w:r>
      <w:r w:rsidRPr="00C15401">
        <w:rPr>
          <w:rFonts w:ascii="Tahoma" w:eastAsia="DejaVu Sans" w:hAnsi="Tahoma" w:cs="Tahoma"/>
        </w:rPr>
        <w:t>پیشنهادی</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اسناد</w:t>
      </w:r>
      <w:r w:rsidRPr="00C15401">
        <w:rPr>
          <w:rFonts w:ascii="Tahoma" w:eastAsia="DejaVu Sans" w:hAnsi="Tahoma" w:cs="Tahoma"/>
        </w:rPr>
        <w:t xml:space="preserve"> </w:t>
      </w:r>
      <w:r w:rsidRPr="00C15401">
        <w:rPr>
          <w:rFonts w:ascii="Tahoma" w:eastAsia="DejaVu Sans" w:hAnsi="Tahoma" w:cs="Tahoma"/>
        </w:rPr>
        <w:t>آینده</w:t>
      </w:r>
    </w:p>
    <w:p w14:paraId="31ED8CEB"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System05 shall concentrate permanent structural capability within the Universal Node and place evolving sensing, communication, computation and actuation capabilities within replaceable Node Capability Modules. Engineering Links and distributed building components shall remain as simple and passive as practicable.</w:t>
      </w:r>
    </w:p>
    <w:p w14:paraId="0143D6A9"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Every NCM shall maintain a permanently exposed and accessible Active Service Face and shall remain inspectable, repairable, upgradeable and replaceable after completion of all building finishes.</w:t>
      </w:r>
    </w:p>
    <w:p w14:paraId="228EC938"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The Universal Node shall retain basic structural safety independently of NCM availability, electrical power, software, Building BIOS or artificial intelligence.</w:t>
      </w:r>
    </w:p>
    <w:p w14:paraId="5ACA292F"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The NCM ecosystem shall constitute the operational heart and distributed nervous system of a System05 building. NCM-CORE shall host the authoritative Building BIOS, operational AI Clone, system coordination, primary archive and recovery services.</w:t>
      </w:r>
    </w:p>
    <w:p w14:paraId="189ACC20"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Distributed NCMs may retain locally relevant and authenticated recovery data, but replicated storage shall not create competing authoritative records. Version, signature and authority rules shall preserve a single source of truth.</w:t>
      </w:r>
    </w:p>
    <w:p w14:paraId="0595B3E8"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System05 shall support replaceable Care and Medical NCMs capable of resident-safety monitoring, authorized health-data processing, caregiver communication and certified emergency escalation while preserving privacy, consent, local autonomy and fail-safe operation.</w:t>
      </w:r>
    </w:p>
    <w:p w14:paraId="5B237B4F" w14:textId="77777777" w:rsidR="005D7765" w:rsidRPr="00C15401" w:rsidRDefault="0093767E" w:rsidP="00C15401">
      <w:pPr>
        <w:keepLines/>
        <w:numPr>
          <w:ilvl w:val="0"/>
          <w:numId w:val="1"/>
        </w:numPr>
        <w:bidi/>
        <w:spacing w:line="264" w:lineRule="auto"/>
        <w:jc w:val="both"/>
        <w:rPr>
          <w:rFonts w:ascii="Tahoma" w:hAnsi="Tahoma" w:cs="Tahoma"/>
        </w:rPr>
      </w:pPr>
      <w:r w:rsidRPr="00C15401">
        <w:rPr>
          <w:rFonts w:ascii="Tahoma" w:eastAsia="DejaVu Sans" w:hAnsi="Tahoma" w:cs="Tahoma"/>
          <w:sz w:val="20"/>
        </w:rPr>
        <w:t>The initial NCM-2U Reference Envelope shall be 100 mm × 100 mm × 200 mm, with a nominal 100 mm × 200 mm Active Service Face and a nominal installation depth of 100 mm, subject to physical prototype validation.</w:t>
      </w:r>
    </w:p>
    <w:p w14:paraId="7B3E7018"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lastRenderedPageBreak/>
        <w:t>نتیجه</w:t>
      </w:r>
      <w:r w:rsidRPr="00C15401">
        <w:rPr>
          <w:rFonts w:ascii="Tahoma" w:eastAsia="DejaVu Sans" w:hAnsi="Tahoma" w:cs="Tahoma"/>
        </w:rPr>
        <w:t xml:space="preserve"> </w:t>
      </w:r>
      <w:r w:rsidRPr="00C15401">
        <w:rPr>
          <w:rFonts w:ascii="Tahoma" w:eastAsia="DejaVu Sans" w:hAnsi="Tahoma" w:cs="Tahoma"/>
        </w:rPr>
        <w:t>نهایی</w:t>
      </w:r>
    </w:p>
    <w:p w14:paraId="255F463A" w14:textId="77777777" w:rsidR="005D7765" w:rsidRPr="00C15401" w:rsidRDefault="0093767E" w:rsidP="00C15401">
      <w:pPr>
        <w:bidi/>
        <w:jc w:val="both"/>
        <w:rPr>
          <w:rFonts w:ascii="Tahoma" w:hAnsi="Tahoma" w:cs="Tahoma"/>
        </w:rPr>
      </w:pP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امروز</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 xml:space="preserve"> </w:t>
      </w:r>
      <w:r w:rsidRPr="00C15401">
        <w:rPr>
          <w:rFonts w:ascii="Tahoma" w:eastAsia="DejaVu Sans" w:hAnsi="Tahoma" w:cs="Tahoma"/>
        </w:rPr>
        <w:t>اصل</w:t>
      </w:r>
      <w:r w:rsidRPr="00C15401">
        <w:rPr>
          <w:rFonts w:ascii="Tahoma" w:eastAsia="DejaVu Sans" w:hAnsi="Tahoma" w:cs="Tahoma"/>
        </w:rPr>
        <w:t xml:space="preserve"> </w:t>
      </w:r>
      <w:r w:rsidRPr="00C15401">
        <w:rPr>
          <w:rFonts w:ascii="Tahoma" w:eastAsia="DejaVu Sans" w:hAnsi="Tahoma" w:cs="Tahoma"/>
        </w:rPr>
        <w:t>بنیادین</w:t>
      </w:r>
      <w:r w:rsidRPr="00C15401">
        <w:rPr>
          <w:rFonts w:ascii="Tahoma" w:eastAsia="DejaVu Sans" w:hAnsi="Tahoma" w:cs="Tahoma"/>
        </w:rPr>
        <w:t xml:space="preserve"> System05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روشن</w:t>
      </w:r>
      <w:r w:rsidRPr="00C15401">
        <w:rPr>
          <w:rFonts w:ascii="Tahoma" w:eastAsia="DejaVu Sans" w:hAnsi="Tahoma" w:cs="Tahoma"/>
        </w:rPr>
        <w:t xml:space="preserve"> </w:t>
      </w:r>
      <w:r w:rsidRPr="00C15401">
        <w:rPr>
          <w:rFonts w:ascii="Tahoma" w:eastAsia="DejaVu Sans" w:hAnsi="Tahoma" w:cs="Tahoma"/>
        </w:rPr>
        <w:t>کرد</w:t>
      </w:r>
      <w:r w:rsidRPr="00C15401">
        <w:rPr>
          <w:rFonts w:ascii="Tahoma" w:eastAsia="DejaVu Sans" w:hAnsi="Tahoma" w:cs="Tahoma"/>
        </w:rPr>
        <w:t xml:space="preserve">: </w:t>
      </w:r>
      <w:r w:rsidRPr="00C15401">
        <w:rPr>
          <w:rFonts w:ascii="Tahoma" w:eastAsia="DejaVu Sans" w:hAnsi="Tahoma" w:cs="Tahoma"/>
        </w:rPr>
        <w:t>خانه</w:t>
      </w:r>
      <w:r w:rsidRPr="00C15401">
        <w:rPr>
          <w:rFonts w:ascii="Tahoma" w:eastAsia="DejaVu Sans" w:hAnsi="Tahoma" w:cs="Tahoma"/>
        </w:rPr>
        <w:t xml:space="preserve"> </w:t>
      </w:r>
      <w:r w:rsidRPr="00C15401">
        <w:rPr>
          <w:rFonts w:ascii="Tahoma" w:eastAsia="DejaVu Sans" w:hAnsi="Tahoma" w:cs="Tahoma"/>
        </w:rPr>
        <w:t>نباید</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روز</w:t>
      </w:r>
      <w:r w:rsidRPr="00C15401">
        <w:rPr>
          <w:rFonts w:ascii="Tahoma" w:eastAsia="DejaVu Sans" w:hAnsi="Tahoma" w:cs="Tahoma"/>
        </w:rPr>
        <w:t xml:space="preserve"> </w:t>
      </w:r>
      <w:r w:rsidRPr="00C15401">
        <w:rPr>
          <w:rFonts w:ascii="Tahoma" w:eastAsia="DejaVu Sans" w:hAnsi="Tahoma" w:cs="Tahoma"/>
        </w:rPr>
        <w:t>ساخت</w:t>
      </w:r>
      <w:r w:rsidRPr="00C15401">
        <w:rPr>
          <w:rFonts w:ascii="Tahoma" w:eastAsia="DejaVu Sans" w:hAnsi="Tahoma" w:cs="Tahoma"/>
        </w:rPr>
        <w:t xml:space="preserve"> </w:t>
      </w:r>
      <w:r w:rsidRPr="00C15401">
        <w:rPr>
          <w:rFonts w:ascii="Tahoma" w:eastAsia="DejaVu Sans" w:hAnsi="Tahoma" w:cs="Tahoma"/>
        </w:rPr>
        <w:t>با</w:t>
      </w:r>
      <w:r w:rsidRPr="00C15401">
        <w:rPr>
          <w:rFonts w:ascii="Tahoma" w:eastAsia="DejaVu Sans" w:hAnsi="Tahoma" w:cs="Tahoma"/>
        </w:rPr>
        <w:t xml:space="preserve"> </w:t>
      </w:r>
      <w:r w:rsidRPr="00C15401">
        <w:rPr>
          <w:rFonts w:ascii="Tahoma" w:eastAsia="DejaVu Sans" w:hAnsi="Tahoma" w:cs="Tahoma"/>
        </w:rPr>
        <w:t>مجموعه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ثابت</w:t>
      </w:r>
      <w:r w:rsidRPr="00C15401">
        <w:rPr>
          <w:rFonts w:ascii="Tahoma" w:eastAsia="DejaVu Sans" w:hAnsi="Tahoma" w:cs="Tahoma"/>
        </w:rPr>
        <w:t xml:space="preserve"> </w:t>
      </w:r>
      <w:r w:rsidRPr="00C15401">
        <w:rPr>
          <w:rFonts w:ascii="Tahoma" w:eastAsia="DejaVu Sans" w:hAnsi="Tahoma" w:cs="Tahoma"/>
        </w:rPr>
        <w:t>از</w:t>
      </w:r>
      <w:r w:rsidRPr="00C15401">
        <w:rPr>
          <w:rFonts w:ascii="Tahoma" w:eastAsia="DejaVu Sans" w:hAnsi="Tahoma" w:cs="Tahoma"/>
        </w:rPr>
        <w:t xml:space="preserve"> </w:t>
      </w:r>
      <w:r w:rsidRPr="00C15401">
        <w:rPr>
          <w:rFonts w:ascii="Tahoma" w:eastAsia="DejaVu Sans" w:hAnsi="Tahoma" w:cs="Tahoma"/>
        </w:rPr>
        <w:t>قابلیت</w:t>
      </w:r>
      <w:r w:rsidRPr="00C15401">
        <w:rPr>
          <w:rFonts w:ascii="Tahoma" w:eastAsia="DejaVu Sans" w:hAnsi="Tahoma" w:cs="Tahoma"/>
        </w:rPr>
        <w:t>‌</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منجمد</w:t>
      </w:r>
      <w:r w:rsidRPr="00C15401">
        <w:rPr>
          <w:rFonts w:ascii="Tahoma" w:eastAsia="DejaVu Sans" w:hAnsi="Tahoma" w:cs="Tahoma"/>
        </w:rPr>
        <w:t xml:space="preserve"> </w:t>
      </w:r>
      <w:r w:rsidRPr="00C15401">
        <w:rPr>
          <w:rFonts w:ascii="Tahoma" w:eastAsia="DejaVu Sans" w:hAnsi="Tahoma" w:cs="Tahoma"/>
        </w:rPr>
        <w:t>شود</w:t>
      </w:r>
      <w:r w:rsidRPr="00C15401">
        <w:rPr>
          <w:rFonts w:ascii="Tahoma" w:eastAsia="DejaVu Sans" w:hAnsi="Tahoma" w:cs="Tahoma"/>
        </w:rPr>
        <w:t xml:space="preserve">. Universal Node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زیرساخت</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پایدار</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برای</w:t>
      </w:r>
      <w:r w:rsidRPr="00C15401">
        <w:rPr>
          <w:rFonts w:ascii="Tahoma" w:eastAsia="DejaVu Sans" w:hAnsi="Tahoma" w:cs="Tahoma"/>
        </w:rPr>
        <w:t xml:space="preserve"> </w:t>
      </w:r>
      <w:r w:rsidRPr="00C15401">
        <w:rPr>
          <w:rFonts w:ascii="Tahoma" w:eastAsia="DejaVu Sans" w:hAnsi="Tahoma" w:cs="Tahoma"/>
        </w:rPr>
        <w:t>چندین</w:t>
      </w:r>
      <w:r w:rsidRPr="00C15401">
        <w:rPr>
          <w:rFonts w:ascii="Tahoma" w:eastAsia="DejaVu Sans" w:hAnsi="Tahoma" w:cs="Tahoma"/>
        </w:rPr>
        <w:t xml:space="preserve"> </w:t>
      </w:r>
      <w:r w:rsidRPr="00C15401">
        <w:rPr>
          <w:rFonts w:ascii="Tahoma" w:eastAsia="DejaVu Sans" w:hAnsi="Tahoma" w:cs="Tahoma"/>
        </w:rPr>
        <w:t>دهه</w:t>
      </w:r>
      <w:r w:rsidRPr="00C15401">
        <w:rPr>
          <w:rFonts w:ascii="Tahoma" w:eastAsia="DejaVu Sans" w:hAnsi="Tahoma" w:cs="Tahoma"/>
        </w:rPr>
        <w:t xml:space="preserve"> </w:t>
      </w:r>
      <w:r w:rsidRPr="00C15401">
        <w:rPr>
          <w:rFonts w:ascii="Tahoma" w:eastAsia="DejaVu Sans" w:hAnsi="Tahoma" w:cs="Tahoma"/>
        </w:rPr>
        <w:t>حفظ</w:t>
      </w:r>
      <w:r w:rsidRPr="00C15401">
        <w:rPr>
          <w:rFonts w:ascii="Tahoma" w:eastAsia="DejaVu Sans" w:hAnsi="Tahoma" w:cs="Tahoma"/>
        </w:rPr>
        <w:t xml:space="preserve"> </w:t>
      </w:r>
      <w:r w:rsidRPr="00C15401">
        <w:rPr>
          <w:rFonts w:ascii="Tahoma" w:eastAsia="DejaVu Sans" w:hAnsi="Tahoma" w:cs="Tahoma"/>
        </w:rPr>
        <w:t>کند</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NCM</w:t>
      </w:r>
      <w:r w:rsidRPr="00C15401">
        <w:rPr>
          <w:rFonts w:ascii="Tahoma" w:eastAsia="DejaVu Sans" w:hAnsi="Tahoma" w:cs="Tahoma"/>
        </w:rPr>
        <w:t>ها</w:t>
      </w:r>
      <w:r w:rsidRPr="00C15401">
        <w:rPr>
          <w:rFonts w:ascii="Tahoma" w:eastAsia="DejaVu Sans" w:hAnsi="Tahoma" w:cs="Tahoma"/>
        </w:rPr>
        <w:t xml:space="preserve"> </w:t>
      </w:r>
      <w:r w:rsidRPr="00C15401">
        <w:rPr>
          <w:rFonts w:ascii="Tahoma" w:eastAsia="DejaVu Sans" w:hAnsi="Tahoma" w:cs="Tahoma"/>
        </w:rPr>
        <w:t>باید</w:t>
      </w:r>
      <w:r w:rsidRPr="00C15401">
        <w:rPr>
          <w:rFonts w:ascii="Tahoma" w:eastAsia="DejaVu Sans" w:hAnsi="Tahoma" w:cs="Tahoma"/>
        </w:rPr>
        <w:t xml:space="preserve"> </w:t>
      </w:r>
      <w:r w:rsidRPr="00C15401">
        <w:rPr>
          <w:rFonts w:ascii="Tahoma" w:eastAsia="DejaVu Sans" w:hAnsi="Tahoma" w:cs="Tahoma"/>
        </w:rPr>
        <w:t>امکان</w:t>
      </w:r>
      <w:r w:rsidRPr="00C15401">
        <w:rPr>
          <w:rFonts w:ascii="Tahoma" w:eastAsia="DejaVu Sans" w:hAnsi="Tahoma" w:cs="Tahoma"/>
        </w:rPr>
        <w:t xml:space="preserve"> </w:t>
      </w:r>
      <w:r w:rsidRPr="00C15401">
        <w:rPr>
          <w:rFonts w:ascii="Tahoma" w:eastAsia="DejaVu Sans" w:hAnsi="Tahoma" w:cs="Tahoma"/>
        </w:rPr>
        <w:t>رشد</w:t>
      </w:r>
      <w:r w:rsidRPr="00C15401">
        <w:rPr>
          <w:rFonts w:ascii="Tahoma" w:eastAsia="DejaVu Sans" w:hAnsi="Tahoma" w:cs="Tahoma"/>
        </w:rPr>
        <w:t xml:space="preserve"> </w:t>
      </w:r>
      <w:r w:rsidRPr="00C15401">
        <w:rPr>
          <w:rFonts w:ascii="Tahoma" w:eastAsia="DejaVu Sans" w:hAnsi="Tahoma" w:cs="Tahoma"/>
        </w:rPr>
        <w:t>مداوم</w:t>
      </w:r>
      <w:r w:rsidRPr="00C15401">
        <w:rPr>
          <w:rFonts w:ascii="Tahoma" w:eastAsia="DejaVu Sans" w:hAnsi="Tahoma" w:cs="Tahoma"/>
        </w:rPr>
        <w:t xml:space="preserve"> </w:t>
      </w:r>
      <w:r w:rsidRPr="00C15401">
        <w:rPr>
          <w:rFonts w:ascii="Tahoma" w:eastAsia="DejaVu Sans" w:hAnsi="Tahoma" w:cs="Tahoma"/>
        </w:rPr>
        <w:t>حسگری،</w:t>
      </w:r>
      <w:r w:rsidRPr="00C15401">
        <w:rPr>
          <w:rFonts w:ascii="Tahoma" w:eastAsia="DejaVu Sans" w:hAnsi="Tahoma" w:cs="Tahoma"/>
        </w:rPr>
        <w:t xml:space="preserve"> </w:t>
      </w:r>
      <w:r w:rsidRPr="00C15401">
        <w:rPr>
          <w:rFonts w:ascii="Tahoma" w:eastAsia="DejaVu Sans" w:hAnsi="Tahoma" w:cs="Tahoma"/>
        </w:rPr>
        <w:t>ارتباطی،</w:t>
      </w:r>
      <w:r w:rsidRPr="00C15401">
        <w:rPr>
          <w:rFonts w:ascii="Tahoma" w:eastAsia="DejaVu Sans" w:hAnsi="Tahoma" w:cs="Tahoma"/>
        </w:rPr>
        <w:t xml:space="preserve"> </w:t>
      </w:r>
      <w:r w:rsidRPr="00C15401">
        <w:rPr>
          <w:rFonts w:ascii="Tahoma" w:eastAsia="DejaVu Sans" w:hAnsi="Tahoma" w:cs="Tahoma"/>
        </w:rPr>
        <w:t>ایمنی،</w:t>
      </w:r>
      <w:r w:rsidRPr="00C15401">
        <w:rPr>
          <w:rFonts w:ascii="Tahoma" w:eastAsia="DejaVu Sans" w:hAnsi="Tahoma" w:cs="Tahoma"/>
        </w:rPr>
        <w:t xml:space="preserve"> </w:t>
      </w:r>
      <w:r w:rsidRPr="00C15401">
        <w:rPr>
          <w:rFonts w:ascii="Tahoma" w:eastAsia="DejaVu Sans" w:hAnsi="Tahoma" w:cs="Tahoma"/>
        </w:rPr>
        <w:t>مراقبتی،</w:t>
      </w:r>
      <w:r w:rsidRPr="00C15401">
        <w:rPr>
          <w:rFonts w:ascii="Tahoma" w:eastAsia="DejaVu Sans" w:hAnsi="Tahoma" w:cs="Tahoma"/>
        </w:rPr>
        <w:t xml:space="preserve"> </w:t>
      </w:r>
      <w:r w:rsidRPr="00C15401">
        <w:rPr>
          <w:rFonts w:ascii="Tahoma" w:eastAsia="DejaVu Sans" w:hAnsi="Tahoma" w:cs="Tahoma"/>
        </w:rPr>
        <w:t>صوتی</w:t>
      </w:r>
      <w:r w:rsidRPr="00C15401">
        <w:rPr>
          <w:rFonts w:ascii="Tahoma" w:eastAsia="DejaVu Sans" w:hAnsi="Tahoma" w:cs="Tahoma"/>
        </w:rPr>
        <w:t>‌</w:t>
      </w:r>
      <w:r w:rsidRPr="00C15401">
        <w:rPr>
          <w:rFonts w:ascii="Tahoma" w:eastAsia="DejaVu Sans" w:hAnsi="Tahoma" w:cs="Tahoma"/>
        </w:rPr>
        <w:t>ـ</w:t>
      </w:r>
      <w:r w:rsidRPr="00C15401">
        <w:rPr>
          <w:rFonts w:ascii="Tahoma" w:eastAsia="DejaVu Sans" w:hAnsi="Tahoma" w:cs="Tahoma"/>
        </w:rPr>
        <w:t>‌</w:t>
      </w:r>
      <w:r w:rsidRPr="00C15401">
        <w:rPr>
          <w:rFonts w:ascii="Tahoma" w:eastAsia="DejaVu Sans" w:hAnsi="Tahoma" w:cs="Tahoma"/>
        </w:rPr>
        <w:t>تصویری،</w:t>
      </w:r>
      <w:r w:rsidRPr="00C15401">
        <w:rPr>
          <w:rFonts w:ascii="Tahoma" w:eastAsia="DejaVu Sans" w:hAnsi="Tahoma" w:cs="Tahoma"/>
        </w:rPr>
        <w:t xml:space="preserve"> </w:t>
      </w:r>
      <w:r w:rsidRPr="00C15401">
        <w:rPr>
          <w:rFonts w:ascii="Tahoma" w:eastAsia="DejaVu Sans" w:hAnsi="Tahoma" w:cs="Tahoma"/>
        </w:rPr>
        <w:t>پزشکی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هوشمندی</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را</w:t>
      </w:r>
      <w:r w:rsidRPr="00C15401">
        <w:rPr>
          <w:rFonts w:ascii="Tahoma" w:eastAsia="DejaVu Sans" w:hAnsi="Tahoma" w:cs="Tahoma"/>
        </w:rPr>
        <w:t xml:space="preserve"> </w:t>
      </w:r>
      <w:r w:rsidRPr="00C15401">
        <w:rPr>
          <w:rFonts w:ascii="Tahoma" w:eastAsia="DejaVu Sans" w:hAnsi="Tahoma" w:cs="Tahoma"/>
        </w:rPr>
        <w:t>فراهم</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w:t>
      </w:r>
    </w:p>
    <w:p w14:paraId="5315DC23" w14:textId="77777777" w:rsidR="005D7765" w:rsidRPr="00C15401" w:rsidRDefault="0093767E" w:rsidP="00C15401">
      <w:pPr>
        <w:bidi/>
        <w:jc w:val="both"/>
        <w:rPr>
          <w:rFonts w:ascii="Tahoma" w:hAnsi="Tahoma" w:cs="Tahoma"/>
        </w:rPr>
      </w:pPr>
      <w:r w:rsidRPr="00C15401">
        <w:rPr>
          <w:rFonts w:ascii="Tahoma" w:eastAsia="DejaVu Sans" w:hAnsi="Tahoma" w:cs="Tahoma"/>
        </w:rPr>
        <w:t>بدنه</w:t>
      </w:r>
      <w:r w:rsidRPr="00C15401">
        <w:rPr>
          <w:rFonts w:ascii="Tahoma" w:eastAsia="DejaVu Sans" w:hAnsi="Tahoma" w:cs="Tahoma"/>
        </w:rPr>
        <w:t xml:space="preserve"> </w:t>
      </w:r>
      <w:r w:rsidRPr="00C15401">
        <w:rPr>
          <w:rFonts w:ascii="Tahoma" w:eastAsia="DejaVu Sans" w:hAnsi="Tahoma" w:cs="Tahoma"/>
        </w:rPr>
        <w:t>سازه</w:t>
      </w:r>
      <w:r w:rsidRPr="00C15401">
        <w:rPr>
          <w:rFonts w:ascii="Tahoma" w:eastAsia="DejaVu Sans" w:hAnsi="Tahoma" w:cs="Tahoma"/>
        </w:rPr>
        <w:t>‌</w:t>
      </w:r>
      <w:r w:rsidRPr="00C15401">
        <w:rPr>
          <w:rFonts w:ascii="Tahoma" w:eastAsia="DejaVu Sans" w:hAnsi="Tahoma" w:cs="Tahoma"/>
        </w:rPr>
        <w:t>ای</w:t>
      </w:r>
      <w:r w:rsidRPr="00C15401">
        <w:rPr>
          <w:rFonts w:ascii="Tahoma" w:eastAsia="DejaVu Sans" w:hAnsi="Tahoma" w:cs="Tahoma"/>
        </w:rPr>
        <w:t xml:space="preserve"> </w:t>
      </w:r>
      <w:r w:rsidRPr="00C15401">
        <w:rPr>
          <w:rFonts w:ascii="Tahoma" w:eastAsia="DejaVu Sans" w:hAnsi="Tahoma" w:cs="Tahoma"/>
        </w:rPr>
        <w:t>قرمز</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تواند</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دهه</w:t>
      </w:r>
      <w:r w:rsidRPr="00C15401">
        <w:rPr>
          <w:rFonts w:ascii="Tahoma" w:eastAsia="DejaVu Sans" w:hAnsi="Tahoma" w:cs="Tahoma"/>
        </w:rPr>
        <w:t xml:space="preserve"> </w:t>
      </w:r>
      <w:r w:rsidRPr="00C15401">
        <w:rPr>
          <w:rFonts w:ascii="Tahoma" w:eastAsia="DejaVu Sans" w:hAnsi="Tahoma" w:cs="Tahoma"/>
        </w:rPr>
        <w:t>باقی</w:t>
      </w:r>
      <w:r w:rsidRPr="00C15401">
        <w:rPr>
          <w:rFonts w:ascii="Tahoma" w:eastAsia="DejaVu Sans" w:hAnsi="Tahoma" w:cs="Tahoma"/>
        </w:rPr>
        <w:t xml:space="preserve"> </w:t>
      </w:r>
      <w:r w:rsidRPr="00C15401">
        <w:rPr>
          <w:rFonts w:ascii="Tahoma" w:eastAsia="DejaVu Sans" w:hAnsi="Tahoma" w:cs="Tahoma"/>
        </w:rPr>
        <w:t>بماند؛</w:t>
      </w:r>
      <w:r w:rsidRPr="00C15401">
        <w:rPr>
          <w:rFonts w:ascii="Tahoma" w:eastAsia="DejaVu Sans" w:hAnsi="Tahoma" w:cs="Tahoma"/>
        </w:rPr>
        <w:t xml:space="preserve"> </w:t>
      </w:r>
      <w:r w:rsidRPr="00C15401">
        <w:rPr>
          <w:rFonts w:ascii="Tahoma" w:eastAsia="DejaVu Sans" w:hAnsi="Tahoma" w:cs="Tahoma"/>
        </w:rPr>
        <w:t>مغزهای</w:t>
      </w:r>
      <w:r w:rsidRPr="00C15401">
        <w:rPr>
          <w:rFonts w:ascii="Tahoma" w:eastAsia="DejaVu Sans" w:hAnsi="Tahoma" w:cs="Tahoma"/>
        </w:rPr>
        <w:t xml:space="preserve"> </w:t>
      </w:r>
      <w:r w:rsidRPr="00C15401">
        <w:rPr>
          <w:rFonts w:ascii="Tahoma" w:eastAsia="DejaVu Sans" w:hAnsi="Tahoma" w:cs="Tahoma"/>
        </w:rPr>
        <w:t>آبی</w:t>
      </w:r>
      <w:r w:rsidRPr="00C15401">
        <w:rPr>
          <w:rFonts w:ascii="Tahoma" w:eastAsia="DejaVu Sans" w:hAnsi="Tahoma" w:cs="Tahoma"/>
        </w:rPr>
        <w:t xml:space="preserve"> </w:t>
      </w:r>
      <w:r w:rsidRPr="00C15401">
        <w:rPr>
          <w:rFonts w:ascii="Tahoma" w:eastAsia="DejaVu Sans" w:hAnsi="Tahoma" w:cs="Tahoma"/>
        </w:rPr>
        <w:t>می</w:t>
      </w:r>
      <w:r w:rsidRPr="00C15401">
        <w:rPr>
          <w:rFonts w:ascii="Tahoma" w:eastAsia="DejaVu Sans" w:hAnsi="Tahoma" w:cs="Tahoma"/>
        </w:rPr>
        <w:t>‌</w:t>
      </w:r>
      <w:r w:rsidRPr="00C15401">
        <w:rPr>
          <w:rFonts w:ascii="Tahoma" w:eastAsia="DejaVu Sans" w:hAnsi="Tahoma" w:cs="Tahoma"/>
        </w:rPr>
        <w:t>توانند</w:t>
      </w:r>
      <w:r w:rsidRPr="00C15401">
        <w:rPr>
          <w:rFonts w:ascii="Tahoma" w:eastAsia="DejaVu Sans" w:hAnsi="Tahoma" w:cs="Tahoma"/>
        </w:rPr>
        <w:t xml:space="preserve"> </w:t>
      </w:r>
      <w:r w:rsidRPr="00C15401">
        <w:rPr>
          <w:rFonts w:ascii="Tahoma" w:eastAsia="DejaVu Sans" w:hAnsi="Tahoma" w:cs="Tahoma"/>
        </w:rPr>
        <w:t>هر</w:t>
      </w:r>
      <w:r w:rsidRPr="00C15401">
        <w:rPr>
          <w:rFonts w:ascii="Tahoma" w:eastAsia="DejaVu Sans" w:hAnsi="Tahoma" w:cs="Tahoma"/>
        </w:rPr>
        <w:t xml:space="preserve"> </w:t>
      </w:r>
      <w:r w:rsidRPr="00C15401">
        <w:rPr>
          <w:rFonts w:ascii="Tahoma" w:eastAsia="DejaVu Sans" w:hAnsi="Tahoma" w:cs="Tahoma"/>
        </w:rPr>
        <w:t>چند</w:t>
      </w:r>
      <w:r w:rsidRPr="00C15401">
        <w:rPr>
          <w:rFonts w:ascii="Tahoma" w:eastAsia="DejaVu Sans" w:hAnsi="Tahoma" w:cs="Tahoma"/>
        </w:rPr>
        <w:t xml:space="preserve"> </w:t>
      </w:r>
      <w:r w:rsidRPr="00C15401">
        <w:rPr>
          <w:rFonts w:ascii="Tahoma" w:eastAsia="DejaVu Sans" w:hAnsi="Tahoma" w:cs="Tahoma"/>
        </w:rPr>
        <w:t>سال</w:t>
      </w:r>
      <w:r w:rsidRPr="00C15401">
        <w:rPr>
          <w:rFonts w:ascii="Tahoma" w:eastAsia="DejaVu Sans" w:hAnsi="Tahoma" w:cs="Tahoma"/>
        </w:rPr>
        <w:t xml:space="preserve"> </w:t>
      </w:r>
      <w:r w:rsidRPr="00C15401">
        <w:rPr>
          <w:rFonts w:ascii="Tahoma" w:eastAsia="DejaVu Sans" w:hAnsi="Tahoma" w:cs="Tahoma"/>
        </w:rPr>
        <w:t>یک</w:t>
      </w:r>
      <w:r w:rsidRPr="00C15401">
        <w:rPr>
          <w:rFonts w:ascii="Tahoma" w:eastAsia="DejaVu Sans" w:hAnsi="Tahoma" w:cs="Tahoma"/>
        </w:rPr>
        <w:t>‌</w:t>
      </w:r>
      <w:r w:rsidRPr="00C15401">
        <w:rPr>
          <w:rFonts w:ascii="Tahoma" w:eastAsia="DejaVu Sans" w:hAnsi="Tahoma" w:cs="Tahoma"/>
        </w:rPr>
        <w:t>بار</w:t>
      </w:r>
      <w:r w:rsidRPr="00C15401">
        <w:rPr>
          <w:rFonts w:ascii="Tahoma" w:eastAsia="DejaVu Sans" w:hAnsi="Tahoma" w:cs="Tahoma"/>
        </w:rPr>
        <w:t xml:space="preserve"> </w:t>
      </w:r>
      <w:r w:rsidRPr="00C15401">
        <w:rPr>
          <w:rFonts w:ascii="Tahoma" w:eastAsia="DejaVu Sans" w:hAnsi="Tahoma" w:cs="Tahoma"/>
        </w:rPr>
        <w:t>بدون</w:t>
      </w:r>
      <w:r w:rsidRPr="00C15401">
        <w:rPr>
          <w:rFonts w:ascii="Tahoma" w:eastAsia="DejaVu Sans" w:hAnsi="Tahoma" w:cs="Tahoma"/>
        </w:rPr>
        <w:t xml:space="preserve"> </w:t>
      </w:r>
      <w:r w:rsidRPr="00C15401">
        <w:rPr>
          <w:rFonts w:ascii="Tahoma" w:eastAsia="DejaVu Sans" w:hAnsi="Tahoma" w:cs="Tahoma"/>
        </w:rPr>
        <w:t>تخریب</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 xml:space="preserve"> </w:t>
      </w:r>
      <w:r w:rsidRPr="00C15401">
        <w:rPr>
          <w:rFonts w:ascii="Tahoma" w:eastAsia="DejaVu Sans" w:hAnsi="Tahoma" w:cs="Tahoma"/>
        </w:rPr>
        <w:t>ارتقا</w:t>
      </w:r>
      <w:r w:rsidRPr="00C15401">
        <w:rPr>
          <w:rFonts w:ascii="Tahoma" w:eastAsia="DejaVu Sans" w:hAnsi="Tahoma" w:cs="Tahoma"/>
        </w:rPr>
        <w:t xml:space="preserve"> </w:t>
      </w:r>
      <w:r w:rsidRPr="00C15401">
        <w:rPr>
          <w:rFonts w:ascii="Tahoma" w:eastAsia="DejaVu Sans" w:hAnsi="Tahoma" w:cs="Tahoma"/>
        </w:rPr>
        <w:t>پیدا</w:t>
      </w:r>
      <w:r w:rsidRPr="00C15401">
        <w:rPr>
          <w:rFonts w:ascii="Tahoma" w:eastAsia="DejaVu Sans" w:hAnsi="Tahoma" w:cs="Tahoma"/>
        </w:rPr>
        <w:t xml:space="preserve"> </w:t>
      </w:r>
      <w:r w:rsidRPr="00C15401">
        <w:rPr>
          <w:rFonts w:ascii="Tahoma" w:eastAsia="DejaVu Sans" w:hAnsi="Tahoma" w:cs="Tahoma"/>
        </w:rPr>
        <w:t>کنند</w:t>
      </w:r>
      <w:r w:rsidRPr="00C15401">
        <w:rPr>
          <w:rFonts w:ascii="Tahoma" w:eastAsia="DejaVu Sans" w:hAnsi="Tahoma" w:cs="Tahoma"/>
        </w:rPr>
        <w:t xml:space="preserve">. </w:t>
      </w:r>
      <w:r w:rsidRPr="00C15401">
        <w:rPr>
          <w:rFonts w:ascii="Tahoma" w:eastAsia="DejaVu Sans" w:hAnsi="Tahoma" w:cs="Tahoma"/>
        </w:rPr>
        <w:t>ارزش</w:t>
      </w:r>
      <w:r w:rsidRPr="00C15401">
        <w:rPr>
          <w:rFonts w:ascii="Tahoma" w:eastAsia="DejaVu Sans" w:hAnsi="Tahoma" w:cs="Tahoma"/>
        </w:rPr>
        <w:t xml:space="preserve"> </w:t>
      </w:r>
      <w:r w:rsidRPr="00C15401">
        <w:rPr>
          <w:rFonts w:ascii="Tahoma" w:eastAsia="DejaVu Sans" w:hAnsi="Tahoma" w:cs="Tahoma"/>
        </w:rPr>
        <w:t>واقعی</w:t>
      </w:r>
      <w:r w:rsidRPr="00C15401">
        <w:rPr>
          <w:rFonts w:ascii="Tahoma" w:eastAsia="DejaVu Sans" w:hAnsi="Tahoma" w:cs="Tahoma"/>
        </w:rPr>
        <w:t xml:space="preserve"> </w:t>
      </w:r>
      <w:r w:rsidRPr="00C15401">
        <w:rPr>
          <w:rFonts w:ascii="Tahoma" w:eastAsia="DejaVu Sans" w:hAnsi="Tahoma" w:cs="Tahoma"/>
        </w:rPr>
        <w:t>این</w:t>
      </w:r>
      <w:r w:rsidRPr="00C15401">
        <w:rPr>
          <w:rFonts w:ascii="Tahoma" w:eastAsia="DejaVu Sans" w:hAnsi="Tahoma" w:cs="Tahoma"/>
        </w:rPr>
        <w:t xml:space="preserve"> </w:t>
      </w:r>
      <w:r w:rsidRPr="00C15401">
        <w:rPr>
          <w:rFonts w:ascii="Tahoma" w:eastAsia="DejaVu Sans" w:hAnsi="Tahoma" w:cs="Tahoma"/>
        </w:rPr>
        <w:t>معماری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همین</w:t>
      </w:r>
      <w:r w:rsidRPr="00C15401">
        <w:rPr>
          <w:rFonts w:ascii="Tahoma" w:eastAsia="DejaVu Sans" w:hAnsi="Tahoma" w:cs="Tahoma"/>
        </w:rPr>
        <w:t xml:space="preserve"> </w:t>
      </w:r>
      <w:r w:rsidRPr="00C15401">
        <w:rPr>
          <w:rFonts w:ascii="Tahoma" w:eastAsia="DejaVu Sans" w:hAnsi="Tahoma" w:cs="Tahoma"/>
        </w:rPr>
        <w:t>جداسازی</w:t>
      </w:r>
      <w:r w:rsidRPr="00C15401">
        <w:rPr>
          <w:rFonts w:ascii="Tahoma" w:eastAsia="DejaVu Sans" w:hAnsi="Tahoma" w:cs="Tahoma"/>
        </w:rPr>
        <w:t xml:space="preserve"> </w:t>
      </w:r>
      <w:r w:rsidRPr="00C15401">
        <w:rPr>
          <w:rFonts w:ascii="Tahoma" w:eastAsia="DejaVu Sans" w:hAnsi="Tahoma" w:cs="Tahoma"/>
        </w:rPr>
        <w:t>است</w:t>
      </w:r>
      <w:r w:rsidRPr="00C15401">
        <w:rPr>
          <w:rFonts w:ascii="Tahoma" w:eastAsia="DejaVu Sans" w:hAnsi="Tahoma" w:cs="Tahoma"/>
        </w:rPr>
        <w:t xml:space="preserve">: </w:t>
      </w:r>
      <w:r w:rsidRPr="00C15401">
        <w:rPr>
          <w:rFonts w:ascii="Tahoma" w:eastAsia="DejaVu Sans" w:hAnsi="Tahoma" w:cs="Tahoma"/>
        </w:rPr>
        <w:t>ثبات</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ساختار،</w:t>
      </w:r>
      <w:r w:rsidRPr="00C15401">
        <w:rPr>
          <w:rFonts w:ascii="Tahoma" w:eastAsia="DejaVu Sans" w:hAnsi="Tahoma" w:cs="Tahoma"/>
        </w:rPr>
        <w:t xml:space="preserve"> </w:t>
      </w:r>
      <w:r w:rsidRPr="00C15401">
        <w:rPr>
          <w:rFonts w:ascii="Tahoma" w:eastAsia="DejaVu Sans" w:hAnsi="Tahoma" w:cs="Tahoma"/>
        </w:rPr>
        <w:t>آزادی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نوآوری</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پیوستگی</w:t>
      </w:r>
      <w:r w:rsidRPr="00C15401">
        <w:rPr>
          <w:rFonts w:ascii="Tahoma" w:eastAsia="DejaVu Sans" w:hAnsi="Tahoma" w:cs="Tahoma"/>
        </w:rPr>
        <w:t xml:space="preserve"> </w:t>
      </w:r>
      <w:r w:rsidRPr="00C15401">
        <w:rPr>
          <w:rFonts w:ascii="Tahoma" w:eastAsia="DejaVu Sans" w:hAnsi="Tahoma" w:cs="Tahoma"/>
        </w:rPr>
        <w:t>در</w:t>
      </w:r>
      <w:r w:rsidRPr="00C15401">
        <w:rPr>
          <w:rFonts w:ascii="Tahoma" w:eastAsia="DejaVu Sans" w:hAnsi="Tahoma" w:cs="Tahoma"/>
        </w:rPr>
        <w:t xml:space="preserve"> </w:t>
      </w:r>
      <w:r w:rsidRPr="00C15401">
        <w:rPr>
          <w:rFonts w:ascii="Tahoma" w:eastAsia="DejaVu Sans" w:hAnsi="Tahoma" w:cs="Tahoma"/>
        </w:rPr>
        <w:t>حافظه</w:t>
      </w:r>
      <w:r w:rsidRPr="00C15401">
        <w:rPr>
          <w:rFonts w:ascii="Tahoma" w:eastAsia="DejaVu Sans" w:hAnsi="Tahoma" w:cs="Tahoma"/>
        </w:rPr>
        <w:t xml:space="preserve"> </w:t>
      </w:r>
      <w:r w:rsidRPr="00C15401">
        <w:rPr>
          <w:rFonts w:ascii="Tahoma" w:eastAsia="DejaVu Sans" w:hAnsi="Tahoma" w:cs="Tahoma"/>
        </w:rPr>
        <w:t>و</w:t>
      </w:r>
      <w:r w:rsidRPr="00C15401">
        <w:rPr>
          <w:rFonts w:ascii="Tahoma" w:eastAsia="DejaVu Sans" w:hAnsi="Tahoma" w:cs="Tahoma"/>
        </w:rPr>
        <w:t xml:space="preserve"> </w:t>
      </w:r>
      <w:r w:rsidRPr="00C15401">
        <w:rPr>
          <w:rFonts w:ascii="Tahoma" w:eastAsia="DejaVu Sans" w:hAnsi="Tahoma" w:cs="Tahoma"/>
        </w:rPr>
        <w:t>هویت</w:t>
      </w:r>
      <w:r w:rsidRPr="00C15401">
        <w:rPr>
          <w:rFonts w:ascii="Tahoma" w:eastAsia="DejaVu Sans" w:hAnsi="Tahoma" w:cs="Tahoma"/>
        </w:rPr>
        <w:t xml:space="preserve"> </w:t>
      </w:r>
      <w:r w:rsidRPr="00C15401">
        <w:rPr>
          <w:rFonts w:ascii="Tahoma" w:eastAsia="DejaVu Sans" w:hAnsi="Tahoma" w:cs="Tahoma"/>
        </w:rPr>
        <w:t>ساختمان</w:t>
      </w:r>
      <w:r w:rsidRPr="00C15401">
        <w:rPr>
          <w:rFonts w:ascii="Tahoma" w:eastAsia="DejaVu Sans" w:hAnsi="Tahoma" w:cs="Tahoma"/>
        </w:rPr>
        <w:t>.</w:t>
      </w:r>
    </w:p>
    <w:p w14:paraId="08AB05FB" w14:textId="77777777" w:rsidR="005D7765" w:rsidRPr="00C15401" w:rsidRDefault="0093767E" w:rsidP="00C15401">
      <w:pPr>
        <w:bidi/>
        <w:jc w:val="both"/>
        <w:rPr>
          <w:rFonts w:ascii="Tahoma" w:hAnsi="Tahoma" w:cs="Tahoma"/>
        </w:rPr>
      </w:pPr>
      <w:r w:rsidRPr="00C15401">
        <w:rPr>
          <w:rFonts w:ascii="Tahoma" w:hAnsi="Tahoma" w:cs="Tahoma"/>
        </w:rPr>
        <w:br w:type="page"/>
      </w:r>
    </w:p>
    <w:p w14:paraId="24112ACD" w14:textId="77777777" w:rsidR="005D7765" w:rsidRPr="00C15401" w:rsidRDefault="0093767E" w:rsidP="00C15401">
      <w:pPr>
        <w:pStyle w:val="Heading1"/>
        <w:bidi/>
        <w:jc w:val="both"/>
        <w:rPr>
          <w:rFonts w:ascii="Tahoma" w:hAnsi="Tahoma" w:cs="Tahoma"/>
        </w:rPr>
      </w:pPr>
      <w:r w:rsidRPr="00C15401">
        <w:rPr>
          <w:rFonts w:ascii="Tahoma" w:eastAsia="DejaVu Sans" w:hAnsi="Tahoma" w:cs="Tahoma"/>
        </w:rPr>
        <w:lastRenderedPageBreak/>
        <w:t>اسناد</w:t>
      </w:r>
      <w:r w:rsidRPr="00C15401">
        <w:rPr>
          <w:rFonts w:ascii="Tahoma" w:eastAsia="DejaVu Sans" w:hAnsi="Tahoma" w:cs="Tahoma"/>
        </w:rPr>
        <w:t xml:space="preserve"> </w:t>
      </w:r>
      <w:r w:rsidRPr="00C15401">
        <w:rPr>
          <w:rFonts w:ascii="Tahoma" w:eastAsia="DejaVu Sans" w:hAnsi="Tahoma" w:cs="Tahoma"/>
        </w:rPr>
        <w:t>مبنا</w:t>
      </w:r>
    </w:p>
    <w:p w14:paraId="41A3D24A"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S05-CON-001 — Extended Review Draft v0.1</w:t>
      </w:r>
    </w:p>
    <w:p w14:paraId="44C7363A" w14:textId="77777777" w:rsidR="005D7765" w:rsidRPr="00C15401" w:rsidRDefault="0093767E" w:rsidP="00C15401">
      <w:pPr>
        <w:bidi/>
        <w:spacing w:after="160"/>
        <w:jc w:val="both"/>
        <w:rPr>
          <w:rFonts w:ascii="Tahoma" w:hAnsi="Tahoma" w:cs="Tahoma"/>
        </w:rPr>
      </w:pPr>
      <w:r w:rsidRPr="00C15401">
        <w:rPr>
          <w:rFonts w:ascii="Tahoma" w:eastAsia="DejaVu Sans" w:hAnsi="Tahoma" w:cs="Tahoma"/>
        </w:rPr>
        <w:t>Relevant principles: Standardize Interfaces, Not Innovation; Dumb Components – Smart Interfaces; Design for Inspection; Design for Replacement; Physical and Digital Coherence.</w:t>
      </w:r>
    </w:p>
    <w:p w14:paraId="297824A4" w14:textId="77777777" w:rsidR="005D7765" w:rsidRPr="00C15401" w:rsidRDefault="0093767E" w:rsidP="00C15401">
      <w:pPr>
        <w:pStyle w:val="Heading2"/>
        <w:bidi/>
        <w:jc w:val="both"/>
        <w:rPr>
          <w:rFonts w:ascii="Tahoma" w:hAnsi="Tahoma" w:cs="Tahoma"/>
        </w:rPr>
      </w:pPr>
      <w:r w:rsidRPr="00C15401">
        <w:rPr>
          <w:rFonts w:ascii="Tahoma" w:eastAsia="DejaVu Sans" w:hAnsi="Tahoma" w:cs="Tahoma"/>
        </w:rPr>
        <w:t>S05-CON-002 — Engineering Principles and System Architecture Draft v0.1</w:t>
      </w:r>
    </w:p>
    <w:p w14:paraId="01226BB1" w14:textId="77777777" w:rsidR="005D7765" w:rsidRPr="00C15401" w:rsidRDefault="0093767E" w:rsidP="00C15401">
      <w:pPr>
        <w:bidi/>
        <w:spacing w:after="160"/>
        <w:jc w:val="both"/>
        <w:rPr>
          <w:rFonts w:ascii="Tahoma" w:hAnsi="Tahoma" w:cs="Tahoma"/>
        </w:rPr>
      </w:pPr>
      <w:r w:rsidRPr="00C15401">
        <w:rPr>
          <w:rFonts w:ascii="Tahoma" w:eastAsia="DejaVu Sans" w:hAnsi="Tahoma" w:cs="Tahoma"/>
        </w:rPr>
        <w:t>Relevant principles: Durable Structural Platforms + Replaceable Functional Systems; Structural Layer Independence; Modular Evolution; Digital Single Source of Truth; Sensor Network; Lifecycle Continuity.</w:t>
      </w:r>
    </w:p>
    <w:sectPr w:rsidR="005D7765" w:rsidRPr="00C15401" w:rsidSect="00034616">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DD85E" w14:textId="77777777" w:rsidR="0093767E" w:rsidRDefault="0093767E">
      <w:pPr>
        <w:spacing w:after="0" w:line="240" w:lineRule="auto"/>
        <w:rPr>
          <w:rFonts w:hint="eastAsia"/>
        </w:rPr>
      </w:pPr>
      <w:r>
        <w:separator/>
      </w:r>
    </w:p>
  </w:endnote>
  <w:endnote w:type="continuationSeparator" w:id="0">
    <w:p w14:paraId="089316E6" w14:textId="77777777" w:rsidR="0093767E" w:rsidRDefault="0093767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0142A" w14:textId="6B034A0B" w:rsidR="005D7765" w:rsidRDefault="0093767E">
    <w:pPr>
      <w:pStyle w:val="Footer"/>
      <w:jc w:val="center"/>
      <w:rPr>
        <w:rFonts w:hint="eastAsia"/>
      </w:rPr>
    </w:pPr>
    <w:r>
      <w:rPr>
        <w:rFonts w:eastAsia="DejaVu Sans"/>
        <w:color w:val="666666"/>
        <w:sz w:val="17"/>
      </w:rPr>
      <w:t xml:space="preserve">Page </w:t>
    </w:r>
    <w:r>
      <w:rPr>
        <w:rFonts w:eastAsia="DejaVu Sans"/>
        <w:color w:val="666666"/>
        <w:sz w:val="17"/>
      </w:rPr>
      <w:fldChar w:fldCharType="begin"/>
    </w:r>
    <w:r>
      <w:rPr>
        <w:rFonts w:eastAsia="DejaVu Sans"/>
        <w:color w:val="666666"/>
        <w:sz w:val="17"/>
      </w:rPr>
      <w:instrText xml:space="preserve"> PAGE </w:instrText>
    </w:r>
    <w:r w:rsidR="00C15401">
      <w:rPr>
        <w:rFonts w:eastAsia="DejaVu Sans"/>
        <w:color w:val="666666"/>
        <w:sz w:val="17"/>
      </w:rPr>
      <w:fldChar w:fldCharType="separate"/>
    </w:r>
    <w:r w:rsidR="00C15401">
      <w:rPr>
        <w:rFonts w:eastAsia="DejaVu Sans"/>
        <w:noProof/>
        <w:color w:val="666666"/>
        <w:sz w:val="17"/>
      </w:rPr>
      <w:t>1</w:t>
    </w:r>
    <w:r>
      <w:rPr>
        <w:rFonts w:eastAsia="DejaVu Sans"/>
        <w:color w:val="666666"/>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165C9" w14:textId="77777777" w:rsidR="0093767E" w:rsidRDefault="0093767E">
      <w:pPr>
        <w:spacing w:after="0" w:line="240" w:lineRule="auto"/>
        <w:rPr>
          <w:rFonts w:hint="eastAsia"/>
        </w:rPr>
      </w:pPr>
      <w:r>
        <w:separator/>
      </w:r>
    </w:p>
  </w:footnote>
  <w:footnote w:type="continuationSeparator" w:id="0">
    <w:p w14:paraId="6FD76464" w14:textId="77777777" w:rsidR="0093767E" w:rsidRDefault="0093767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45F60" w14:textId="77777777" w:rsidR="005D7765" w:rsidRDefault="0093767E">
    <w:pPr>
      <w:pStyle w:val="Header"/>
      <w:rPr>
        <w:rFonts w:hint="eastAsia"/>
      </w:rPr>
    </w:pPr>
    <w:r>
      <w:rPr>
        <w:rFonts w:eastAsia="DejaVu Sans"/>
        <w:b/>
        <w:color w:val="666666"/>
        <w:sz w:val="17"/>
      </w:rPr>
      <w:t>SYSTEM</w:t>
    </w:r>
    <w:proofErr w:type="gramStart"/>
    <w:r>
      <w:rPr>
        <w:rFonts w:eastAsia="DejaVu Sans"/>
        <w:b/>
        <w:color w:val="666666"/>
        <w:sz w:val="17"/>
      </w:rPr>
      <w:t>05  |</w:t>
    </w:r>
    <w:proofErr w:type="gramEnd"/>
    <w:r>
      <w:rPr>
        <w:rFonts w:eastAsia="DejaVu Sans"/>
        <w:b/>
        <w:color w:val="666666"/>
        <w:sz w:val="17"/>
      </w:rPr>
      <w:t xml:space="preserve">  S05-ADR-NODE-NCM-</w:t>
    </w:r>
    <w:proofErr w:type="gramStart"/>
    <w:r>
      <w:rPr>
        <w:rFonts w:eastAsia="DejaVu Sans"/>
        <w:b/>
        <w:color w:val="666666"/>
        <w:sz w:val="17"/>
      </w:rPr>
      <w:t>001  |</w:t>
    </w:r>
    <w:proofErr w:type="gramEnd"/>
    <w:r>
      <w:rPr>
        <w:rFonts w:eastAsia="DejaVu Sans"/>
        <w:b/>
        <w:color w:val="666666"/>
        <w:sz w:val="17"/>
      </w:rPr>
      <w:t xml:space="preserve">  WORKING ARCHITECTURE RECORD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AC352A"/>
    <w:multiLevelType w:val="singleLevel"/>
    <w:tmpl w:val="0409000F"/>
    <w:lvl w:ilvl="0">
      <w:start w:val="1"/>
      <w:numFmt w:val="decimal"/>
      <w:lvlText w:val="%1."/>
      <w:lvlJc w:val="left"/>
      <w:pPr>
        <w:tabs>
          <w:tab w:val="num" w:pos="360"/>
        </w:tabs>
        <w:ind w:left="720" w:hanging="360"/>
      </w:pPr>
    </w:lvl>
  </w:abstractNum>
  <w:abstractNum w:abstractNumId="10" w15:restartNumberingAfterBreak="0">
    <w:nsid w:val="27582450"/>
    <w:multiLevelType w:val="singleLevel"/>
    <w:tmpl w:val="0409000F"/>
    <w:lvl w:ilvl="0">
      <w:start w:val="1"/>
      <w:numFmt w:val="decimal"/>
      <w:pStyle w:val="ListBullet"/>
      <w:lvlText w:val="%1."/>
      <w:lvlJc w:val="left"/>
      <w:pPr>
        <w:tabs>
          <w:tab w:val="num" w:pos="360"/>
        </w:tabs>
        <w:ind w:left="720" w:hanging="360"/>
      </w:pPr>
    </w:lvl>
  </w:abstractNum>
  <w:num w:numId="1" w16cid:durableId="6066960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03E7"/>
    <w:rsid w:val="005D7765"/>
    <w:rsid w:val="0093767E"/>
    <w:rsid w:val="00AA1D8D"/>
    <w:rsid w:val="00B47730"/>
    <w:rsid w:val="00C1540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CBF3B45-B72C-49B3-B38A-457DB12EA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DejaVu Sans" w:hAnsi="DejaVu Sans" w:cs="DejaVu Sans"/>
      <w:color w:val="222222"/>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3414</Words>
  <Characters>19466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System05 Universal Node and NCM Architecture Record</dc:title>
  <dc:subject>Consolidated working decisions for Universal Node and Node Capability Module architecture</dc:subject>
  <dc:creator>System05 Project</dc:creator>
  <cp:keywords>System05, Universal Node, NCM, Node Capability Module, Building BIOS, AI Clone</cp:keywords>
  <dc:description>Working architecture baseline dated 2026-07-26.</dc:description>
  <cp:lastModifiedBy>Mostafa M</cp:lastModifiedBy>
  <cp:revision>2</cp:revision>
  <dcterms:created xsi:type="dcterms:W3CDTF">2013-12-23T23:15:00Z</dcterms:created>
  <dcterms:modified xsi:type="dcterms:W3CDTF">2026-07-26T13:35:00Z</dcterms:modified>
  <cp:category/>
</cp:coreProperties>
</file>